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LOUISIANA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[DESCRIBE OTHER]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 OF POWER OF ATTORNEY FORM]</w:t>
      </w:r>
      <w:r>
        <w:rPr>
          <w:rFonts w:ascii="Times New Roman" w:hAnsi="Times New Roman" w:eastAsia="Times New Roman" w:cs="Times New Roman"/>
          <w:sz w:val="24"/>
        </w:rPr>
        <w:t>,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the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 xml:space="preserve"> which appointed </w:t>
      </w:r>
      <w:r>
        <w:rPr>
          <w:rFonts w:ascii="Times New Roman" w:hAnsi="Times New Roman" w:eastAsia="Times New Roman" w:cs="Times New Roman"/>
          <w:sz w:val="24"/>
        </w:rPr>
        <w:t>[NAME OF AGENT]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 OF SUCCESSOR AGENT]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[PRINCIPAL'S NAME]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Louisiana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>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>,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[NAME OF NOTARY PUBLIC]</w:t>
      </w:r>
      <w:r>
        <w:rPr>
          <w:rFonts w:ascii="Times New Roman" w:hAnsi="Times New Roman" w:eastAsia="Times New Roman" w:cs="Times New Roman"/>
          <w:sz w:val="24"/>
        </w:rPr>
        <w:t>,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 OF NOTARY PUBLIC]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