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LOUISIANA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Louisiana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