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LOUISIANA</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Louisiana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Louisiana.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