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OUISIAN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Louisian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Louisian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