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OUISIA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Louisia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Louis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