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12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MBA LETTER OF INTENT</w:t>
      </w:r>
    </w:p>
    <w:p>
      <w:pPr>
        <w:spacing w:before="0" w:after="12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[CANDIDATE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[CANDIDATE ADDRESS]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[CANDIDATE CITY, STATE, ZIP CODE]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NAME]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ADDRESS]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CITY, STATE, ZIP CODE]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[SCHOOL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120"/>
        <w:jc w:val="both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sz w:val="24"/>
        </w:rPr>
        <w:t>[INTRODUCTION PARAGRAPH - WHICH PROGRAM, REASON FOR APPLYING]</w:t>
      </w:r>
    </w:p>
    <w:p>
      <w:pPr>
        <w:spacing w:before="0" w:after="120"/>
        <w:jc w:val="both"/>
      </w:pPr>
    </w:p>
    <w:p>
      <w:pPr>
        <w:spacing w:before="0" w:after="0"/>
        <w:jc w:val="both"/>
      </w:pPr>
      <w:r>
        <w:rPr>
          <w:rFonts w:ascii="Times New Roman" w:hAnsi="Times New Roman" w:eastAsia="Times New Roman" w:cs="Times New Roman"/>
          <w:sz w:val="24"/>
        </w:rPr>
        <w:t>[QUALIFICATIONS, EXPERIENCES, ACADEMIC ACHIEVEMENTS, PASSION FOR PROGRAM, INTEREST IN SCHOOL, POST-GRAD INTENTIONS]</w:t>
      </w:r>
    </w:p>
    <w:p>
      <w:pPr>
        <w:spacing w:before="0" w:after="0"/>
        <w:jc w:val="both"/>
      </w:pPr>
    </w:p>
    <w:p>
      <w:pPr>
        <w:spacing w:before="0" w:after="0"/>
        <w:jc w:val="both"/>
      </w:pPr>
    </w:p>
    <w:p>
      <w:pPr>
        <w:spacing w:before="0" w:after="0"/>
        <w:jc w:val="both"/>
      </w:pPr>
      <w:r>
        <w:rPr>
          <w:rFonts w:ascii="Times New Roman" w:hAnsi="Times New Roman" w:eastAsia="Times New Roman" w:cs="Times New Roman"/>
          <w:sz w:val="24"/>
        </w:rPr>
        <w:t>[CONCLUDING PARAGRAPH - CONFIRM PASSION, THANKS FOR CONSIDERATION]</w:t>
      </w:r>
    </w:p>
    <w:p>
      <w:pPr>
        <w:spacing w:before="0" w:after="0"/>
        <w:jc w:val="both"/>
      </w:pPr>
    </w:p>
    <w:p>
      <w:pPr>
        <w:spacing w:before="0" w:after="120"/>
        <w:jc w:val="both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[Signature]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[Print Name]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