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MBA 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My name is ______________________ [Your Name] and proud to offer my recommendation of ______________________ [Individual’s Name] to whom I have personally known for ___ years as my ______________________ [Enter Relationship] at ______________________ [Where You’ve Known the Individual].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is exceptionally gifted at learning new concepts and without reservation recommend a place for him/her in your upcoming MBA program.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 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E-Mail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