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MAINE NOTICE TO QUIT – NONPAYMENT OF RENT</w:t>
      </w:r>
    </w:p>
    <w:p>
      <w:pPr>
        <w:jc w:val="center"/>
      </w:pPr>
    </w:p>
    <w:p>
      <w:pPr/>
    </w:p>
    <w:p>
      <w:pPr/>
    </w:p>
    <w:p>
      <w:pPr/>
      <w:r>
        <w:rPr>
          <w:rFonts w:ascii="Times New Roman" w:hAnsi="Times New Roman" w:eastAsia="Times New Roman" w:cs="Times New Roman"/>
          <w:sz w:val="24"/>
        </w:rPr>
        <w:t>Date _____________________</w:t>
      </w:r>
    </w:p>
    <w:p>
      <w:pPr/>
    </w:p>
    <w:p>
      <w:pPr/>
    </w:p>
    <w:p>
      <w:pPr/>
    </w:p>
    <w:p>
      <w:pPr/>
      <w:r>
        <w:rPr>
          <w:rFonts w:ascii="Times New Roman" w:hAnsi="Times New Roman" w:eastAsia="Times New Roman" w:cs="Times New Roman"/>
          <w:sz w:val="24"/>
        </w:rPr>
        <w:t>TO ______________________________ and ALL OTHER OCCUPANTS of the Property located at ______________________________, City of ______________________________, State of Maine, referred to as the “Property”.</w:t>
      </w:r>
    </w:p>
    <w:p>
      <w:pPr/>
    </w:p>
    <w:p>
      <w:pPr/>
      <w:r>
        <w:rPr>
          <w:rFonts w:ascii="Times New Roman" w:hAnsi="Times New Roman" w:eastAsia="Times New Roman" w:cs="Times New Roman"/>
          <w:sz w:val="24"/>
        </w:rPr>
        <w:t xml:space="preserve">You are hereby notified to vacate the Property on or before the expiration of seven (7) days from the date of service of this Notice due to the non-payment of rent which is in direct violation of the Lease Agreement that was completed on the ___ day of __________________, 20___. </w:t>
      </w:r>
    </w:p>
    <w:p>
      <w:pPr/>
    </w:p>
    <w:p>
      <w:pPr/>
      <w:r>
        <w:rPr>
          <w:rFonts w:ascii="Times New Roman" w:hAnsi="Times New Roman" w:eastAsia="Times New Roman" w:cs="Times New Roman"/>
          <w:sz w:val="24"/>
        </w:rPr>
        <w:t xml:space="preserve">In accordance with 14 § 6028 of the Maine Revised Statutes you are 15 days or more in arrears in payment of your rent, that being a total of $___________________ for the month of __________________, 20___. </w:t>
      </w:r>
    </w:p>
    <w:p>
      <w:pPr/>
    </w:p>
    <w:p>
      <w:pPr/>
      <w:r>
        <w:rPr>
          <w:rFonts w:ascii="Times New Roman" w:hAnsi="Times New Roman" w:eastAsia="Times New Roman" w:cs="Times New Roman"/>
          <w:sz w:val="24"/>
        </w:rPr>
        <w:t xml:space="preserve">Since the ground for issuing this notice is non-payment of rent, you may negate the effect of this notice if you pay the full amount of rent due within seven (7) days from the date of service of this notice. </w:t>
      </w:r>
    </w:p>
    <w:p>
      <w:pPr/>
    </w:p>
    <w:p>
      <w:pPr/>
      <w:r>
        <w:rPr>
          <w:rFonts w:ascii="Times New Roman" w:hAnsi="Times New Roman" w:eastAsia="Times New Roman" w:cs="Times New Roman"/>
          <w:sz w:val="24"/>
        </w:rPr>
        <w:t xml:space="preserve">Payment by you of any amount less than the full amount due will be credited to the amount you owe, but will not negate this notice, nor shall acceptance of the payment constitute a waiver of the landlord’s right to continue with the termination of your tenancy. </w:t>
      </w:r>
    </w:p>
    <w:p>
      <w:pPr/>
    </w:p>
    <w:p>
      <w:pPr/>
      <w:r>
        <w:rPr>
          <w:rFonts w:ascii="Times New Roman" w:hAnsi="Times New Roman" w:eastAsia="Times New Roman" w:cs="Times New Roman"/>
          <w:sz w:val="24"/>
        </w:rPr>
        <w:t xml:space="preserve">AFTER THE NOTICE EXPIRES, IF YOU PAY ALL RENTAL ARREARS, ALL RENT DUE AS OF THE DATE OF PAYMENT AND ANY FILING FEES AND SERVICE OF PROCESS FEES ACTUALLY PAID BY THE LANDLORD BEFORE THE WRIT OF POSSESSION ISSUES, AT THE COMPLETION OF THE EVICTION PROCESS, THEN YOUR TENANCY WILL BE REINSTATED. </w:t>
      </w:r>
    </w:p>
    <w:p>
      <w:pPr/>
    </w:p>
    <w:p>
      <w:pPr/>
      <w:r>
        <w:rPr>
          <w:rFonts w:ascii="Times New Roman" w:hAnsi="Times New Roman" w:eastAsia="Times New Roman" w:cs="Times New Roman"/>
          <w:sz w:val="24"/>
        </w:rPr>
        <w:t>If a judicial proceeding is instituted, you have the right to present a defense.</w:t>
      </w:r>
    </w:p>
    <w:p>
      <w:pPr/>
    </w:p>
    <w:p>
      <w:pPr/>
    </w:p>
    <w:p>
      <w:pPr/>
      <w:r>
        <w:rPr>
          <w:rFonts w:ascii="Times New Roman" w:hAnsi="Times New Roman" w:eastAsia="Times New Roman" w:cs="Times New Roman"/>
          <w:b/>
          <w:sz w:val="24"/>
        </w:rPr>
        <w:t>Landlord/Attorney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w:t>
      </w:r>
    </w:p>
    <w:p>
      <w:pPr/>
    </w:p>
    <w:p>
      <w:pPr/>
      <w:r>
        <w:rPr>
          <w:rFonts w:ascii="Times New Roman" w:hAnsi="Times New Roman" w:eastAsia="Times New Roman" w:cs="Times New Roman"/>
          <w:sz w:val="24"/>
        </w:rPr>
        <w:t>Print Name ______________________________</w:t>
      </w:r>
    </w:p>
    <w:p>
      <w:pPr/>
    </w:p>
    <w:p>
      <w:pPr/>
    </w:p>
    <w:p>
      <w:pPr/>
    </w:p>
    <w:p>
      <w:pPr/>
    </w:p>
    <w:p>
      <w:pPr/>
    </w:p>
    <w:p>
      <w:pPr/>
    </w:p>
    <w:p>
      <w:pPr/>
    </w:p>
    <w:p>
      <w:pPr>
        <w:jc w:val="center"/>
      </w:pPr>
      <w:r>
        <w:rPr>
          <w:rFonts w:ascii="Times New Roman" w:hAnsi="Times New Roman" w:eastAsia="Times New Roman" w:cs="Times New Roman"/>
          <w:b/>
          <w:sz w:val="24"/>
        </w:rPr>
        <w:t>CERTIFICATE OF SERVICE</w:t>
      </w:r>
    </w:p>
    <w:p>
      <w:pPr/>
    </w:p>
    <w:p>
      <w:pPr/>
    </w:p>
    <w:p>
      <w:pPr/>
    </w:p>
    <w:p>
      <w:pPr/>
      <w:r>
        <w:rPr>
          <w:rFonts w:ascii="Times New Roman" w:hAnsi="Times New Roman" w:eastAsia="Times New Roman" w:cs="Times New Roman"/>
          <w:sz w:val="24"/>
        </w:rPr>
        <w:t xml:space="preserve">I hereby certify that on the ___ day of __________________, 20___, I served in hand the original notice to ___________________ (a person of suitable age and discretion residing in the premises) of which the above is a true copy. </w:t>
      </w:r>
    </w:p>
    <w:p>
      <w:pPr/>
    </w:p>
    <w:p>
      <w:pPr/>
    </w:p>
    <w:p>
      <w:pP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Deputy Sheriff (or Landlord) </w:t>
      </w:r>
    </w:p>
    <w:p>
      <w:pPr/>
    </w:p>
    <w:p>
      <w:pPr/>
      <w:r>
        <w:rPr>
          <w:rFonts w:ascii="Times New Roman" w:hAnsi="Times New Roman" w:eastAsia="Times New Roman" w:cs="Times New Roman"/>
          <w:sz w:val="24"/>
        </w:rPr>
        <w:t xml:space="preserve">**OR** </w:t>
      </w:r>
    </w:p>
    <w:p>
      <w:pPr/>
    </w:p>
    <w:p>
      <w:pPr/>
      <w:r>
        <w:rPr>
          <w:rFonts w:ascii="Times New Roman" w:hAnsi="Times New Roman" w:eastAsia="Times New Roman" w:cs="Times New Roman"/>
          <w:sz w:val="24"/>
        </w:rPr>
        <w:t xml:space="preserve">I attempted to serve ______________________ in hand on the following dates and times: </w:t>
      </w:r>
    </w:p>
    <w:p>
      <w:pPr/>
    </w:p>
    <w:p>
      <w:pPr/>
      <w:r>
        <w:rPr>
          <w:rFonts w:ascii="Times New Roman" w:hAnsi="Times New Roman" w:eastAsia="Times New Roman" w:cs="Times New Roman"/>
          <w:sz w:val="24"/>
        </w:rPr>
        <w:t xml:space="preserve">DATE: ________ TIME: ________ </w:t>
      </w:r>
    </w:p>
    <w:p>
      <w:pPr/>
    </w:p>
    <w:p>
      <w:pPr/>
      <w:r>
        <w:rPr>
          <w:rFonts w:ascii="Times New Roman" w:hAnsi="Times New Roman" w:eastAsia="Times New Roman" w:cs="Times New Roman"/>
          <w:sz w:val="24"/>
        </w:rPr>
        <w:t xml:space="preserve">DATE: ________ TIME: ________ </w:t>
      </w:r>
    </w:p>
    <w:p>
      <w:pPr/>
    </w:p>
    <w:p>
      <w:pPr/>
      <w:r>
        <w:rPr>
          <w:rFonts w:ascii="Times New Roman" w:hAnsi="Times New Roman" w:eastAsia="Times New Roman" w:cs="Times New Roman"/>
          <w:sz w:val="24"/>
        </w:rPr>
        <w:t xml:space="preserve">DATE: ________ TIME: ________ (left notice at dwelling) </w:t>
      </w:r>
    </w:p>
    <w:p>
      <w:pPr/>
    </w:p>
    <w:p>
      <w:pPr/>
    </w:p>
    <w:p>
      <w:pPr/>
    </w:p>
    <w:p>
      <w:pPr/>
      <w:r>
        <w:rPr>
          <w:rFonts w:ascii="Times New Roman" w:hAnsi="Times New Roman" w:eastAsia="Times New Roman" w:cs="Times New Roman"/>
          <w:sz w:val="24"/>
        </w:rPr>
        <w:t>________________________________</w:t>
      </w: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Deputy Sheriff (or Landlord)</w:t>
      </w: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