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MAINE DURABLE FINANCIAL POWER OF ATTORNEY</w:t>
      </w:r>
    </w:p>
    <w:p>
      <w:pPr/>
    </w:p>
    <w:p>
      <w:pPr/>
      <w:r>
        <w:rPr>
          <w:rFonts w:ascii="Times New Roman" w:hAnsi="Times New Roman" w:eastAsia="Times New Roman" w:cs="Times New Roman"/>
          <w:sz w:val="24"/>
        </w:rPr>
        <w:br/>
      </w:r>
      <w:r>
        <w:rPr>
          <w:rFonts w:ascii="Times New Roman" w:hAnsi="Times New Roman" w:eastAsia="Times New Roman" w:cs="Times New Roman"/>
          <w:b/>
          <w:sz w:val="24"/>
        </w:rPr>
        <w:t>Notice to the Principal: As the “Principal” you are using this power of attorney to grant power to another person (called the Agent) to make decisions about your property and to use your property on your behalf. Under this power of attorney, you give your Agent broad and sweeping powers to sell or otherwise dispose of your property without notice to you. Under this document your Agent will continue to have these powers after you become incapacitated. The powers that you give your Agent are explained more fully in the Maine Uniform Power of Attorney Act, Maine Revised Statutes, Title 18-C, Article 5, Part 9. You have the right to revoke this power of attorney at any time as long as you are not incapacitated. If there is anything about this power of attorney that you do not understand you should ask a lawyer to explain it to you.</w:t>
      </w:r>
      <w:r>
        <w:rPr>
          <w:rFonts w:ascii="Times New Roman" w:hAnsi="Times New Roman" w:eastAsia="Times New Roman" w:cs="Times New Roman"/>
          <w:sz w:val="24"/>
        </w:rPr>
        <w:br/>
      </w:r>
      <w:r>
        <w:rPr>
          <w:rFonts w:ascii="Times New Roman" w:hAnsi="Times New Roman" w:eastAsia="Times New Roman" w:cs="Times New Roman"/>
          <w:b/>
          <w:sz w:val="24"/>
        </w:rPr>
        <w:br/>
        <w:t>Notice to the Agent: As the “Agent” you are given power under this power of attorney to make decisions about the property belonging to the Principal and to dispose of the Principal's property on the Principal's behalf in accordance with the terms of this power of attorney. This power of attorney is valid only if the Principal is of sound mind when the Principal signs it. When you accept the authority granted under this power of attorney a special legal relationship is created between you and the Principal. This relationship imposes upon you legal duties that continue until you resign or the power of attorney is terminated or revoked. The duties are more fully explained in the Maine Uniform Power of Attorney Act, Maine Revised Statutes, Title 18-C, Article 5, Part 9 and Title 18-B, sections 802 to 807 and Title 18-B, chapter 9. As the Agent, you are generally not entitled to use the Principal's property for your own benefit or to make gifts to yourself or others unless the power of attorney gives you such authority. If you violate your duty under this power of attorney you may be liable for damages and may be subject to criminal prosecution. You must stop acting on behalf of the Principal if you learn of any event that terminates this power of attorney or your authority under this power of attorney. Events of termination are more fully explained in the Maine Uniform Power of Attorney Act and include, but are not limited to, revocation of your authority or of the power of attorney by the Principal, the death of the Principal or the commencement of divorce proceedings between you and the Principal. If there is anything about this power of attorney or your duties under it that you do not understand you should ask a lawyer to explain it to you.</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[AGENT'S 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my attorney-in-fact (hereinafter my “attorney-in-fact”), to act as initialed below, in my name, in my stead and for my benefit, hereby revoking any and all financial powers of attorney I may have executed in the past. </w:t>
      </w:r>
    </w:p>
    <w:p>
      <w:pPr/>
    </w:p>
    <w:p>
      <w:pPr/>
    </w:p>
    <w:p>
      <w:pPr/>
    </w:p>
    <w:p>
      <w:pPr>
        <w:jc w:val="center"/>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(Choose the applicable paragraph by placing your initials in the preceding space)</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A. I grant my attorney-in-fact the powers set forth herein immediately upon the execution of this document. These powers shall not be affected by any subsequent disability or incapacity I may experience in the future.</w:t>
      </w:r>
    </w:p>
    <w:p>
      <w:pPr/>
    </w:p>
    <w:p>
      <w:pPr/>
      <w:r>
        <w:rPr>
          <w:rFonts w:ascii="Times New Roman" w:hAnsi="Times New Roman" w:eastAsia="Times New Roman" w:cs="Times New Roman"/>
          <w:sz w:val="24"/>
        </w:rPr>
        <w:t>or</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B. I grant my attorney-in-fact the powers set forth herein only when it has been determined in writing, by my attending physician, that I am unable to properly handle my financial affairs. </w:t>
      </w:r>
    </w:p>
    <w:p>
      <w:pPr/>
    </w:p>
    <w:p>
      <w:pPr/>
    </w:p>
    <w:p>
      <w:pPr>
        <w:jc w:val="center"/>
      </w:pPr>
      <w:r>
        <w:rPr>
          <w:rFonts w:ascii="Times New Roman" w:hAnsi="Times New Roman" w:eastAsia="Times New Roman" w:cs="Times New Roman"/>
          <w:b/>
          <w:sz w:val="24"/>
        </w:rPr>
        <w:t>POWERS OF ATTORNEY-IN-FACT</w:t>
      </w:r>
    </w:p>
    <w:p>
      <w:pPr/>
    </w:p>
    <w:p>
      <w:pPr/>
      <w:r>
        <w:rPr>
          <w:rFonts w:ascii="Times New Roman" w:hAnsi="Times New Roman" w:eastAsia="Times New Roman" w:cs="Times New Roman"/>
          <w:sz w:val="24"/>
        </w:rPr>
        <w:t>My attorney-in-fact shall exercise powers in my best interests and for my welfare, as a fiduciary. My attorney-in-fact shall have the following powers:</w:t>
      </w:r>
    </w:p>
    <w:p>
      <w:pPr/>
    </w:p>
    <w:p>
      <w:pPr/>
      <w:r>
        <w:rPr>
          <w:rFonts w:ascii="Times New Roman" w:hAnsi="Times New Roman" w:eastAsia="Times New Roman" w:cs="Times New Roman"/>
          <w:sz w:val="24"/>
        </w:rPr>
        <w:t>(Choose the applicable power(s) by placing your initials in the preceding space)</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BANKING</w:t>
      </w:r>
      <w:r>
        <w:rPr>
          <w:rFonts w:ascii="Times New Roman" w:hAnsi="Times New Roman" w:eastAsia="Times New Roman" w:cs="Times New Roman"/>
          <w:sz w:val="24"/>
        </w:rPr>
        <w:t xml:space="preserve"> - To receive and deposit funds in any financial institution, and to withdraw funds by check or otherwise to pay for goods, services, and any other personal and business expenses for my benefit.  If necessary, to affect my attorney-in-fact’s powers, my attorney-in-fact is authorized to execute any document required to be signed by such banking institution.</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SAFE DEPOSIT BOX</w:t>
      </w:r>
      <w:r>
        <w:rPr>
          <w:rFonts w:ascii="Times New Roman" w:hAnsi="Times New Roman" w:eastAsia="Times New Roman" w:cs="Times New Roman"/>
          <w:sz w:val="24"/>
        </w:rPr>
        <w:t xml:space="preserve"> - To have access at any time or times to any safe-deposit box rented by me or to which I may have access, wheresoever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LENDING OR BORROWING</w:t>
      </w:r>
      <w:r>
        <w:rPr>
          <w:rFonts w:ascii="Times New Roman" w:hAnsi="Times New Roman" w:eastAsia="Times New Roman" w:cs="Times New Roman"/>
          <w:sz w:val="24"/>
        </w:rPr>
        <w:t xml:space="preserve"> -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GOVERNMENT BENEFITS</w:t>
      </w:r>
      <w:r>
        <w:rPr>
          <w:rFonts w:ascii="Times New Roman" w:hAnsi="Times New Roman" w:eastAsia="Times New Roman" w:cs="Times New Roman"/>
          <w:sz w:val="24"/>
        </w:rPr>
        <w:t xml:space="preserve"> - To apply for and receive any government benefits for which I may be eligible or become eligible, including but not limited to, Social Security, Medicare and Medicaid.</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RETIREMENT PLAN</w:t>
      </w:r>
      <w:r>
        <w:rPr>
          <w:rFonts w:ascii="Times New Roman" w:hAnsi="Times New Roman" w:eastAsia="Times New Roman" w:cs="Times New Roman"/>
          <w:sz w:val="24"/>
        </w:rPr>
        <w:t xml:space="preserve"> - To contribute to, select payment option of, roll-over, and receive benefits of any retirement plan or IRA I may own, except my attorney-in-fact shall not have power to change the beneficiary of any of my retirement plans or IRAs.</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sz w:val="24"/>
        </w:rPr>
        <w:t xml:space="preserve"> - To complete and sign any local, state and federal tax returns on my behalf, pay any taxes and assessments due and receive credits and refunds owed to me and to sign any tax agency documents necessary to effectuate these powers.</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sz w:val="24"/>
        </w:rPr>
        <w:t xml:space="preserve"> - To purchase, pay premiums and make claims on life, health, automobile and homeowners' insurance on my behalf, except my attorney-in-fact shall not have the power to cash in or change the beneficiary of any life insurance policy.</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REAL ESTATE</w:t>
      </w:r>
      <w:r>
        <w:rPr>
          <w:rFonts w:ascii="Times New Roman" w:hAnsi="Times New Roman" w:eastAsia="Times New Roman" w:cs="Times New Roman"/>
          <w:sz w:val="24"/>
        </w:rPr>
        <w:t xml:space="preserve"> -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PERSONAL PROPERTY</w:t>
      </w:r>
      <w:r>
        <w:rPr>
          <w:rFonts w:ascii="Times New Roman" w:hAnsi="Times New Roman" w:eastAsia="Times New Roman" w:cs="Times New Roman"/>
          <w:sz w:val="24"/>
        </w:rPr>
        <w:t xml:space="preserve"> -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POWER TO MANAGE PROPERTY</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sz w:val="24"/>
        </w:rPr>
        <w:t xml:space="preserve"> -  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ADVICE AND PROCEEDINGS</w:t>
      </w:r>
      <w:r>
        <w:rPr>
          <w:rFonts w:ascii="Times New Roman" w:hAnsi="Times New Roman" w:eastAsia="Times New Roman" w:cs="Times New Roman"/>
          <w:sz w:val="24"/>
        </w:rPr>
        <w:t xml:space="preserve"> - To obtain and pay for legal advice, to initiate or defend legal and administrative proceedings on my behalf, including actions against third parties who refuse, without cause, to honor this instrument.</w:t>
      </w:r>
    </w:p>
    <w:p>
      <w:pPr/>
    </w:p>
    <w:p>
      <w:pPr/>
      <w:r>
        <w:rPr>
          <w:rFonts w:ascii="Times New Roman" w:hAnsi="Times New Roman" w:eastAsia="Times New Roman" w:cs="Times New Roman"/>
          <w:b/>
          <w:sz w:val="24"/>
        </w:rPr>
        <w:t xml:space="preserve">SPECIAL INSTRUCTIONS: </w:t>
      </w:r>
      <w:r>
        <w:rPr>
          <w:rFonts w:ascii="Times New Roman" w:hAnsi="Times New Roman" w:eastAsia="Times New Roman" w:cs="Times New Roman"/>
          <w:sz w:val="24"/>
        </w:rPr>
        <w:t>On the following lines are any special instructions limiting or extending the powers I give to my attorney-in-fact (Write “None” if no additional instructions are given):</w:t>
      </w:r>
    </w:p>
    <w:p>
      <w:pPr/>
    </w:p>
    <w:p>
      <w:pPr/>
      <w:r>
        <w:rPr>
          <w:rFonts w:ascii="Times New Roman" w:hAnsi="Times New Roman" w:eastAsia="Times New Roman" w:cs="Times New Roman"/>
          <w:sz w:val="24"/>
        </w:rPr>
        <w:t>[LIST SPECIAL INSTRUCTIONS]</w:t>
      </w:r>
    </w:p>
    <w:p>
      <w:pPr/>
    </w:p>
    <w:p>
      <w:pPr/>
      <w:r>
        <w:rPr>
          <w:rFonts w:ascii="Times New Roman" w:hAnsi="Times New Roman" w:eastAsia="Times New Roman" w:cs="Times New Roman"/>
          <w:b/>
          <w:sz w:val="24"/>
        </w:rPr>
        <w:t>AUTHORITY OF ATTORNEY-IN-FACT:</w:t>
      </w:r>
      <w:r>
        <w:rPr>
          <w:rFonts w:ascii="Times New Roman" w:hAnsi="Times New Roman" w:eastAsia="Times New Roman" w:cs="Times New Roman"/>
          <w:sz w:val="24"/>
        </w:rPr>
        <w:t xml:space="preserve"> 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My attorney-in-fact is authorized as he or she deems necessary to bring an action in court so that this instrument shall be given the full power and effect that I intend on by executing it.</w:t>
      </w:r>
    </w:p>
    <w:p>
      <w:pPr/>
    </w:p>
    <w:p>
      <w:pPr/>
      <w:r>
        <w:rPr>
          <w:rFonts w:ascii="Times New Roman" w:hAnsi="Times New Roman" w:eastAsia="Times New Roman" w:cs="Times New Roman"/>
          <w:b/>
          <w:sz w:val="24"/>
        </w:rPr>
        <w:t>LIABILITY OF ATTORNEY-IN-FACT</w:t>
      </w:r>
      <w:r>
        <w:rPr>
          <w:rFonts w:ascii="Times New Roman" w:hAnsi="Times New Roman" w:eastAsia="Times New Roman" w:cs="Times New Roman"/>
          <w:sz w:val="24"/>
        </w:rPr>
        <w:t>: My attorney-in-fact shall not incur any liability to me under this power except for a breach of fiduciary duty.</w:t>
      </w:r>
    </w:p>
    <w:p>
      <w:pPr/>
    </w:p>
    <w:p>
      <w:pP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My attorney-in-fact is entitled to reimbursement for reasonable expenses incurred in exercising powers hereunder, and to reasonable compensation for services provided as attorney-in-fact.</w:t>
      </w:r>
    </w:p>
    <w:p>
      <w:pPr/>
    </w:p>
    <w:p>
      <w:pPr/>
      <w:r>
        <w:rPr>
          <w:rFonts w:ascii="Times New Roman" w:hAnsi="Times New Roman" w:eastAsia="Times New Roman" w:cs="Times New Roman"/>
          <w:b/>
          <w:sz w:val="24"/>
        </w:rPr>
        <w:t>AMENDMENT AND REVOCATION</w:t>
      </w:r>
      <w:r>
        <w:rPr>
          <w:rFonts w:ascii="Times New Roman" w:hAnsi="Times New Roman" w:eastAsia="Times New Roman" w:cs="Times New Roman"/>
          <w:sz w:val="24"/>
        </w:rPr>
        <w:t>: I can amend or revoke this power of attorney through a writing delivered to my attorney-in-fact. Any amendment or revocation is ineffective as to a third party until such third party has notice of such revocation or amendment.</w:t>
      </w:r>
    </w:p>
    <w:p>
      <w:pPr/>
    </w:p>
    <w:p>
      <w:pPr/>
      <w:r>
        <w:rPr>
          <w:rFonts w:ascii="Times New Roman" w:hAnsi="Times New Roman" w:eastAsia="Times New Roman" w:cs="Times New Roman"/>
          <w:b/>
          <w:sz w:val="24"/>
        </w:rPr>
        <w:t>STATE LAW</w:t>
      </w:r>
      <w:r>
        <w:rPr>
          <w:rFonts w:ascii="Times New Roman" w:hAnsi="Times New Roman" w:eastAsia="Times New Roman" w:cs="Times New Roman"/>
          <w:sz w:val="24"/>
        </w:rPr>
        <w:t>: This Power of Attorney is governed by the laws of the State of Maine.</w:t>
      </w:r>
    </w:p>
    <w:p>
      <w:pPr/>
    </w:p>
    <w:p>
      <w:pPr/>
      <w:r>
        <w:rPr>
          <w:rFonts w:ascii="Times New Roman" w:hAnsi="Times New Roman" w:eastAsia="Times New Roman" w:cs="Times New Roman"/>
          <w:b/>
          <w:sz w:val="24"/>
        </w:rPr>
        <w:t>PHOTOCOPIES</w:t>
      </w:r>
      <w:r>
        <w:rPr>
          <w:rFonts w:ascii="Times New Roman" w:hAnsi="Times New Roman" w:eastAsia="Times New Roman" w:cs="Times New Roman"/>
          <w:sz w:val="24"/>
        </w:rPr>
        <w:t>: Photocopies of this document can be relied upon as though they were originals.</w:t>
      </w:r>
    </w:p>
    <w:p>
      <w:pPr/>
    </w:p>
    <w:p>
      <w:pPr/>
      <w:r>
        <w:rPr>
          <w:rFonts w:ascii="Times New Roman" w:hAnsi="Times New Roman" w:eastAsia="Times New Roman" w:cs="Times New Roman"/>
          <w:sz w:val="24"/>
        </w:rPr>
        <w:t xml:space="preserve">IN WITNESS WHEREOF, I have 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 YEAR]</w:t>
      </w:r>
      <w:r>
        <w:rPr>
          <w:rFonts w:ascii="Times New Roman" w:hAnsi="Times New Roman" w:eastAsia="Times New Roman" w:cs="Times New Roman"/>
          <w:sz w:val="24"/>
        </w:rPr>
        <w:t>, executed this Financial Power of Attorney.</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Principal’s Signature</w:t>
      </w:r>
    </w:p>
    <w:p>
      <w:pPr>
        <w:jc w:val="center"/>
      </w:pPr>
      <w:r>
        <w:rPr>
          <w:rFonts w:ascii="Times New Roman" w:hAnsi="Times New Roman" w:eastAsia="Times New Roman" w:cs="Times New Roman"/>
          <w:b/>
          <w:sz w:val="24"/>
        </w:rPr>
        <w:t>CERTIFICATE OF NOTARY ACKNOWLEDGMENT</w:t>
      </w:r>
    </w:p>
    <w:p>
      <w:pPr/>
      <w:r>
        <w:rPr>
          <w:rFonts w:ascii="Times New Roman" w:hAnsi="Times New Roman" w:eastAsia="Times New Roman" w:cs="Times New Roman"/>
          <w:sz w:val="24"/>
        </w:rPr>
        <w:tab/>
        <w:tab/>
        <w:tab/>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County, ss. </w:t>
      </w:r>
    </w:p>
    <w:p>
      <w:pPr/>
    </w:p>
    <w:p>
      <w:pP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w:t>
      </w:r>
      <w:r>
        <w:rPr>
          <w:rFonts w:ascii="Times New Roman" w:hAnsi="Times New Roman" w:eastAsia="Times New Roman" w:cs="Times New Roman"/>
          <w:sz w:val="24"/>
        </w:rPr>
        <w:t>[MONTH, 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(s)he executed the same as his/her free act and deed.</w:t>
      </w:r>
    </w:p>
    <w:p>
      <w:pPr>
        <w:ind w:firstLine="72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w:t>
      </w:r>
    </w:p>
    <w:p>
      <w:pPr/>
      <w:r>
        <w:rPr>
          <w:rFonts w:ascii="Times New Roman" w:hAnsi="Times New Roman" w:eastAsia="Times New Roman" w:cs="Times New Roman"/>
          <w:sz w:val="24"/>
        </w:rPr>
        <w:tab/>
        <w:tab/>
        <w:tab/>
        <w:tab/>
        <w:tab/>
        <w:tab/>
        <w:tab/>
        <w:t xml:space="preserve">     Notary Public</w:t>
        <w:tab/>
      </w:r>
    </w:p>
    <w:p>
      <w:pPr/>
      <w:r>
        <w:rPr>
          <w:rFonts w:ascii="Times New Roman" w:hAnsi="Times New Roman" w:eastAsia="Times New Roman" w:cs="Times New Roman"/>
          <w:sz w:val="24"/>
        </w:rPr>
        <w:tab/>
        <w:tab/>
        <w:tab/>
        <w:tab/>
        <w:tab/>
        <w:tab/>
      </w:r>
    </w:p>
    <w:p>
      <w:pPr>
        <w:ind w:firstLine="720"/>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jc w:val="center"/>
      </w:pPr>
      <w:r>
        <w:rPr>
          <w:rFonts w:ascii="Times New Roman" w:hAnsi="Times New Roman" w:eastAsia="Times New Roman" w:cs="Times New Roman"/>
          <w:b/>
          <w:sz w:val="24"/>
        </w:rPr>
        <w:t>AGENT'S CERTIFICATION AS TO THE VALIDITY OF POWER OF ATTORNEY AND AGENT'S AUTHORITY</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certify under penalty of perjury that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granted me authority as an agent or successor agent in a power of attorney dated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 further certify that to my knowledge:</w:t>
      </w:r>
    </w:p>
    <w:p>
      <w:pPr/>
    </w:p>
    <w:p>
      <w:pPr/>
      <w:r>
        <w:rPr>
          <w:rFonts w:ascii="Times New Roman" w:hAnsi="Times New Roman" w:eastAsia="Times New Roman" w:cs="Times New Roman"/>
          <w:sz w:val="24"/>
        </w:rPr>
        <w:t>(1) The Principal is alive and has not revoked the Power of Attorney or my authority to act under the Power of Attorney and the Power of Attorney and my authority to act under the Power of Attorney have not terminated;</w:t>
      </w:r>
    </w:p>
    <w:p>
      <w:pPr/>
    </w:p>
    <w:p>
      <w:pPr/>
      <w:r>
        <w:rPr>
          <w:rFonts w:ascii="Times New Roman" w:hAnsi="Times New Roman" w:eastAsia="Times New Roman" w:cs="Times New Roman"/>
          <w:sz w:val="24"/>
        </w:rPr>
        <w:t>(2) If the Power of Attorney was drafted to become effective upon the happening of an event or contingency, the event or contingency has occurred;</w:t>
      </w:r>
    </w:p>
    <w:p>
      <w:pPr/>
    </w:p>
    <w:p>
      <w:pPr/>
      <w:r>
        <w:rPr>
          <w:rFonts w:ascii="Times New Roman" w:hAnsi="Times New Roman" w:eastAsia="Times New Roman" w:cs="Times New Roman"/>
          <w:sz w:val="24"/>
        </w:rPr>
        <w:t>(3) If I was named as a successor agent, the prior agent is no longer able or willing to serve; and</w:t>
      </w:r>
    </w:p>
    <w:p>
      <w:pPr/>
    </w:p>
    <w:p>
      <w:pPr/>
      <w:r>
        <w:rPr>
          <w:rFonts w:ascii="Times New Roman" w:hAnsi="Times New Roman" w:eastAsia="Times New Roman" w:cs="Times New Roman"/>
          <w:sz w:val="24"/>
        </w:rPr>
        <w:t xml:space="preserve">(4) </w:t>
      </w:r>
      <w:r>
        <w:rPr>
          <w:rFonts w:ascii="Times New Roman" w:hAnsi="Times New Roman" w:eastAsia="Times New Roman" w:cs="Times New Roman"/>
          <w:sz w:val="24"/>
        </w:rPr>
        <w:t>[INSERT OTHER RELEVANT STATEMENTS]</w:t>
      </w:r>
    </w:p>
    <w:p>
      <w:pPr>
        <w:spacing w:before="0" w:after="0"/>
      </w:pPr>
    </w:p>
    <w:p>
      <w:pPr>
        <w:jc w:val="center"/>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Agent’s Signature                                     </w:t>
      </w:r>
    </w:p>
    <w:p>
      <w:pPr/>
    </w:p>
    <w:p>
      <w:pPr/>
      <w:r>
        <w:rPr>
          <w:rFonts w:ascii="Times New Roman" w:hAnsi="Times New Roman" w:eastAsia="Times New Roman" w:cs="Times New Roman"/>
          <w:sz w:val="24"/>
        </w:rPr>
        <w:t>[AGENT'S NAME]</w:t>
      </w:r>
    </w:p>
    <w:p>
      <w:pPr/>
    </w:p>
    <w:p>
      <w:pPr/>
      <w:r>
        <w:rPr>
          <w:rFonts w:ascii="Times New Roman" w:hAnsi="Times New Roman" w:eastAsia="Times New Roman" w:cs="Times New Roman"/>
          <w:sz w:val="24"/>
        </w:rPr>
        <w:t>[AGENT'S ADDRESS]</w:t>
      </w:r>
    </w:p>
    <w:p>
      <w:pPr/>
    </w:p>
    <w:p>
      <w:pPr/>
      <w:r>
        <w:rPr>
          <w:rFonts w:ascii="Times New Roman" w:hAnsi="Times New Roman" w:eastAsia="Times New Roman" w:cs="Times New Roman"/>
          <w:sz w:val="24"/>
        </w:rPr>
        <w:t>[AGENT'S PHONE NUMBER]</w:t>
      </w:r>
    </w:p>
    <w:p>
      <w:pPr/>
    </w:p>
    <w:p>
      <w:pPr/>
      <w:r>
        <w:rPr>
          <w:rFonts w:ascii="Times New Roman" w:hAnsi="Times New Roman" w:eastAsia="Times New Roman" w:cs="Times New Roman"/>
          <w:sz w:val="24"/>
        </w:rPr>
        <w:t xml:space="preserve">This document was acknowledged before me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w:t>
      </w:r>
    </w:p>
    <w:p>
      <w:pPr/>
      <w:r>
        <w:rPr>
          <w:rFonts w:ascii="Times New Roman" w:hAnsi="Times New Roman" w:eastAsia="Times New Roman" w:cs="Times New Roman"/>
          <w:sz w:val="24"/>
        </w:rPr>
        <w:t>[NAME OF AGENT]</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(Seal, if any)</w:t>
      </w:r>
    </w:p>
    <w:p>
      <w:pPr/>
      <w:r>
        <w:rPr>
          <w:rFonts w:ascii="Times New Roman" w:hAnsi="Times New Roman" w:eastAsia="Times New Roman" w:cs="Times New Roman"/>
          <w:sz w:val="24"/>
        </w:rPr>
        <w:t>Signature of Notary/Attorney</w:t>
      </w:r>
    </w:p>
    <w:p>
      <w:pP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document prepared by: </w:t>
      </w:r>
      <w:r>
        <w:rPr>
          <w:rFonts w:ascii="Times New Roman" w:hAnsi="Times New Roman" w:eastAsia="Times New Roman" w:cs="Times New Roman"/>
          <w:sz w:val="24"/>
        </w:rPr>
        <w:t>[NAME]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