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Maine Quitclaim Deed Without Covenant or Release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Maine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