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MAINE SELF-PROVING AFFIDAVIT</w:t>
      </w:r>
    </w:p>
    <w:p>
      <w:pP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[TESTATOR NAME]</w:t>
      </w:r>
      <w:r>
        <w:rPr>
          <w:rFonts w:ascii="Times New Roman" w:hAnsi="Times New Roman" w:eastAsia="Times New Roman" w:cs="Times New Roman"/>
          <w:sz w:val="24"/>
        </w:rPr>
        <w:t xml:space="preserve">, the Testator, on this </w:t>
      </w:r>
      <w:r>
        <w:rPr>
          <w:rFonts w:ascii="Times New Roman" w:hAnsi="Times New Roman" w:eastAsia="Times New Roman" w:cs="Times New Roman"/>
          <w:sz w:val="24"/>
        </w:rPr>
        <w:t>[DATE]</w:t>
      </w:r>
      <w:r>
        <w:rPr>
          <w:rFonts w:ascii="Times New Roman" w:hAnsi="Times New Roman" w:eastAsia="Times New Roman" w:cs="Times New Roman"/>
          <w:sz w:val="24"/>
        </w:rPr>
        <w:t>, being first duly sworn, do hereby declare to the undersigned authority that I sign and execute this instrument as my Last Will and that I sign it willingly (or willingly direct another to sign for me), as my free and voluntary act and that I am eighteen years of age or older, of sound mind, and under no constraint or undue influence.</w:t>
      </w:r>
    </w:p>
    <w:p>
      <w:pPr/>
    </w:p>
    <w:p>
      <w:pPr/>
    </w:p>
    <w:p>
      <w:pPr/>
      <w:r>
        <w:rPr>
          <w:rFonts w:ascii="Times New Roman" w:hAnsi="Times New Roman" w:eastAsia="Times New Roman" w:cs="Times New Roman"/>
          <w:b/>
          <w:sz w:val="24"/>
        </w:rPr>
        <w:t>Testator’s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p>
    <w:p>
      <w:pPr/>
    </w:p>
    <w:p>
      <w:pPr/>
    </w:p>
    <w:p>
      <w:pPr/>
      <w:r>
        <w:rPr>
          <w:rFonts w:ascii="Times New Roman" w:hAnsi="Times New Roman" w:eastAsia="Times New Roman" w:cs="Times New Roman"/>
          <w:sz w:val="24"/>
        </w:rPr>
        <w:t xml:space="preserve">We, </w:t>
      </w:r>
      <w:r>
        <w:rPr>
          <w:rFonts w:ascii="Times New Roman" w:hAnsi="Times New Roman" w:eastAsia="Times New Roman" w:cs="Times New Roman"/>
          <w:sz w:val="24"/>
        </w:rPr>
        <w:t>[WITNESS 1 NAME]</w:t>
      </w:r>
      <w:r>
        <w:rPr>
          <w:rFonts w:ascii="Times New Roman" w:hAnsi="Times New Roman" w:eastAsia="Times New Roman" w:cs="Times New Roman"/>
          <w:sz w:val="24"/>
        </w:rPr>
        <w:t xml:space="preserve"> and </w:t>
      </w:r>
      <w:r>
        <w:rPr>
          <w:rFonts w:ascii="Times New Roman" w:hAnsi="Times New Roman" w:eastAsia="Times New Roman" w:cs="Times New Roman"/>
          <w:sz w:val="24"/>
        </w:rPr>
        <w:t>[WITNESS 2 NAME]</w:t>
      </w:r>
      <w:r>
        <w:rPr>
          <w:rFonts w:ascii="Times New Roman" w:hAnsi="Times New Roman" w:eastAsia="Times New Roman" w:cs="Times New Roman"/>
          <w:sz w:val="24"/>
        </w:rPr>
        <w:t>, the witnesses, being first duly sworn, do hereby declare to the undersigned authority that the Testator has signed and executed this instrument as his/her Last Will and that he/she signed it willingly (or willingly directs another to sign for him/her), and that each of us, in the presence and hearing of the Testator, signs this Will as witness to the Testator’s signing, and that to the best of our knowledge the Testator is eighteen years of age of older,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Print Name 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sz w:val="24"/>
        </w:rPr>
        <w:t xml:space="preserve">The State of </w:t>
      </w:r>
      <w:r>
        <w:rPr>
          <w:rFonts w:ascii="Times New Roman" w:hAnsi="Times New Roman" w:eastAsia="Times New Roman" w:cs="Times New Roman"/>
          <w:sz w:val="24"/>
        </w:rPr>
        <w:t>[STATE]</w:t>
      </w: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Subscribed, sworn to and acknowledged before me by </w:t>
      </w:r>
      <w:r>
        <w:rPr>
          <w:rFonts w:ascii="Times New Roman" w:hAnsi="Times New Roman" w:eastAsia="Times New Roman" w:cs="Times New Roman"/>
          <w:sz w:val="24"/>
        </w:rPr>
        <w:t>[TESTATOR NAME]</w:t>
      </w:r>
      <w:r>
        <w:rPr>
          <w:rFonts w:ascii="Times New Roman" w:hAnsi="Times New Roman" w:eastAsia="Times New Roman" w:cs="Times New Roman"/>
          <w:sz w:val="24"/>
        </w:rPr>
        <w:t xml:space="preserve">, the Testator and subscribed and sworn to before me by </w:t>
      </w:r>
      <w:r>
        <w:rPr>
          <w:rFonts w:ascii="Times New Roman" w:hAnsi="Times New Roman" w:eastAsia="Times New Roman" w:cs="Times New Roman"/>
          <w:sz w:val="24"/>
        </w:rPr>
        <w:t>[WITNESS 1 NAME]</w:t>
      </w:r>
      <w:r>
        <w:rPr>
          <w:rFonts w:ascii="Times New Roman" w:hAnsi="Times New Roman" w:eastAsia="Times New Roman" w:cs="Times New Roman"/>
          <w:sz w:val="24"/>
        </w:rPr>
        <w:t xml:space="preserve">, and </w:t>
      </w:r>
      <w:r>
        <w:rPr>
          <w:rFonts w:ascii="Times New Roman" w:hAnsi="Times New Roman" w:eastAsia="Times New Roman" w:cs="Times New Roman"/>
          <w:sz w:val="24"/>
        </w:rPr>
        <w:t>[WITNESS 2 NAME]</w:t>
      </w:r>
      <w:r>
        <w:rPr>
          <w:rFonts w:ascii="Times New Roman" w:hAnsi="Times New Roman" w:eastAsia="Times New Roman" w:cs="Times New Roman"/>
          <w:sz w:val="24"/>
        </w:rPr>
        <w:t xml:space="preserve">, witnesses,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p>
    <w:p>
      <w:pPr/>
      <w:r>
        <w:rPr>
          <w:rFonts w:ascii="Times New Roman" w:hAnsi="Times New Roman" w:eastAsia="Times New Roman" w:cs="Times New Roman"/>
          <w:b/>
          <w:sz w:val="24"/>
        </w:rPr>
        <w:t>Notary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p>
    <w:p>
      <w:pPr/>
    </w:p>
    <w:p>
      <w:pPr/>
      <w:r>
        <w:rPr>
          <w:rFonts w:ascii="Times New Roman" w:hAnsi="Times New Roman" w:eastAsia="Times New Roman" w:cs="Times New Roman"/>
          <w:sz w:val="24"/>
        </w:rPr>
        <w:t xml:space="preserve">Official Capacity of Officer </w:t>
      </w:r>
      <w:r>
        <w:rPr>
          <w:rFonts w:ascii="Times New Roman" w:hAnsi="Times New Roman" w:eastAsia="Times New Roman" w:cs="Times New Roman"/>
          <w:sz w:val="24"/>
        </w:rPr>
        <w:t>[OFFICIAL CAPACITY OF OFFICER]</w:t>
      </w:r>
    </w:p>
    <w:p>
      <w:pPr/>
      <w:r>
        <w:rPr>
          <w:rFonts w:ascii="Times New Roman" w:hAnsi="Times New Roman" w:eastAsia="Times New Roman" w:cs="Times New Roman"/>
          <w:sz w:val="24"/>
        </w:rPr>
        <w:t>(Seal)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