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MAINE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Maine.</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