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MARYLAND BUYER AGENCY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Buyer Agency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by and between: </w:t>
      </w:r>
    </w:p>
    <w:p>
      <w:pPr/>
    </w:p>
    <w:p>
      <w:pPr/>
      <w:r>
        <w:rPr>
          <w:rFonts w:ascii="Times New Roman" w:hAnsi="Times New Roman" w:eastAsia="Times New Roman" w:cs="Times New Roman"/>
          <w:b/>
          <w:sz w:val="24"/>
        </w:rPr>
        <w:t>Buyer</w:t>
      </w:r>
      <w:r>
        <w:rPr>
          <w:rFonts w:ascii="Times New Roman" w:hAnsi="Times New Roman" w:eastAsia="Times New Roman" w:cs="Times New Roman"/>
          <w:sz w:val="24"/>
        </w:rPr>
        <w:t xml:space="preserve">: </w:t>
      </w:r>
      <w:r>
        <w:rPr>
          <w:rFonts w:ascii="Times New Roman" w:hAnsi="Times New Roman" w:eastAsia="Times New Roman" w:cs="Times New Roman"/>
          <w:sz w:val="24"/>
        </w:rPr>
        <w:t>[BUYER NAME]</w:t>
      </w:r>
      <w:r>
        <w:rPr>
          <w:rFonts w:ascii="Times New Roman" w:hAnsi="Times New Roman" w:eastAsia="Times New Roman" w:cs="Times New Roman"/>
          <w:sz w:val="24"/>
        </w:rPr>
        <w:t xml:space="preserve"> (“Buyer”) with a mailing address of </w:t>
      </w:r>
      <w:r>
        <w:rPr>
          <w:rFonts w:ascii="Times New Roman" w:hAnsi="Times New Roman" w:eastAsia="Times New Roman" w:cs="Times New Roman"/>
          <w:sz w:val="24"/>
        </w:rPr>
        <w:t>[BUYER ADDRESS]</w:t>
      </w:r>
      <w:r>
        <w:rPr>
          <w:rFonts w:ascii="Times New Roman" w:hAnsi="Times New Roman" w:eastAsia="Times New Roman" w:cs="Times New Roman"/>
          <w:sz w:val="24"/>
        </w:rPr>
        <w:t>, and</w:t>
      </w:r>
    </w:p>
    <w:p>
      <w:pPr/>
    </w:p>
    <w:p>
      <w:pPr/>
      <w:r>
        <w:rPr>
          <w:rFonts w:ascii="Times New Roman" w:hAnsi="Times New Roman" w:eastAsia="Times New Roman" w:cs="Times New Roman"/>
          <w:b/>
          <w:sz w:val="24"/>
        </w:rPr>
        <w:t>Agency</w:t>
      </w:r>
      <w:r>
        <w:rPr>
          <w:rFonts w:ascii="Times New Roman" w:hAnsi="Times New Roman" w:eastAsia="Times New Roman" w:cs="Times New Roman"/>
          <w:sz w:val="24"/>
        </w:rPr>
        <w:t xml:space="preserve">: </w:t>
      </w:r>
      <w:r>
        <w:rPr>
          <w:rFonts w:ascii="Times New Roman" w:hAnsi="Times New Roman" w:eastAsia="Times New Roman" w:cs="Times New Roman"/>
          <w:sz w:val="24"/>
        </w:rPr>
        <w:t>[BROKER NAME]</w:t>
      </w:r>
      <w:r>
        <w:rPr>
          <w:rFonts w:ascii="Times New Roman" w:hAnsi="Times New Roman" w:eastAsia="Times New Roman" w:cs="Times New Roman"/>
          <w:sz w:val="24"/>
        </w:rPr>
        <w:t xml:space="preserve">(“Broker”) of </w:t>
      </w:r>
      <w:r>
        <w:rPr>
          <w:rFonts w:ascii="Times New Roman" w:hAnsi="Times New Roman" w:eastAsia="Times New Roman" w:cs="Times New Roman"/>
          <w:sz w:val="24"/>
        </w:rPr>
        <w:t>[AGENCY NAME]</w:t>
      </w:r>
      <w:r>
        <w:rPr>
          <w:rFonts w:ascii="Times New Roman" w:hAnsi="Times New Roman" w:eastAsia="Times New Roman" w:cs="Times New Roman"/>
          <w:sz w:val="24"/>
        </w:rPr>
        <w:t xml:space="preserve"> (“Agency”) with a mailing address of </w:t>
      </w:r>
      <w:r>
        <w:rPr>
          <w:rFonts w:ascii="Times New Roman" w:hAnsi="Times New Roman" w:eastAsia="Times New Roman" w:cs="Times New Roman"/>
          <w:sz w:val="24"/>
        </w:rPr>
        <w:t>[AGENCY ADDRESS]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Collectively, the Buyer and Agency shall be referred to as the “Parties.”</w:t>
      </w:r>
    </w:p>
    <w:p>
      <w:pPr/>
    </w:p>
    <w:p>
      <w:pPr/>
      <w:r>
        <w:rPr>
          <w:rFonts w:ascii="Times New Roman" w:hAnsi="Times New Roman" w:eastAsia="Times New Roman" w:cs="Times New Roman"/>
          <w:sz w:val="24"/>
        </w:rPr>
        <w:t>If for any reason the Broker is not able to fulfill their duties under the terms and conditions of this Agreement, the Agency may replace the unavailable Broker with another one of its agents during the Listing Period of this Agreement. Any person or entity that the Buyer enters into a contractual agreement for real estate shall be referred to as a “Seller” in this Agreement.</w:t>
      </w:r>
    </w:p>
    <w:p>
      <w:pPr/>
    </w:p>
    <w:p>
      <w:pPr/>
      <w:r>
        <w:rPr>
          <w:rFonts w:ascii="Times New Roman" w:hAnsi="Times New Roman" w:eastAsia="Times New Roman" w:cs="Times New Roman"/>
          <w:b/>
          <w:sz w:val="24"/>
        </w:rPr>
        <w:t>II. Services Provided</w:t>
      </w:r>
      <w:r>
        <w:rPr>
          <w:rFonts w:ascii="Times New Roman" w:hAnsi="Times New Roman" w:eastAsia="Times New Roman" w:cs="Times New Roman"/>
          <w:sz w:val="24"/>
        </w:rPr>
        <w:t>. Buyer hereby agrees to hire the Agency on a(n):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Exclusive Basis</w:t>
      </w:r>
      <w:r>
        <w:rPr>
          <w:rFonts w:ascii="Times New Roman" w:hAnsi="Times New Roman" w:eastAsia="Times New Roman" w:cs="Times New Roman"/>
          <w:sz w:val="24"/>
        </w:rPr>
        <w:t>. Buyer hereby agrees to hire the Agency on an exclusive basis. Buyer agrees to accept the terms of this Agreement and communicate with the Agency on an exclusive basis in their efforts to assist in acquiring real property that meets the wants and needs of the Buyer through either purchase, option, exchange, trade, or lease. The Commission pursuant to Section IV, under an exclusive basis, is due and payable even under circumstances in which the Buyer acquires real property on their own without the assistance or involvement of the Agency.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Non-Exclusive Basis</w:t>
      </w:r>
      <w:r>
        <w:rPr>
          <w:rFonts w:ascii="Times New Roman" w:hAnsi="Times New Roman" w:eastAsia="Times New Roman" w:cs="Times New Roman"/>
          <w:sz w:val="24"/>
        </w:rPr>
        <w:t>. Buyer hereby agrees to hire the Agency on a non-exclusive basis. Buyer agrees to accept the terms of this Agreement and communicate with the Agency on a non-exclusive basis in their efforts to assist in acquiring real property that meets the wants and needs of the Buyer through either purchase, option, exchange, trade, or lease. The Commission pursuant to Section IV, under a non-exclusive basis, is due and payable only if the Buyer acquires real property with the assistance and involvement of the Agency. In the event the Buyer purchases real property during the Listing Period without the use of the Agency, the Agency shall not be due a Commission.</w:t>
      </w:r>
    </w:p>
    <w:p>
      <w:pPr/>
    </w:p>
    <w:p>
      <w:pPr/>
      <w:r>
        <w:rPr>
          <w:rFonts w:ascii="Times New Roman" w:hAnsi="Times New Roman" w:eastAsia="Times New Roman" w:cs="Times New Roman"/>
          <w:sz w:val="24"/>
        </w:rPr>
        <w:t>The Agency will provide various services to assist the Buyer's efforts in purchasing real property. These services include, but are not limited to, finding properties that meet the Buyer's needs and budget, informing the Buyer about prospective properties, arranging for viewings or tours of certain properties, negotiating offers and counteroffers, and assisting with the buying process in general, such as addressing Buyer's questions or concerns and resolving matters with the Seller.</w:t>
      </w:r>
    </w:p>
    <w:p>
      <w:pPr/>
    </w:p>
    <w:p>
      <w:pPr/>
      <w:r>
        <w:rPr>
          <w:rFonts w:ascii="Times New Roman" w:hAnsi="Times New Roman" w:eastAsia="Times New Roman" w:cs="Times New Roman"/>
          <w:b/>
          <w:sz w:val="24"/>
        </w:rPr>
        <w:t>III. Period of Agreement</w:t>
      </w:r>
      <w:r>
        <w:rPr>
          <w:rFonts w:ascii="Times New Roman" w:hAnsi="Times New Roman" w:eastAsia="Times New Roman" w:cs="Times New Roman"/>
          <w:sz w:val="24"/>
        </w:rPr>
        <w:t xml:space="preserve">. This Agreement shall start on </w:t>
      </w:r>
      <w:r>
        <w:rPr>
          <w:rFonts w:ascii="Times New Roman" w:hAnsi="Times New Roman" w:eastAsia="Times New Roman" w:cs="Times New Roman"/>
          <w:sz w:val="24"/>
        </w:rPr>
        <w:t>[DATE AGREEMENT BEGINS]</w:t>
      </w:r>
      <w:r>
        <w:rPr>
          <w:rFonts w:ascii="Times New Roman" w:hAnsi="Times New Roman" w:eastAsia="Times New Roman" w:cs="Times New Roman"/>
          <w:sz w:val="24"/>
        </w:rPr>
        <w:t xml:space="preserve"> (“Effective Date”) and end on </w:t>
      </w:r>
      <w:r>
        <w:rPr>
          <w:rFonts w:ascii="Times New Roman" w:hAnsi="Times New Roman" w:eastAsia="Times New Roman" w:cs="Times New Roman"/>
          <w:sz w:val="24"/>
        </w:rPr>
        <w:t>[DATE AGREEMENT ENDS]</w:t>
      </w:r>
      <w:r>
        <w:rPr>
          <w:rFonts w:ascii="Times New Roman" w:hAnsi="Times New Roman" w:eastAsia="Times New Roman" w:cs="Times New Roman"/>
          <w:sz w:val="24"/>
        </w:rPr>
        <w:t xml:space="preserve"> at 12:00 midnight (“Listing Period”), unless the expiration date is extended in writing.</w:t>
      </w:r>
    </w:p>
    <w:p>
      <w:pPr/>
    </w:p>
    <w:p>
      <w:pPr/>
      <w:r>
        <w:rPr>
          <w:rFonts w:ascii="Times New Roman" w:hAnsi="Times New Roman" w:eastAsia="Times New Roman" w:cs="Times New Roman"/>
          <w:b/>
          <w:sz w:val="24"/>
        </w:rPr>
        <w:t>Listing Period Extension</w:t>
      </w:r>
      <w:r>
        <w:rPr>
          <w:rFonts w:ascii="Times New Roman" w:hAnsi="Times New Roman" w:eastAsia="Times New Roman" w:cs="Times New Roman"/>
          <w:sz w:val="24"/>
        </w:rPr>
        <w:t xml:space="preserve">. The Commission provided shall be due if real property is acquired in accordance with Section II within </w:t>
      </w:r>
      <w:r>
        <w:rPr>
          <w:rFonts w:ascii="Times New Roman" w:hAnsi="Times New Roman" w:eastAsia="Times New Roman" w:cs="Times New Roman"/>
          <w:sz w:val="24"/>
        </w:rPr>
        <w:t>[NUMBER OF DAYS]</w:t>
      </w:r>
      <w:r>
        <w:rPr>
          <w:rFonts w:ascii="Times New Roman" w:hAnsi="Times New Roman" w:eastAsia="Times New Roman" w:cs="Times New Roman"/>
          <w:sz w:val="24"/>
        </w:rPr>
        <w:t>days (“Extension Period”) after the expiration of the Listing Period to anyone with whom the Broker or Agency has negotiated unless the Buyer is in agreement, in good faith, with another real estate agency. The term “negotiation” shall include obtaining information about real property, showing real property, or presenting an offer on the real property. All rights under this Section shall terminate upon the expiration of the Extension Period.</w:t>
      </w:r>
    </w:p>
    <w:p>
      <w:pPr/>
    </w:p>
    <w:p>
      <w:pPr/>
      <w:r>
        <w:rPr>
          <w:rFonts w:ascii="Times New Roman" w:hAnsi="Times New Roman" w:eastAsia="Times New Roman" w:cs="Times New Roman"/>
          <w:b/>
          <w:sz w:val="24"/>
        </w:rPr>
        <w:t>IV. Compensation</w:t>
      </w:r>
      <w:r>
        <w:rPr>
          <w:rFonts w:ascii="Times New Roman" w:hAnsi="Times New Roman" w:eastAsia="Times New Roman" w:cs="Times New Roman"/>
          <w:sz w:val="24"/>
        </w:rPr>
        <w:t>. In the event real property is acquired under Section II of this Agreement, the Buyer agrees to compensate the Agency under the following terms and conditions: (select one of the checkbox options)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Percentage</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Listed Property</w:t>
      </w:r>
      <w:r>
        <w:rPr>
          <w:rFonts w:ascii="Times New Roman" w:hAnsi="Times New Roman" w:eastAsia="Times New Roman" w:cs="Times New Roman"/>
          <w:sz w:val="24"/>
        </w:rPr>
        <w:t xml:space="preserve">. To pay the Agency a commission in the amount of </w:t>
      </w:r>
      <w:r>
        <w:rPr>
          <w:rFonts w:ascii="Times New Roman" w:hAnsi="Times New Roman" w:eastAsia="Times New Roman" w:cs="Times New Roman"/>
          <w:sz w:val="24"/>
        </w:rPr>
        <w:t>[COMMISSION PERCENTAGE]</w:t>
      </w:r>
      <w:r>
        <w:rPr>
          <w:rFonts w:ascii="Times New Roman" w:hAnsi="Times New Roman" w:eastAsia="Times New Roman" w:cs="Times New Roman"/>
          <w:sz w:val="24"/>
        </w:rPr>
        <w:t xml:space="preserve">% of the purchase price. </w:t>
      </w:r>
    </w:p>
    <w:p>
      <w:pPr/>
    </w:p>
    <w:p>
      <w:pPr/>
      <w:r>
        <w:rPr>
          <w:rFonts w:ascii="Times New Roman" w:hAnsi="Times New Roman" w:eastAsia="Times New Roman" w:cs="Times New Roman"/>
          <w:b/>
          <w:sz w:val="24"/>
        </w:rPr>
        <w:t>Unlisted Property</w:t>
      </w:r>
      <w:r>
        <w:rPr>
          <w:rFonts w:ascii="Times New Roman" w:hAnsi="Times New Roman" w:eastAsia="Times New Roman" w:cs="Times New Roman"/>
          <w:sz w:val="24"/>
        </w:rPr>
        <w:t xml:space="preserve">. To pay the Agency a commission of </w:t>
      </w:r>
      <w:r>
        <w:rPr>
          <w:rFonts w:ascii="Times New Roman" w:hAnsi="Times New Roman" w:eastAsia="Times New Roman" w:cs="Times New Roman"/>
          <w:sz w:val="24"/>
        </w:rPr>
        <w:t>[COMMISSION PERCENTAGE]</w:t>
      </w:r>
      <w:r>
        <w:rPr>
          <w:rFonts w:ascii="Times New Roman" w:hAnsi="Times New Roman" w:eastAsia="Times New Roman" w:cs="Times New Roman"/>
          <w:sz w:val="24"/>
        </w:rPr>
        <w:t>% of the purchase price.</w:t>
      </w:r>
    </w:p>
    <w:p>
      <w:pPr/>
    </w:p>
    <w:p>
      <w:pPr/>
      <w:r>
        <w:rPr>
          <w:rFonts w:ascii="Times New Roman" w:hAnsi="Times New Roman" w:eastAsia="Times New Roman" w:cs="Times New Roman"/>
          <w:sz w:val="24"/>
        </w:rPr>
        <w:t>This percentage-based commission amount is hereafter referred to as the "Commission."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Flat Fee</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Listed Property</w:t>
      </w:r>
      <w:r>
        <w:rPr>
          <w:rFonts w:ascii="Times New Roman" w:hAnsi="Times New Roman" w:eastAsia="Times New Roman" w:cs="Times New Roman"/>
          <w:sz w:val="24"/>
        </w:rPr>
        <w:t xml:space="preserve">. To pay the Agency a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Unlisted Property</w:t>
      </w:r>
      <w:r>
        <w:rPr>
          <w:rFonts w:ascii="Times New Roman" w:hAnsi="Times New Roman" w:eastAsia="Times New Roman" w:cs="Times New Roman"/>
          <w:sz w:val="24"/>
        </w:rPr>
        <w:t>. To pay the Agency a commission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This flat-fee compensation amount (the "Commission") shall not be dependent on the purchase price.</w:t>
      </w:r>
    </w:p>
    <w:p>
      <w:pPr/>
    </w:p>
    <w:p>
      <w:pPr/>
      <w:r>
        <w:rPr>
          <w:rFonts w:ascii="Times New Roman" w:hAnsi="Times New Roman" w:eastAsia="Times New Roman" w:cs="Times New Roman"/>
          <w:b/>
          <w:sz w:val="24"/>
        </w:rPr>
        <w:t>Retainer Fee</w:t>
      </w:r>
      <w:r>
        <w:rPr>
          <w:rFonts w:ascii="Times New Roman" w:hAnsi="Times New Roman" w:eastAsia="Times New Roman" w:cs="Times New Roman"/>
          <w:sz w:val="24"/>
        </w:rPr>
        <w:t xml:space="preserve">. This Agreement shall have: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 retainer fee.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retainer fee in the amount of $ </w:t>
      </w:r>
      <w:r>
        <w:rPr>
          <w:rFonts w:ascii="Times New Roman" w:hAnsi="Times New Roman" w:eastAsia="Times New Roman" w:cs="Times New Roman"/>
          <w:sz w:val="24"/>
        </w:rPr>
        <w:t>[RETAINER AMOUNT]</w:t>
      </w:r>
      <w:r>
        <w:rPr>
          <w:rFonts w:ascii="Times New Roman" w:hAnsi="Times New Roman" w:eastAsia="Times New Roman" w:cs="Times New Roman"/>
          <w:sz w:val="24"/>
        </w:rPr>
        <w:t>that is non-refundable to obtain the Agency’s services under this Agreement (“Retainer Fee”). If a Commission is paid the Retainer Fee shall be deducted from the total Commission amount. The Commission is due and payable at closing by the Buyer.</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 amount or rate of real estate commissions is not fixed by law. The commission is set by each Broker individually and may be negotiable between the Buyer and the Broker.</w:t>
      </w:r>
    </w:p>
    <w:p>
      <w:pPr/>
    </w:p>
    <w:p>
      <w:pPr/>
      <w:r>
        <w:rPr>
          <w:rFonts w:ascii="Times New Roman" w:hAnsi="Times New Roman" w:eastAsia="Times New Roman" w:cs="Times New Roman"/>
          <w:b/>
          <w:sz w:val="24"/>
        </w:rPr>
        <w:t>Leasing</w:t>
      </w:r>
      <w:r>
        <w:rPr>
          <w:rFonts w:ascii="Times New Roman" w:hAnsi="Times New Roman" w:eastAsia="Times New Roman" w:cs="Times New Roman"/>
          <w:sz w:val="24"/>
        </w:rPr>
        <w:t>. During the Listing Period, if the Agency finds a ready, willing, and able Landlord that agrees to rent real property to the Buyer, the Agency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due </w:t>
      </w:r>
      <w:r>
        <w:rPr>
          <w:rFonts w:ascii="Times New Roman" w:hAnsi="Times New Roman" w:eastAsia="Times New Roman" w:cs="Times New Roman"/>
          <w:sz w:val="24"/>
        </w:rPr>
        <w:t>[PERCENTAGE OF RENT]</w:t>
      </w:r>
      <w:r>
        <w:rPr>
          <w:rFonts w:ascii="Times New Roman" w:hAnsi="Times New Roman" w:eastAsia="Times New Roman" w:cs="Times New Roman"/>
          <w:sz w:val="24"/>
        </w:rPr>
        <w:t>% of the total rent amount stated in the rental agreement for the lease term. The lease term shall be defined as the period between the start and end dates listed in the rental agreement, not including any renewal period(s). If the Buyer agrees to rent the real property on a month-to-month basis, the Agency shall be due the equivalent of one (1) month’s rent.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be due a Commission unless otherwise agreed-upon. If any other agreement is made regarding the leasing of property, it should be attached and made part of this Agreement.</w:t>
      </w:r>
    </w:p>
    <w:p>
      <w:pPr/>
    </w:p>
    <w:p>
      <w:pPr/>
      <w:r>
        <w:rPr>
          <w:rFonts w:ascii="Times New Roman" w:hAnsi="Times New Roman" w:eastAsia="Times New Roman" w:cs="Times New Roman"/>
          <w:b/>
          <w:sz w:val="24"/>
        </w:rPr>
        <w:t>V. Buyer’s Identity</w:t>
      </w:r>
      <w:r>
        <w:rPr>
          <w:rFonts w:ascii="Times New Roman" w:hAnsi="Times New Roman" w:eastAsia="Times New Roman" w:cs="Times New Roman"/>
          <w:sz w:val="24"/>
        </w:rPr>
        <w:t>. The Buyer agrees and directs the Broker to: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Disclose the Buyer’s Identity</w:t>
      </w:r>
      <w:r>
        <w:rPr>
          <w:rFonts w:ascii="Times New Roman" w:hAnsi="Times New Roman" w:eastAsia="Times New Roman" w:cs="Times New Roman"/>
          <w:sz w:val="24"/>
        </w:rPr>
        <w:t>. When presenting an offer, orally or in writing, the Broker agrees to disclose the identity of the Buyer.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Exclusive Basis</w:t>
      </w:r>
      <w:r>
        <w:rPr>
          <w:rFonts w:ascii="Times New Roman" w:hAnsi="Times New Roman" w:eastAsia="Times New Roman" w:cs="Times New Roman"/>
          <w:sz w:val="24"/>
        </w:rPr>
        <w:t>. When presenting an offer, orally or in writing, the Broker agrees to keep the Buyer’s identity anonymous. The Buyer’s identity must remain confidential through the expiration of the Listing Period unless written consent is granted by the Buyer. If the Buyer’s identity is released by the Broker during the Listing Period, the Buyer shall be entitled to monetary damages equal to the fullest extent under law.</w:t>
      </w:r>
    </w:p>
    <w:p>
      <w:pPr/>
    </w:p>
    <w:p>
      <w:pPr/>
      <w:r>
        <w:rPr>
          <w:rFonts w:ascii="Times New Roman" w:hAnsi="Times New Roman" w:eastAsia="Times New Roman" w:cs="Times New Roman"/>
          <w:b/>
          <w:sz w:val="24"/>
        </w:rPr>
        <w:t>VI. Agency Disclosure</w:t>
      </w:r>
      <w:r>
        <w:rPr>
          <w:rFonts w:ascii="Times New Roman" w:hAnsi="Times New Roman" w:eastAsia="Times New Roman" w:cs="Times New Roman"/>
          <w:sz w:val="24"/>
        </w:rPr>
        <w:t xml:space="preserve">. Buyer recognizes that, under this Agreement, a relationship has been established between the Buyer and Agency. The Agency’s policy regarding other agents, specifically those not represented by the Agency, includes, but is not limited to, cooperating with other agencies acting as listing agents, sharing compensation with listing agents, and paying other agencies in the same manner representing their Sellers. </w:t>
      </w:r>
    </w:p>
    <w:p>
      <w:pPr/>
    </w:p>
    <w:p>
      <w:pPr/>
      <w:r>
        <w:rPr>
          <w:rFonts w:ascii="Times New Roman" w:hAnsi="Times New Roman" w:eastAsia="Times New Roman" w:cs="Times New Roman"/>
          <w:b/>
          <w:sz w:val="24"/>
        </w:rPr>
        <w:t>VII. Compensation Disclosures</w:t>
      </w:r>
      <w:r>
        <w:rPr>
          <w:rFonts w:ascii="Times New Roman" w:hAnsi="Times New Roman" w:eastAsia="Times New Roman" w:cs="Times New Roman"/>
          <w:sz w:val="24"/>
        </w:rPr>
        <w:t>. Broker shall not receive compensation for brokerage services from any source that exceeds the amount or rate agreed to by the Parties under this Agreement. Buyer is hereby made aware that broker fees and commissions are fully negotiable and not set by law.</w:t>
      </w:r>
    </w:p>
    <w:p>
      <w:pPr/>
    </w:p>
    <w:p>
      <w:pPr/>
      <w:r>
        <w:rPr>
          <w:rFonts w:ascii="Times New Roman" w:hAnsi="Times New Roman" w:eastAsia="Times New Roman" w:cs="Times New Roman"/>
          <w:b/>
          <w:sz w:val="24"/>
        </w:rPr>
        <w:t>VIII. Buyer’s Duties</w:t>
      </w:r>
      <w:r>
        <w:rPr>
          <w:rFonts w:ascii="Times New Roman" w:hAnsi="Times New Roman" w:eastAsia="Times New Roman" w:cs="Times New Roman"/>
          <w:sz w:val="24"/>
        </w:rPr>
        <w:t>. Buyer agrees to work with the Agency in accordance with Section II of this Agreement in addition to the following:</w:t>
      </w:r>
    </w:p>
    <w:p>
      <w:pPr/>
    </w:p>
    <w:p>
      <w:pPr/>
      <w:r>
        <w:rPr>
          <w:rFonts w:ascii="Times New Roman" w:hAnsi="Times New Roman" w:eastAsia="Times New Roman" w:cs="Times New Roman"/>
          <w:b/>
          <w:sz w:val="24"/>
        </w:rPr>
        <w:t>Financial Records</w:t>
      </w:r>
      <w:r>
        <w:rPr>
          <w:rFonts w:ascii="Times New Roman" w:hAnsi="Times New Roman" w:eastAsia="Times New Roman" w:cs="Times New Roman"/>
          <w:sz w:val="24"/>
        </w:rPr>
        <w:t>. Buyer agrees to submit any and all financial information to the Agency in order to verify the Buyer’s ability to purchase real property. This includes, but is not limited to, documentation related to tax returns, pay stubs, bank statements, credit reports, pre-qualification or pre-approval letters, outstanding debts or liens, certificates of ownership, and any other information that may assist in the Buyer’s ability to purchase real property.</w:t>
      </w:r>
    </w:p>
    <w:p>
      <w:pPr/>
    </w:p>
    <w:p>
      <w:pPr/>
      <w:r>
        <w:rPr>
          <w:rFonts w:ascii="Times New Roman" w:hAnsi="Times New Roman" w:eastAsia="Times New Roman" w:cs="Times New Roman"/>
          <w:b/>
          <w:sz w:val="24"/>
        </w:rPr>
        <w:t>Contact with 3</w:t>
      </w:r>
      <w:r>
        <w:rPr>
          <w:rFonts w:ascii="Times New Roman" w:hAnsi="Times New Roman" w:eastAsia="Times New Roman" w:cs="Times New Roman"/>
          <w:b/>
          <w:sz w:val="24"/>
        </w:rPr>
        <w:t>rd</w:t>
      </w:r>
      <w:r>
        <w:rPr>
          <w:rFonts w:ascii="Times New Roman" w:hAnsi="Times New Roman" w:eastAsia="Times New Roman" w:cs="Times New Roman"/>
          <w:b/>
          <w:sz w:val="24"/>
        </w:rPr>
        <w:t xml:space="preserve"> Parties</w:t>
      </w:r>
      <w:r>
        <w:rPr>
          <w:rFonts w:ascii="Times New Roman" w:hAnsi="Times New Roman" w:eastAsia="Times New Roman" w:cs="Times New Roman"/>
          <w:sz w:val="24"/>
        </w:rPr>
        <w:t>. Buyer recognizes that for the Agency to perform their services to the best of their abilities, that the Buyer contact the Agency before visiting an open house, contacting another agency, contacting a homeowner directly, or making any type of communication that involves expressing interest in real property.</w:t>
      </w:r>
    </w:p>
    <w:p>
      <w:pPr/>
    </w:p>
    <w:p>
      <w:pPr/>
      <w:r>
        <w:rPr>
          <w:rFonts w:ascii="Times New Roman" w:hAnsi="Times New Roman" w:eastAsia="Times New Roman" w:cs="Times New Roman"/>
          <w:b/>
          <w:sz w:val="24"/>
        </w:rPr>
        <w:t>Exclusive Responsibility</w:t>
      </w:r>
      <w:r>
        <w:rPr>
          <w:rFonts w:ascii="Times New Roman" w:hAnsi="Times New Roman" w:eastAsia="Times New Roman" w:cs="Times New Roman"/>
          <w:sz w:val="24"/>
        </w:rPr>
        <w:t>. Buyer recognizes that ultimately it is their sole responsibility to verify any and all information provided to Buyer by the Broker. Furthermore, Buyer agrees to indemnify and hold the Broker harmless from any and all loss, cost, expense, attorney fees, damage or claim arising out of this Agreement, including without limitation, liability resulting from incomplete or inaccurate information provided to Broker.</w:t>
      </w:r>
    </w:p>
    <w:p>
      <w:pPr/>
    </w:p>
    <w:p>
      <w:pPr/>
      <w:r>
        <w:rPr>
          <w:rFonts w:ascii="Times New Roman" w:hAnsi="Times New Roman" w:eastAsia="Times New Roman" w:cs="Times New Roman"/>
          <w:b/>
          <w:sz w:val="24"/>
        </w:rPr>
        <w:t>IX. Disclaimer</w:t>
      </w:r>
      <w:r>
        <w:rPr>
          <w:rFonts w:ascii="Times New Roman" w:hAnsi="Times New Roman" w:eastAsia="Times New Roman" w:cs="Times New Roman"/>
          <w:sz w:val="24"/>
        </w:rPr>
        <w:t>. Buyer acknowledges that the Broker is not a professional or expert in the matters of law, Federal or State tax codes, financing, surveying, engineering, architectural, structural, environmental, other physical conditions or non-physical details of real property. In addition, the Broker has advised and recommended the Buyer to seek expert assistance for advice on such matters. Broker makes no warranty or guarantee concerning the service of such experts or their products, the condition of property, the absence of defects therein, or the suitability of such property for Buyer’s purposes.</w:t>
      </w:r>
    </w:p>
    <w:p>
      <w:pPr/>
    </w:p>
    <w:p>
      <w:pPr/>
      <w:r>
        <w:rPr>
          <w:rFonts w:ascii="Times New Roman" w:hAnsi="Times New Roman" w:eastAsia="Times New Roman" w:cs="Times New Roman"/>
          <w:b/>
          <w:sz w:val="24"/>
        </w:rPr>
        <w:t>X. Dispute Resolution</w:t>
      </w:r>
      <w:r>
        <w:rPr>
          <w:rFonts w:ascii="Times New Roman" w:hAnsi="Times New Roman" w:eastAsia="Times New Roman" w:cs="Times New Roman"/>
          <w:sz w:val="24"/>
        </w:rPr>
        <w:t>. In connection with the purchase of the real property, the Buyer and Broker mutually covenant, stipulate and agree that in connection with the resolution of any dispute or controversy arising out of or relating to this Agreement or concerning the real property covered hereby, or the breach, termination, or validity thereof, shall be administered by submitting to binding arbitration. Due to this Agreement involving interstate commerce, the Agreement has been and will continue to be regulated by the laws in the United States of America; and, that the contract(s) entered into by the Parties concerning the real property evidence transactions involving and affecting commerce. The Parties agree that all disputes not barred by applicable statutes of limitations or otherwise barred by law, resulting from or arising out of this Agreement or the purchase contemplated; that Buyer and Broker agree to submit such dispute(s) to binding arbitration, pursuant to the provisions of 9 U.S.C Section 1, et seq and according to the Commercial Rules of the American Arbitration Association then existing in the County where the real property being sold and located. The prepaid arbitration filing fees and all other prepaid costs of the arbitration proceeding shall be paid by the party seeking to invoke said arbitration, with the assignment of those costs to be divided between the parties as the arbitrator sees fit in setting the Arbitration Award. It is hereby agreed that it is the intent of the Parties that the Arbitrator’s Award is to be final and binding and judgment upon the award rendered by the arbitration may be entered in any court having jurisdiction thereof. THIS ARBITRATION SHALL BE IN FULL LIEU OF ANY CIVIL LITIGATION IN ANY COURT, AND IN LIEU OF ANY TRIAL BY JURY.</w:t>
      </w:r>
    </w:p>
    <w:p>
      <w:pPr/>
    </w:p>
    <w:p>
      <w:pPr/>
      <w:r>
        <w:rPr>
          <w:rFonts w:ascii="Times New Roman" w:hAnsi="Times New Roman" w:eastAsia="Times New Roman" w:cs="Times New Roman"/>
          <w:b/>
          <w:sz w:val="24"/>
        </w:rPr>
        <w:t>XI. Fair Housing</w:t>
      </w:r>
      <w:r>
        <w:rPr>
          <w:rFonts w:ascii="Times New Roman" w:hAnsi="Times New Roman" w:eastAsia="Times New Roman" w:cs="Times New Roman"/>
          <w:sz w:val="24"/>
        </w:rPr>
        <w:t xml:space="preserve">. Broker agrees and adheres to the standard of showing real properties made available to the Buyer without regard to race, color, religion, age, handicap, familial status, or national origin. </w:t>
      </w:r>
    </w:p>
    <w:p>
      <w:pPr/>
    </w:p>
    <w:p>
      <w:pPr/>
      <w:r>
        <w:rPr>
          <w:rFonts w:ascii="Times New Roman" w:hAnsi="Times New Roman" w:eastAsia="Times New Roman" w:cs="Times New Roman"/>
          <w:b/>
          <w:sz w:val="24"/>
        </w:rPr>
        <w:t>XII. Other Clients</w:t>
      </w:r>
      <w:r>
        <w:rPr>
          <w:rFonts w:ascii="Times New Roman" w:hAnsi="Times New Roman" w:eastAsia="Times New Roman" w:cs="Times New Roman"/>
          <w:sz w:val="24"/>
        </w:rPr>
        <w:t>. Buyer is aware and acknowledges that the Broker may or may not have other clients with similar wants and needs. Broker shall not favor any client over the Buyer for any reason.</w:t>
      </w:r>
    </w:p>
    <w:p>
      <w:pPr/>
    </w:p>
    <w:p>
      <w:pPr/>
      <w:r>
        <w:rPr>
          <w:rFonts w:ascii="Times New Roman" w:hAnsi="Times New Roman" w:eastAsia="Times New Roman" w:cs="Times New Roman"/>
          <w:b/>
          <w:sz w:val="24"/>
        </w:rPr>
        <w:t>XIII. Binding Effect</w:t>
      </w:r>
      <w:r>
        <w:rPr>
          <w:rFonts w:ascii="Times New Roman" w:hAnsi="Times New Roman" w:eastAsia="Times New Roman" w:cs="Times New Roman"/>
          <w:sz w:val="24"/>
        </w:rPr>
        <w:t xml:space="preserve">. This Agreement shall be binding upon the Buyer’s successors, assigns, heirs, and beneficiaries. </w:t>
      </w:r>
    </w:p>
    <w:p>
      <w:pPr/>
    </w:p>
    <w:p>
      <w:pPr/>
      <w:r>
        <w:rPr>
          <w:rFonts w:ascii="Times New Roman" w:hAnsi="Times New Roman" w:eastAsia="Times New Roman" w:cs="Times New Roman"/>
          <w:b/>
          <w:sz w:val="24"/>
        </w:rPr>
        <w:t>XIV. False Information</w:t>
      </w:r>
      <w:r>
        <w:rPr>
          <w:rFonts w:ascii="Times New Roman" w:hAnsi="Times New Roman" w:eastAsia="Times New Roman" w:cs="Times New Roman"/>
          <w:sz w:val="24"/>
        </w:rPr>
        <w:t xml:space="preserve">. Buyer agrees to indemnify the Agency and hold harmless from any and all claims, which may lead to a dispute, due to false information provided. Such indemnification shall include the Buyer’s reimbursement to the Agency for any attorneys’ fees arising from any dispute brought against the Agency. </w:t>
      </w:r>
    </w:p>
    <w:p>
      <w:pPr/>
    </w:p>
    <w:p>
      <w:pPr/>
      <w:r>
        <w:rPr>
          <w:rFonts w:ascii="Times New Roman" w:hAnsi="Times New Roman" w:eastAsia="Times New Roman" w:cs="Times New Roman"/>
          <w:b/>
          <w:sz w:val="24"/>
        </w:rPr>
        <w:t>XV. Legal Signature</w:t>
      </w:r>
      <w:r>
        <w:rPr>
          <w:rFonts w:ascii="Times New Roman" w:hAnsi="Times New Roman" w:eastAsia="Times New Roman" w:cs="Times New Roman"/>
          <w:sz w:val="24"/>
        </w:rPr>
        <w:t>. This Agreement may be executed and delivered by any party herein by sending a facsimile of the signature or by a legally recognized digital or electronic signature. Such legal signature shall be binding on the party so executing it upon receipt of signature by the other party.</w:t>
      </w:r>
    </w:p>
    <w:p>
      <w:pPr/>
    </w:p>
    <w:p>
      <w:pPr/>
      <w:r>
        <w:rPr>
          <w:rFonts w:ascii="Times New Roman" w:hAnsi="Times New Roman" w:eastAsia="Times New Roman" w:cs="Times New Roman"/>
          <w:b/>
          <w:sz w:val="24"/>
        </w:rPr>
        <w:t>XVI. Governing Law</w:t>
      </w:r>
      <w:r>
        <w:rPr>
          <w:rFonts w:ascii="Times New Roman" w:hAnsi="Times New Roman" w:eastAsia="Times New Roman" w:cs="Times New Roman"/>
          <w:sz w:val="24"/>
        </w:rPr>
        <w:t>. This Agreement shall be governed under the laws in the State of Maryland.</w:t>
      </w:r>
    </w:p>
    <w:p>
      <w:pPr/>
    </w:p>
    <w:p>
      <w:pPr/>
      <w:r>
        <w:rPr>
          <w:rFonts w:ascii="Times New Roman" w:hAnsi="Times New Roman" w:eastAsia="Times New Roman" w:cs="Times New Roman"/>
          <w:b/>
          <w:sz w:val="24"/>
        </w:rPr>
        <w:t>XVII.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provisions or section. In such case, the affected provision or section shall be enforced as so limited.</w:t>
      </w:r>
    </w:p>
    <w:p>
      <w:pPr/>
    </w:p>
    <w:p>
      <w:pPr/>
      <w:r>
        <w:rPr>
          <w:rFonts w:ascii="Times New Roman" w:hAnsi="Times New Roman" w:eastAsia="Times New Roman" w:cs="Times New Roman"/>
          <w:b/>
          <w:sz w:val="24"/>
        </w:rPr>
        <w:t>XVIII.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AND CONDITIONS]</w:t>
      </w:r>
    </w:p>
    <w:p>
      <w:pPr/>
    </w:p>
    <w:p>
      <w:pPr/>
    </w:p>
    <w:p>
      <w:pPr>
        <w:spacing w:before="0" w:after="0"/>
      </w:pPr>
    </w:p>
    <w:p>
      <w:pPr/>
      <w:r>
        <w:rPr>
          <w:rFonts w:ascii="Times New Roman" w:hAnsi="Times New Roman" w:eastAsia="Times New Roman" w:cs="Times New Roman"/>
          <w:b/>
          <w:sz w:val="24"/>
        </w:rPr>
        <w:t>XIX. Entire Agreement</w:t>
      </w:r>
      <w:r>
        <w:rPr>
          <w:rFonts w:ascii="Times New Roman" w:hAnsi="Times New Roman" w:eastAsia="Times New Roman" w:cs="Times New Roman"/>
          <w:sz w:val="24"/>
        </w:rPr>
        <w:t>. This Agreement constitutes the entire agreement between the Buyer and Broker and supersedes all prior discussions, negotiations, and agreements between the Buyer and Broker whether oral or written. Any understanding, agreement or promise shall bind neither Buyer not Broker, expressed or implied, not specified herein.</w:t>
      </w:r>
    </w:p>
    <w:p>
      <w:pPr/>
    </w:p>
    <w:p>
      <w:pPr/>
      <w:r>
        <w:rPr>
          <w:rFonts w:ascii="Times New Roman" w:hAnsi="Times New Roman" w:eastAsia="Times New Roman" w:cs="Times New Roman"/>
          <w:sz w:val="24"/>
        </w:rPr>
        <w:t>This Agreement is intended to be the legal and binding agreement of the Buyer and Broker. The Parties acknowledge receipt of a signed copy of this Agreement.</w:t>
      </w:r>
    </w:p>
    <w:p>
      <w:pPr/>
    </w:p>
    <w:p>
      <w:pPr/>
    </w:p>
    <w:p>
      <w:pPr>
        <w:spacing w:line="360" w:lineRule="auto"/>
      </w:pPr>
      <w:r>
        <w:rPr>
          <w:rFonts w:ascii="Times New Roman" w:hAnsi="Times New Roman" w:eastAsia="Times New Roman" w:cs="Times New Roman"/>
          <w:b/>
          <w:sz w:val="24"/>
        </w:rPr>
        <w:t>Buyer’s Signature</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 xml:space="preserve"> Date: ____________________</w:t>
      </w:r>
    </w:p>
    <w:p>
      <w:pPr>
        <w:spacing w:line="360" w:lineRule="auto"/>
      </w:pPr>
      <w:r>
        <w:rPr>
          <w:rFonts w:ascii="Times New Roman" w:hAnsi="Times New Roman" w:eastAsia="Times New Roman" w:cs="Times New Roman"/>
          <w:sz w:val="24"/>
        </w:rPr>
        <w:t>Print Name: _____________________________</w:t>
      </w:r>
    </w:p>
    <w:p>
      <w:pPr>
        <w:spacing w:line="360" w:lineRule="auto"/>
      </w:pPr>
    </w:p>
    <w:p>
      <w:pPr>
        <w:spacing w:line="360" w:lineRule="auto"/>
      </w:pPr>
      <w:r>
        <w:rPr>
          <w:rFonts w:ascii="Times New Roman" w:hAnsi="Times New Roman" w:eastAsia="Times New Roman" w:cs="Times New Roman"/>
          <w:b/>
          <w:sz w:val="24"/>
        </w:rPr>
        <w:t>Buyer’s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 xml:space="preserve"> Date: ____________________</w:t>
      </w:r>
    </w:p>
    <w:p>
      <w:pPr>
        <w:spacing w:line="360" w:lineRule="auto"/>
      </w:pPr>
      <w:r>
        <w:rPr>
          <w:rFonts w:ascii="Times New Roman" w:hAnsi="Times New Roman" w:eastAsia="Times New Roman" w:cs="Times New Roman"/>
          <w:sz w:val="24"/>
        </w:rPr>
        <w:t>Print Name: _____________________________</w:t>
      </w:r>
    </w:p>
    <w:p>
      <w:pPr>
        <w:spacing w:line="360" w:lineRule="auto"/>
      </w:pPr>
    </w:p>
    <w:p>
      <w:pPr>
        <w:spacing w:line="360" w:lineRule="auto"/>
      </w:pPr>
      <w:r>
        <w:rPr>
          <w:rFonts w:ascii="Times New Roman" w:hAnsi="Times New Roman" w:eastAsia="Times New Roman" w:cs="Times New Roman"/>
          <w:b/>
          <w:sz w:val="24"/>
        </w:rPr>
        <w:t>Broker’s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 xml:space="preserve"> Date: ____________________</w:t>
      </w:r>
    </w:p>
    <w:p>
      <w:pPr>
        <w:spacing w:line="360" w:lineRule="auto"/>
      </w:pPr>
      <w:r>
        <w:rPr>
          <w:rFonts w:ascii="Times New Roman" w:hAnsi="Times New Roman" w:eastAsia="Times New Roman" w:cs="Times New Roman"/>
          <w:sz w:val="24"/>
        </w:rPr>
        <w:t>Print Name: 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