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 EMPLOYMENT CONTRACT</w:t>
      </w:r>
    </w:p>
    <w:p>
      <w:pPr>
        <w:jc w:val="center"/>
      </w:pPr>
    </w:p>
    <w:p>
      <w:pPr/>
      <w:r>
        <w:rPr>
          <w:rFonts w:ascii="Times New Roman" w:hAnsi="Times New Roman" w:eastAsia="Times New Roman" w:cs="Times New Roman"/>
          <w:sz w:val="24"/>
        </w:rPr>
        <w:t xml:space="preserve">This employment agreement (“Agreement”) is made and effective as of ___________________, 20___ by and between a(n)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Individual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Entity</w:t>
      </w:r>
      <w:r>
        <w:rPr>
          <w:rFonts w:ascii="Times New Roman" w:hAnsi="Times New Roman" w:eastAsia="Times New Roman" w:cs="Times New Roman"/>
          <w:sz w:val="24"/>
        </w:rPr>
        <w:t xml:space="preserve"> known as</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 having its principal place of business at ___________________, City of ___________________, State of ___________________ (“Employer”) and ___________________ with a mailing address of ___________________, City of ___________________, State of ___________________ (“Employee”).</w:t>
      </w:r>
    </w:p>
    <w:p>
      <w:pPr/>
    </w:p>
    <w:p>
      <w:pPr/>
      <w:r>
        <w:rPr>
          <w:rFonts w:ascii="Times New Roman" w:hAnsi="Times New Roman" w:eastAsia="Times New Roman" w:cs="Times New Roman"/>
          <w:sz w:val="24"/>
        </w:rPr>
        <w:t>WHEREAS the Employer intends to hire the Employee for the position of ___________________ and the Employee desires to provide their services on the conditions set forth.</w:t>
      </w:r>
    </w:p>
    <w:p>
      <w:pPr/>
    </w:p>
    <w:p>
      <w:pPr/>
      <w:r>
        <w:rPr>
          <w:rFonts w:ascii="Times New Roman" w:hAnsi="Times New Roman" w:eastAsia="Times New Roman" w:cs="Times New Roman"/>
          <w:sz w:val="24"/>
        </w:rPr>
        <w:t>IN CONSIDERATION of promises and other good and valuable consideration the parties agree to the following:</w:t>
      </w:r>
    </w:p>
    <w:p>
      <w:pPr/>
    </w:p>
    <w:p>
      <w:pPr/>
      <w:r>
        <w:rPr>
          <w:rFonts w:ascii="Times New Roman" w:hAnsi="Times New Roman" w:eastAsia="Times New Roman" w:cs="Times New Roman"/>
          <w:b/>
          <w:sz w:val="24"/>
        </w:rPr>
        <w:t>I. Employee Duties</w:t>
      </w:r>
      <w:r>
        <w:rPr>
          <w:rFonts w:ascii="Times New Roman" w:hAnsi="Times New Roman" w:eastAsia="Times New Roman" w:cs="Times New Roman"/>
          <w:sz w:val="24"/>
        </w:rPr>
        <w:t>. The Employee agrees that they will act in accordance with this Agreement and with the best interests of the Employer in mind, which may or may not require them to present the best of their skills, experience, and talents, to perform all the duties required of the position. In carrying out the duties and responsibilities of their position, the Employee agrees to adhere to any and all policies, procedures, rules, regulations, as administered by the Employer. In addition, the Employee agrees to abide by all local, county, State, and Federal laws while employed by the Employer.</w:t>
      </w:r>
    </w:p>
    <w:p>
      <w:pPr/>
    </w:p>
    <w:p>
      <w:pPr/>
      <w:r>
        <w:rPr>
          <w:rFonts w:ascii="Times New Roman" w:hAnsi="Times New Roman" w:eastAsia="Times New Roman" w:cs="Times New Roman"/>
          <w:b/>
          <w:sz w:val="24"/>
        </w:rPr>
        <w:t>II. Responsibilities</w:t>
      </w:r>
      <w:r>
        <w:rPr>
          <w:rFonts w:ascii="Times New Roman" w:hAnsi="Times New Roman" w:eastAsia="Times New Roman" w:cs="Times New Roman"/>
          <w:sz w:val="24"/>
        </w:rPr>
        <w:t xml:space="preserve">. The Employee shall be given the job title of ___________________ (“Position”) which shall involve: __________________________________________________. </w:t>
      </w:r>
    </w:p>
    <w:p>
      <w:pPr/>
      <w:r>
        <w:rPr>
          <w:rFonts w:ascii="Times New Roman" w:hAnsi="Times New Roman" w:eastAsia="Times New Roman" w:cs="Times New Roman"/>
          <w:sz w:val="24"/>
        </w:rPr>
        <w:t xml:space="preserve">The Employer may also assign duties to the Employee from time to time by the Employer. The Employee shall be expected to work </w:t>
      </w:r>
      <w:r>
        <w:rPr>
          <w:rFonts w:ascii="Times New Roman" w:hAnsi="Times New Roman" w:eastAsia="Times New Roman" w:cs="Times New Roman"/>
          <w:sz w:val="24"/>
        </w:rPr>
        <w:t xml:space="preserve"> </w:t>
      </w:r>
      <w:r>
        <w:rPr>
          <w:rFonts w:ascii="Times New Roman" w:hAnsi="Times New Roman" w:eastAsia="Times New Roman" w:cs="Times New Roman"/>
          <w:b/>
          <w:sz w:val="24"/>
        </w:rPr>
        <w:t>full-time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part-time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III. Employment Period</w:t>
      </w:r>
      <w:r>
        <w:rPr>
          <w:rFonts w:ascii="Times New Roman" w:hAnsi="Times New Roman" w:eastAsia="Times New Roman" w:cs="Times New Roman"/>
          <w:sz w:val="24"/>
        </w:rPr>
        <w:t>. The Employer agrees to hire the Employee: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At-Will</w:t>
      </w:r>
      <w:r>
        <w:rPr>
          <w:rFonts w:ascii="Times New Roman" w:hAnsi="Times New Roman" w:eastAsia="Times New Roman" w:cs="Times New Roman"/>
          <w:sz w:val="24"/>
        </w:rPr>
        <w:t xml:space="preserve"> which means this Agreement may be terminated at any time by either the Employee or Employer. After termination by any of the Parties, neither will have any obligation other than the non-disclosure of the Employer’s proprietary information as outlined in Section XII and any non-compete listed in Section XIII.</w:t>
      </w:r>
    </w:p>
    <w:p>
      <w:pPr/>
    </w:p>
    <w:p>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shall have the right to terminate this Agreement by providing at least ___ days’ notice. </w:t>
      </w:r>
      <w:r>
        <w:rPr>
          <w:rFonts w:ascii="Times New Roman" w:hAnsi="Times New Roman" w:eastAsia="Times New Roman" w:cs="Times New Roman"/>
          <w:sz w:val="24"/>
        </w:rPr>
        <w:t>If the Employee should terminate this Agreement, he or she shall be entitled to severance, equal to their pay at the time of termination, for a period of ___________________.</w:t>
      </w:r>
    </w:p>
    <w:p>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The Employer shall have the right to terminate this Agreement by providing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For a Specified Time-Period</w:t>
      </w:r>
      <w:r>
        <w:rPr>
          <w:rFonts w:ascii="Times New Roman" w:hAnsi="Times New Roman" w:eastAsia="Times New Roman" w:cs="Times New Roman"/>
          <w:sz w:val="24"/>
        </w:rPr>
        <w:t xml:space="preserve"> beginning on the ___ day of ___________________, 20___ and ending on the ___ day of ___________________, 20___. At the end of said time-period, both parties will no longer have any obligation to one another.</w:t>
      </w:r>
    </w:p>
    <w:p>
      <w:pPr/>
    </w:p>
    <w:p>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Employee shall be required to provide at least ___ days’ notice. If the Employee should terminate this Agreement before the expiration date, he or she shall be entitled to severance, equal to their pay at the time of termination, for a period of ___________________.</w:t>
      </w:r>
    </w:p>
    <w:p>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xml:space="preserve">. The Employer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Employer shall be required to provide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b/>
          <w:sz w:val="24"/>
        </w:rPr>
        <w:t>IV. Pay</w:t>
      </w:r>
      <w:r>
        <w:rPr>
          <w:rFonts w:ascii="Times New Roman" w:hAnsi="Times New Roman" w:eastAsia="Times New Roman" w:cs="Times New Roman"/>
          <w:sz w:val="24"/>
        </w:rPr>
        <w:t xml:space="preserve">. As compensation for the services provided, the Employee shall be paid ___________________ dollars ($___________________)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 hour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salary on an annual basis </w:t>
      </w:r>
      <w:r>
        <w:rPr>
          <w:rFonts w:ascii="Times New Roman" w:hAnsi="Times New Roman" w:eastAsia="Times New Roman" w:cs="Times New Roman"/>
          <w:sz w:val="24"/>
        </w:rPr>
        <w:t xml:space="preserve">(“Compensation”). The Compensation is a gross amount that is subject to all local, State, Federal, and any other taxes and deductions as prescribed by law. Payment shall be distributed to the Employee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bi-weekly</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monthly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annual </w:t>
      </w:r>
      <w:r>
        <w:rPr>
          <w:rFonts w:ascii="Times New Roman" w:hAnsi="Times New Roman" w:eastAsia="Times New Roman" w:cs="Times New Roman"/>
          <w:sz w:val="24"/>
        </w:rPr>
        <w:t>basis.</w:t>
      </w:r>
    </w:p>
    <w:p>
      <w:pPr/>
    </w:p>
    <w:p>
      <w:pPr/>
      <w:r>
        <w:rPr>
          <w:rFonts w:ascii="Times New Roman" w:hAnsi="Times New Roman" w:eastAsia="Times New Roman" w:cs="Times New Roman"/>
          <w:b/>
          <w:sz w:val="24"/>
        </w:rPr>
        <w:t>Commissions</w:t>
      </w:r>
      <w:r>
        <w:rPr>
          <w:rFonts w:ascii="Times New Roman" w:hAnsi="Times New Roman" w:eastAsia="Times New Roman" w:cs="Times New Roman"/>
          <w:sz w:val="24"/>
        </w:rPr>
        <w:t>. In addition to the aforementioned Pay, the Employee shall be entitled to commissions that are to be paid every ___________________ and shall be calculated as follows: 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Bonus</w:t>
      </w:r>
      <w:r>
        <w:rPr>
          <w:rFonts w:ascii="Times New Roman" w:hAnsi="Times New Roman" w:eastAsia="Times New Roman" w:cs="Times New Roman"/>
          <w:sz w:val="24"/>
        </w:rPr>
        <w:t>. The Employee shall be entitled to Bonuses on a ___________________ basis which is to be calculated as follows: 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V. Employee Benefits</w:t>
      </w:r>
      <w:r>
        <w:rPr>
          <w:rFonts w:ascii="Times New Roman" w:hAnsi="Times New Roman" w:eastAsia="Times New Roman" w:cs="Times New Roman"/>
          <w:sz w:val="24"/>
        </w:rPr>
        <w:t>. During the period of employment, the Employee shall be eligible to participate in benefits established by the Employer. These include 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w:t>
      </w:r>
    </w:p>
    <w:p>
      <w:pPr/>
    </w:p>
    <w:p>
      <w:pPr/>
      <w:r>
        <w:rPr>
          <w:rFonts w:ascii="Times New Roman" w:hAnsi="Times New Roman" w:eastAsia="Times New Roman" w:cs="Times New Roman"/>
          <w:sz w:val="24"/>
        </w:rPr>
        <w:t xml:space="preserve">The aforementioned benefits may change at any time by the Employer. </w:t>
      </w:r>
    </w:p>
    <w:p>
      <w:pPr/>
    </w:p>
    <w:p>
      <w:pPr/>
      <w:r>
        <w:rPr>
          <w:rFonts w:ascii="Times New Roman" w:hAnsi="Times New Roman" w:eastAsia="Times New Roman" w:cs="Times New Roman"/>
          <w:b/>
          <w:sz w:val="24"/>
        </w:rPr>
        <w:t>VI. Out-of-Pocket Expenses</w:t>
      </w:r>
      <w:r>
        <w:rPr>
          <w:rFonts w:ascii="Times New Roman" w:hAnsi="Times New Roman" w:eastAsia="Times New Roman" w:cs="Times New Roman"/>
          <w:sz w:val="24"/>
        </w:rPr>
        <w:t>. The Employer agrees to reimburse the Employee for any expenses that are incurred including: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Travel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Lodging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___________________________________________________________________</w:t>
      </w:r>
    </w:p>
    <w:p>
      <w:pPr/>
    </w:p>
    <w:p>
      <w:pPr/>
      <w:r>
        <w:rPr>
          <w:rFonts w:ascii="Times New Roman" w:hAnsi="Times New Roman" w:eastAsia="Times New Roman" w:cs="Times New Roman"/>
          <w:b/>
          <w:sz w:val="24"/>
        </w:rPr>
        <w:t>VII. Ownership Interest</w:t>
      </w:r>
      <w:r>
        <w:rPr>
          <w:rFonts w:ascii="Times New Roman" w:hAnsi="Times New Roman" w:eastAsia="Times New Roman" w:cs="Times New Roman"/>
          <w:sz w:val="24"/>
        </w:rPr>
        <w:t xml:space="preserve">. This Agreement 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not include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include</w:t>
      </w:r>
      <w:r>
        <w:rPr>
          <w:rFonts w:ascii="Times New Roman" w:hAnsi="Times New Roman" w:eastAsia="Times New Roman" w:cs="Times New Roman"/>
          <w:sz w:val="24"/>
        </w:rPr>
        <w:t xml:space="preserve"> partial ownership in the business operations of the Employer. </w:t>
      </w:r>
    </w:p>
    <w:p>
      <w:pPr/>
    </w:p>
    <w:p>
      <w:pPr/>
      <w:r>
        <w:rPr>
          <w:rFonts w:ascii="Times New Roman" w:hAnsi="Times New Roman" w:eastAsia="Times New Roman" w:cs="Times New Roman"/>
          <w:sz w:val="24"/>
        </w:rPr>
        <w:t>*If such ownership is offered, the details shall be stated in an attached Exhibit.</w:t>
      </w:r>
    </w:p>
    <w:p>
      <w:pPr/>
    </w:p>
    <w:p>
      <w:pPr/>
      <w:r>
        <w:rPr>
          <w:rFonts w:ascii="Times New Roman" w:hAnsi="Times New Roman" w:eastAsia="Times New Roman" w:cs="Times New Roman"/>
          <w:b/>
          <w:sz w:val="24"/>
        </w:rPr>
        <w:t>VIII. Trial Period</w:t>
      </w:r>
      <w:r>
        <w:rPr>
          <w:rFonts w:ascii="Times New Roman" w:hAnsi="Times New Roman" w:eastAsia="Times New Roman" w:cs="Times New Roman"/>
          <w:sz w:val="24"/>
        </w:rPr>
        <w:t xml:space="preserve">. Other than certain benefits prescribed by law, the Employee will not be eligible for Benefits, Vacation Time, or Personal Leave until after the first ___ days of employment (“Trial Period”). In addition, the Employee will not be eligible vacation time, sick leave, or any time off that would be paid or unpaid. </w:t>
      </w:r>
    </w:p>
    <w:p>
      <w:pPr/>
    </w:p>
    <w:p>
      <w:pPr/>
      <w:r>
        <w:rPr>
          <w:rFonts w:ascii="Times New Roman" w:hAnsi="Times New Roman" w:eastAsia="Times New Roman" w:cs="Times New Roman"/>
          <w:b/>
          <w:sz w:val="24"/>
        </w:rPr>
        <w:t>IX. Vacation Time</w:t>
      </w:r>
      <w:r>
        <w:rPr>
          <w:rFonts w:ascii="Times New Roman" w:hAnsi="Times New Roman" w:eastAsia="Times New Roman" w:cs="Times New Roman"/>
          <w:sz w:val="24"/>
        </w:rPr>
        <w:t>. After the Trial Period is complete, the Employee is entitled to ___ days off per year of which is required to be mutually benefiting of the Employer and the Employee. It is required for the Employee to give notice before scheduling their vacation in accordance with Company policy.</w:t>
      </w:r>
    </w:p>
    <w:p>
      <w:pPr/>
    </w:p>
    <w:p>
      <w:pPr/>
      <w:r>
        <w:rPr>
          <w:rFonts w:ascii="Times New Roman" w:hAnsi="Times New Roman" w:eastAsia="Times New Roman" w:cs="Times New Roman"/>
          <w:sz w:val="24"/>
        </w:rPr>
        <w:t>Any unused Vacation Time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w:t>
      </w:r>
    </w:p>
    <w:p>
      <w:pPr/>
    </w:p>
    <w:p>
      <w:pPr/>
      <w:r>
        <w:rPr>
          <w:rFonts w:ascii="Times New Roman" w:hAnsi="Times New Roman" w:eastAsia="Times New Roman" w:cs="Times New Roman"/>
          <w:b/>
          <w:sz w:val="24"/>
        </w:rPr>
        <w:t>X. Personal Leave</w:t>
      </w:r>
      <w:r>
        <w:rPr>
          <w:rFonts w:ascii="Times New Roman" w:hAnsi="Times New Roman" w:eastAsia="Times New Roman" w:cs="Times New Roman"/>
          <w:sz w:val="24"/>
        </w:rPr>
        <w:t xml:space="preserve">. After the Trial Period, the Employee shall be eligible for __ days of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unpaid</w:t>
      </w:r>
      <w:r>
        <w:rPr>
          <w:rFonts w:ascii="Times New Roman" w:hAnsi="Times New Roman" w:eastAsia="Times New Roman" w:cs="Times New Roman"/>
          <w:sz w:val="24"/>
        </w:rPr>
        <w:t xml:space="preserve"> time off per year for personal and/or medical issues. </w:t>
      </w:r>
    </w:p>
    <w:p>
      <w:pPr/>
    </w:p>
    <w:p>
      <w:pPr/>
      <w:r>
        <w:rPr>
          <w:rFonts w:ascii="Times New Roman" w:hAnsi="Times New Roman" w:eastAsia="Times New Roman" w:cs="Times New Roman"/>
          <w:sz w:val="24"/>
        </w:rPr>
        <w:t>Any unused Personal Leave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w:t>
      </w:r>
    </w:p>
    <w:p>
      <w:pPr/>
    </w:p>
    <w:p>
      <w:pPr/>
      <w:r>
        <w:rPr>
          <w:rFonts w:ascii="Times New Roman" w:hAnsi="Times New Roman" w:eastAsia="Times New Roman" w:cs="Times New Roman"/>
          <w:sz w:val="24"/>
        </w:rPr>
        <w:t xml:space="preserve">If for any reason the Employee depletes their amount of days of personal leave in a given year, he or she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may not </w:t>
      </w:r>
      <w:r>
        <w:rPr>
          <w:rFonts w:ascii="Times New Roman" w:hAnsi="Times New Roman" w:eastAsia="Times New Roman" w:cs="Times New Roman"/>
          <w:sz w:val="24"/>
        </w:rPr>
        <w:t xml:space="preserve">be able to use any remaining vacation time. </w:t>
      </w:r>
    </w:p>
    <w:p>
      <w:pPr/>
    </w:p>
    <w:p>
      <w:pPr/>
      <w:r>
        <w:rPr>
          <w:rFonts w:ascii="Times New Roman" w:hAnsi="Times New Roman" w:eastAsia="Times New Roman" w:cs="Times New Roman"/>
          <w:b/>
          <w:sz w:val="24"/>
        </w:rPr>
        <w:t>XI. Federal Holidays</w:t>
      </w:r>
      <w:r>
        <w:rPr>
          <w:rFonts w:ascii="Times New Roman" w:hAnsi="Times New Roman" w:eastAsia="Times New Roman" w:cs="Times New Roman"/>
          <w:sz w:val="24"/>
        </w:rPr>
        <w:t>. The Employee shall be entitled to ___ federal holidays per calendar year. This is subject to change by the Employer from time to time. If for any reason the Employee should request a Federal Holiday off, the Employer shall determine if the Employee may do so and if it shall be taken from either the Employee’s Personal Leave or Vacation Time. Federal Holidays are determined by the Employer and may change every calendar year.</w:t>
      </w:r>
    </w:p>
    <w:p>
      <w:pPr/>
    </w:p>
    <w:p>
      <w:pPr/>
      <w:r>
        <w:rPr>
          <w:rFonts w:ascii="Times New Roman" w:hAnsi="Times New Roman" w:eastAsia="Times New Roman" w:cs="Times New Roman"/>
          <w:b/>
          <w:sz w:val="24"/>
        </w:rPr>
        <w:t>XII. Confidentiality</w:t>
      </w:r>
      <w:r>
        <w:rPr>
          <w:rFonts w:ascii="Times New Roman" w:hAnsi="Times New Roman" w:eastAsia="Times New Roman" w:cs="Times New Roman"/>
          <w:sz w:val="24"/>
        </w:rPr>
        <w:t>. The Employee understands and agrees to keep any and all information confidential regarding the business plans, inventions, designs, products, services, processes, trade secrets, copyrights, trademarks, customer information, customer lists, prices, analytics data, costs, affairs, and any other information that could be considered proprietary to the Employer (“Confidential Information”). The Employee understands that disclosure of any such Confidential Information, either directly or indirectly, shall result in litigation with the Employer eligible for equitable relief to the furthest extent of the law, including but not limited to, filing claims for losses and/or damages. In addition, if it is found that the Employee divulged Confidential Information to a third (3</w:t>
      </w:r>
      <w:r>
        <w:rPr>
          <w:rFonts w:ascii="Times New Roman" w:hAnsi="Times New Roman" w:eastAsia="Times New Roman" w:cs="Times New Roman"/>
          <w:sz w:val="24"/>
        </w:rPr>
        <w:t>rd</w:t>
      </w:r>
      <w:r>
        <w:rPr>
          <w:rFonts w:ascii="Times New Roman" w:hAnsi="Times New Roman" w:eastAsia="Times New Roman" w:cs="Times New Roman"/>
          <w:sz w:val="24"/>
        </w:rPr>
        <w:t>) party with the Employer shall be entitled any and all reimbursement for their legal and attorney’s fees.</w:t>
      </w:r>
    </w:p>
    <w:p>
      <w:pPr/>
    </w:p>
    <w:p>
      <w:pPr/>
      <w:r>
        <w:rPr>
          <w:rFonts w:ascii="Times New Roman" w:hAnsi="Times New Roman" w:eastAsia="Times New Roman" w:cs="Times New Roman"/>
          <w:b/>
          <w:sz w:val="24"/>
        </w:rPr>
        <w:t>Post Termination</w:t>
      </w:r>
      <w:r>
        <w:rPr>
          <w:rFonts w:ascii="Times New Roman" w:hAnsi="Times New Roman" w:eastAsia="Times New Roman" w:cs="Times New Roman"/>
          <w:sz w:val="24"/>
        </w:rPr>
        <w:t xml:space="preserve">. After the Employee has terminated their employment with the Employer, the Employee shall be bound to </w:t>
      </w:r>
      <w:r>
        <w:rPr>
          <w:rFonts w:ascii="Times New Roman" w:hAnsi="Times New Roman" w:eastAsia="Times New Roman" w:cs="Times New Roman"/>
          <w:b/>
          <w:sz w:val="24"/>
        </w:rPr>
        <w:t>Section XII</w:t>
      </w:r>
      <w:r>
        <w:rPr>
          <w:rFonts w:ascii="Times New Roman" w:hAnsi="Times New Roman" w:eastAsia="Times New Roman" w:cs="Times New Roman"/>
          <w:sz w:val="24"/>
        </w:rPr>
        <w:t xml:space="preserve"> of this Agreement for a period of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Years </w:t>
      </w:r>
      <w:r>
        <w:rPr>
          <w:rFonts w:ascii="Times New Roman" w:hAnsi="Times New Roman" w:eastAsia="Times New Roman" w:cs="Times New Roman"/>
          <w:sz w:val="24"/>
        </w:rPr>
        <w:t>(“Confidentiality Term”). If the Confidentiality Term is beyond any limit set by local, State, or Federal laws, then the Confidentiality Term shall be the maximum allowed legal time-frame.</w:t>
      </w:r>
    </w:p>
    <w:p>
      <w:pPr/>
    </w:p>
    <w:p>
      <w:pPr/>
      <w:r>
        <w:rPr>
          <w:rFonts w:ascii="Times New Roman" w:hAnsi="Times New Roman" w:eastAsia="Times New Roman" w:cs="Times New Roman"/>
          <w:b/>
          <w:sz w:val="24"/>
        </w:rPr>
        <w:t>XIII. Non-Compete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no Non-Compete established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During the term of employment, the Employee understands that he or she will be subject to learning proprietary information, including trade secrets, which could be applied to competitors of the employer. Therefore, in order to protect the fiduciary interests of the Employer, the Employee agrees to: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following industry(ies): 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for the following employer(s): 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same industry(ies) as the Employer in the following area(s):</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_____________________________________________________________</w:t>
      </w:r>
    </w:p>
    <w:p>
      <w:pPr/>
    </w:p>
    <w:p>
      <w:pPr/>
      <w:r>
        <w:rPr>
          <w:rFonts w:ascii="Times New Roman" w:hAnsi="Times New Roman" w:eastAsia="Times New Roman" w:cs="Times New Roman"/>
          <w:sz w:val="24"/>
        </w:rPr>
        <w:t xml:space="preserve">This Non-Compete shall be in effect for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Years</w:t>
      </w:r>
      <w:r>
        <w:rPr>
          <w:rFonts w:ascii="Times New Roman" w:hAnsi="Times New Roman" w:eastAsia="Times New Roman" w:cs="Times New Roman"/>
          <w:sz w:val="24"/>
        </w:rPr>
        <w:t xml:space="preserve"> following the date of Employee’s termination.</w:t>
      </w:r>
    </w:p>
    <w:p>
      <w:pPr/>
    </w:p>
    <w:p>
      <w:pPr/>
      <w:r>
        <w:rPr>
          <w:rFonts w:ascii="Times New Roman" w:hAnsi="Times New Roman" w:eastAsia="Times New Roman" w:cs="Times New Roman"/>
          <w:sz w:val="24"/>
        </w:rPr>
        <w:t xml:space="preserve">This Section shall be applied to the Employee engaging, directly or indirectly, any competitive industry. This includes, but is not limited to: </w:t>
      </w:r>
    </w:p>
    <w:p>
      <w:pPr/>
    </w:p>
    <w:p>
      <w:pPr/>
      <w:r>
        <w:rPr>
          <w:rFonts w:ascii="Times New Roman" w:hAnsi="Times New Roman" w:eastAsia="Times New Roman" w:cs="Times New Roman"/>
          <w:sz w:val="24"/>
        </w:rPr>
        <w:t>Communicating with related business owners, partners, members, officers, or agents;</w:t>
      </w:r>
    </w:p>
    <w:p>
      <w:pPr/>
    </w:p>
    <w:p>
      <w:pPr/>
      <w:r>
        <w:rPr>
          <w:rFonts w:ascii="Times New Roman" w:hAnsi="Times New Roman" w:eastAsia="Times New Roman" w:cs="Times New Roman"/>
          <w:sz w:val="24"/>
        </w:rPr>
        <w:t>Being employed by or consulting any related business;</w:t>
      </w:r>
    </w:p>
    <w:p>
      <w:pPr/>
    </w:p>
    <w:p>
      <w:pPr/>
      <w:r>
        <w:rPr>
          <w:rFonts w:ascii="Times New Roman" w:hAnsi="Times New Roman" w:eastAsia="Times New Roman" w:cs="Times New Roman"/>
          <w:sz w:val="24"/>
        </w:rPr>
        <w:t>Being self-employed in a related business; or</w:t>
      </w:r>
    </w:p>
    <w:p>
      <w:pPr/>
    </w:p>
    <w:p>
      <w:pPr/>
      <w:r>
        <w:rPr>
          <w:rFonts w:ascii="Times New Roman" w:hAnsi="Times New Roman" w:eastAsia="Times New Roman" w:cs="Times New Roman"/>
          <w:sz w:val="24"/>
        </w:rPr>
        <w:t>Soliciting any customer, client, affiliate, vendor, or any other relationship of the Employer.</w:t>
      </w:r>
    </w:p>
    <w:p>
      <w:pPr/>
    </w:p>
    <w:p>
      <w:pPr/>
      <w:r>
        <w:rPr>
          <w:rFonts w:ascii="Times New Roman" w:hAnsi="Times New Roman" w:eastAsia="Times New Roman" w:cs="Times New Roman"/>
          <w:b/>
          <w:sz w:val="24"/>
        </w:rPr>
        <w:t>XIV. Employee’s Role</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act in the capacity of the Employer. This includes, but is not limited to, making written or verbal agreements with any customer, client, affiliate, vendor, or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XV. Appearance</w:t>
      </w:r>
      <w:r>
        <w:rPr>
          <w:rFonts w:ascii="Times New Roman" w:hAnsi="Times New Roman" w:eastAsia="Times New Roman" w:cs="Times New Roman"/>
          <w:sz w:val="24"/>
        </w:rPr>
        <w:t>. The Employee must appear at the Employer’s desired workplace at the time scheduled. If the Employee does not appear, for any reason, on more than ____ separate occasions in a 12-month calendar period the Employer has the right to terminate this Agreement immediately. In such event, the Employee would not be granted severance as stated in Section III.</w:t>
      </w:r>
    </w:p>
    <w:p>
      <w:pPr/>
    </w:p>
    <w:p>
      <w:pPr/>
      <w:r>
        <w:rPr>
          <w:rFonts w:ascii="Times New Roman" w:hAnsi="Times New Roman" w:eastAsia="Times New Roman" w:cs="Times New Roman"/>
          <w:b/>
          <w:sz w:val="24"/>
        </w:rPr>
        <w:t>XVI. Disability</w:t>
      </w:r>
      <w:r>
        <w:rPr>
          <w:rFonts w:ascii="Times New Roman" w:hAnsi="Times New Roman" w:eastAsia="Times New Roman" w:cs="Times New Roman"/>
          <w:sz w:val="24"/>
        </w:rPr>
        <w:t>. If for any reason the Employee cannot perform their duties, by physical or mental disability, the Employer may terminate this Agreement by giving the Employee ____ days’ written notice.</w:t>
      </w:r>
    </w:p>
    <w:p>
      <w:pPr/>
    </w:p>
    <w:p>
      <w:pPr/>
      <w:r>
        <w:rPr>
          <w:rFonts w:ascii="Times New Roman" w:hAnsi="Times New Roman" w:eastAsia="Times New Roman" w:cs="Times New Roman"/>
          <w:b/>
          <w:sz w:val="24"/>
        </w:rPr>
        <w:t>XVII. Compliance</w:t>
      </w:r>
      <w:r>
        <w:rPr>
          <w:rFonts w:ascii="Times New Roman" w:hAnsi="Times New Roman" w:eastAsia="Times New Roman" w:cs="Times New Roman"/>
          <w:sz w:val="24"/>
        </w:rPr>
        <w:t>. The Employee agrees to adhere to all sections of this Agreement in addition to any rules, regulations, or conduct standards of the Employer including obeying all local and federal laws. If the Employee does not adhere to this Agreement, company policies, including any task or obligation that is related to the responsibilities of their position, the Employer may terminate this Agreement without severance as stated in Section III.</w:t>
      </w:r>
    </w:p>
    <w:p>
      <w:pPr/>
    </w:p>
    <w:p>
      <w:pPr/>
      <w:r>
        <w:rPr>
          <w:rFonts w:ascii="Times New Roman" w:hAnsi="Times New Roman" w:eastAsia="Times New Roman" w:cs="Times New Roman"/>
          <w:b/>
          <w:sz w:val="24"/>
        </w:rPr>
        <w:t>XVIII. Return of Property</w:t>
      </w:r>
      <w:r>
        <w:rPr>
          <w:rFonts w:ascii="Times New Roman" w:hAnsi="Times New Roman" w:eastAsia="Times New Roman" w:cs="Times New Roman"/>
          <w:sz w:val="24"/>
        </w:rPr>
        <w:t>. The Employee agrees to return any and all property of the Employer upon the termination of employment. This includes, but is not limited to, equipment, electronics, records, access, notes, data, tests, vehicles, reports, models, or any property that is requested by the Employer.</w:t>
      </w:r>
    </w:p>
    <w:p>
      <w:pPr/>
    </w:p>
    <w:p>
      <w:pPr/>
      <w:r>
        <w:rPr>
          <w:rFonts w:ascii="Times New Roman" w:hAnsi="Times New Roman" w:eastAsia="Times New Roman" w:cs="Times New Roman"/>
          <w:b/>
          <w:sz w:val="24"/>
        </w:rPr>
        <w:t>XIX. Notices</w:t>
      </w:r>
      <w:r>
        <w:rPr>
          <w:rFonts w:ascii="Times New Roman" w:hAnsi="Times New Roman" w:eastAsia="Times New Roman" w:cs="Times New Roman"/>
          <w:sz w:val="24"/>
        </w:rPr>
        <w:t>. All notices that are to be sent under this Agreement shall be done in writing and to be delivered via Certified Mail (return receipt) to the following mailing addresses:</w:t>
      </w:r>
    </w:p>
    <w:p>
      <w:pPr/>
    </w:p>
    <w:p>
      <w:pPr>
        <w:jc w:val="center"/>
      </w:pPr>
      <w:r>
        <w:rPr>
          <w:rFonts w:ascii="Times New Roman" w:hAnsi="Times New Roman" w:eastAsia="Times New Roman" w:cs="Times New Roman"/>
          <w:b/>
          <w:sz w:val="24"/>
        </w:rPr>
        <w:t>Employer</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p>
    <w:p>
      <w:pPr>
        <w:jc w:val="center"/>
      </w:pPr>
      <w:r>
        <w:rPr>
          <w:rFonts w:ascii="Times New Roman" w:hAnsi="Times New Roman" w:eastAsia="Times New Roman" w:cs="Times New Roman"/>
          <w:b/>
          <w:sz w:val="24"/>
        </w:rPr>
        <w:t>Employee</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 xml:space="preserve">The aforementioned addresses may be changed with the act of either party providing written notice. </w:t>
      </w:r>
    </w:p>
    <w:p>
      <w:pPr/>
    </w:p>
    <w:p>
      <w:pPr/>
      <w:r>
        <w:rPr>
          <w:rFonts w:ascii="Times New Roman" w:hAnsi="Times New Roman" w:eastAsia="Times New Roman" w:cs="Times New Roman"/>
          <w:b/>
          <w:sz w:val="24"/>
        </w:rPr>
        <w:t>XX. Amendments</w:t>
      </w:r>
      <w:r>
        <w:rPr>
          <w:rFonts w:ascii="Times New Roman" w:hAnsi="Times New Roman" w:eastAsia="Times New Roman" w:cs="Times New Roman"/>
          <w:sz w:val="24"/>
        </w:rPr>
        <w:t xml:space="preserve">. This Agreement may be modified or amended under the condition that any such amendment is attached and authorized by all parties. </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Waiver of Contractual Right</w:t>
      </w:r>
      <w:r>
        <w:rPr>
          <w:rFonts w:ascii="Times New Roman" w:hAnsi="Times New Roman" w:eastAsia="Times New Roman" w:cs="Times New Roman"/>
          <w:sz w:val="24"/>
        </w:rPr>
        <w:t xml:space="preserve">. If the Employer or Employee fails to enforce a provision or section of this Agreement, it shall not be determined as a waiver or limitation. Either party shall remain the right to enforce and compel the compliance of this Agreement to its fullest extent. </w:t>
      </w:r>
    </w:p>
    <w:p>
      <w:pPr/>
    </w:p>
    <w:p>
      <w:pPr/>
      <w:r>
        <w:rPr>
          <w:rFonts w:ascii="Times New Roman" w:hAnsi="Times New Roman" w:eastAsia="Times New Roman" w:cs="Times New Roman"/>
          <w:b/>
          <w:sz w:val="24"/>
        </w:rPr>
        <w:t>XXIII. Governing Law</w:t>
      </w:r>
      <w:r>
        <w:rPr>
          <w:rFonts w:ascii="Times New Roman" w:hAnsi="Times New Roman" w:eastAsia="Times New Roman" w:cs="Times New Roman"/>
          <w:sz w:val="24"/>
        </w:rPr>
        <w:t>. This Agreement shall be governed under the laws in the State of Maryland.</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EMPLOYER</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p>
      <w:pPr/>
      <w:r>
        <w:rPr>
          <w:rFonts w:ascii="Times New Roman" w:hAnsi="Times New Roman" w:eastAsia="Times New Roman" w:cs="Times New Roman"/>
          <w:b/>
          <w:sz w:val="24"/>
        </w:rPr>
        <w:t>EMPLOYEE</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