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Maryland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p>
    <w:p>
      <w:pPr/>
    </w:p>
    <w:p>
      <w:pPr>
        <w:spacing w:before="0" w:after="0"/>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_______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date hereinunder.</w:t>
      </w: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Maryland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