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sz w:val="24"/>
        </w:rPr>
        <w:t>MARYLAND STATUTORY FORM LIMITED POWER OF ATTORNEY</w:t>
      </w:r>
    </w:p>
    <w:p>
      <w:pPr>
        <w:jc w:val="both"/>
      </w:pPr>
      <w:r>
        <w:rPr>
          <w:rFonts w:ascii="Times New Roman" w:hAnsi="Times New Roman" w:eastAsia="Times New Roman" w:cs="Times New Roman"/>
          <w:sz w:val="24"/>
        </w:rPr>
        <w:t xml:space="preserve"> </w:t>
      </w:r>
    </w:p>
    <w:p>
      <w:pPr>
        <w:jc w:val="both"/>
      </w:pPr>
    </w:p>
    <w:p>
      <w:pPr>
        <w:jc w:val="center"/>
      </w:pPr>
      <w:r>
        <w:rPr>
          <w:rFonts w:ascii="Times New Roman" w:hAnsi="Times New Roman" w:eastAsia="Times New Roman" w:cs="Times New Roman"/>
          <w:sz w:val="24"/>
        </w:rPr>
        <w:t>PLEASE READ CAREFULLY</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This power of attorney authorizes another person (your agent) to make decisions concerning your property for you (the principal). You need not give to your agent all the authorities listed below and may give the agent only those limited powers that you specifically indicate. This power of attorney gives your agent the right to make limited decisions for you. You should very carefully weigh your decision as to what powers you give your agent. Your agent will be able to make decisions and act with respect to your property (including your money) whether or not you are able to act for yourself.</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If you choose to make a grant of limited authority, you should check the boxes that identify the specific authorization you choose to give your agent.</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This power of attorney does not authorize the agent to make health care decisions for you.</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Your agent is not entitled to compensation unless you indicate otherwise in the special instructions of this power of attorney. If you indicate that your agent is to receive compensation, your agent is entitled to reasonable compensation or compensation as specified in the Special Instructions.</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required to act together unanimously unless you specify otherwise in the Special Instructions.</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If your agent is unavailable or unwilling to act for you, your power of attorney will end unless you have named a successor agent. You may also name a second successor agent.</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This power of attorney becomes effective immediately unless you state otherwise in the Special Instructions.</w:t>
      </w:r>
    </w:p>
    <w:p>
      <w:pPr>
        <w:jc w:val="both"/>
      </w:pPr>
      <w:r>
        <w:rPr>
          <w:rFonts w:ascii="Times New Roman" w:hAnsi="Times New Roman" w:eastAsia="Times New Roman" w:cs="Times New Roman"/>
          <w:sz w:val="24"/>
        </w:rPr>
        <w:t xml:space="preserve"> </w:t>
      </w:r>
    </w:p>
    <w:p>
      <w:pPr>
        <w:jc w:val="both"/>
      </w:pPr>
    </w:p>
    <w:p>
      <w:pPr>
        <w:jc w:val="both"/>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jc w:val="center"/>
      </w:pPr>
      <w:r>
        <w:rPr>
          <w:rFonts w:ascii="Times New Roman" w:hAnsi="Times New Roman" w:eastAsia="Times New Roman" w:cs="Times New Roman"/>
          <w:sz w:val="24"/>
        </w:rPr>
        <w:t>DESIGNATION OF AGENT</w:t>
      </w:r>
    </w:p>
    <w:p>
      <w:pPr>
        <w:jc w:val="center"/>
      </w:pPr>
    </w:p>
    <w:p>
      <w:pPr>
        <w:jc w:val="center"/>
      </w:pPr>
    </w:p>
    <w:p>
      <w:pPr>
        <w:spacing w:line="360" w:lineRule="auto"/>
        <w:jc w:val="both"/>
      </w:pPr>
    </w:p>
    <w:p>
      <w:pPr>
        <w:spacing w:line="360" w:lineRule="auto"/>
      </w:pPr>
      <w:r>
        <w:rPr>
          <w:rFonts w:ascii="Times New Roman" w:hAnsi="Times New Roman" w:eastAsia="Times New Roman" w:cs="Times New Roman"/>
          <w:b w:val="0"/>
          <w:sz w:val="24"/>
        </w:rPr>
        <w:t xml:space="preserve">I, </w:t>
      </w:r>
      <w:r>
        <w:rPr>
          <w:rFonts w:ascii="Times New Roman" w:hAnsi="Times New Roman" w:eastAsia="Times New Roman" w:cs="Times New Roman"/>
          <w:b w:val="0"/>
          <w:sz w:val="24"/>
        </w:rPr>
        <w:t>[NAME]</w:t>
      </w:r>
      <w:r>
        <w:rPr>
          <w:rFonts w:ascii="Times New Roman" w:hAnsi="Times New Roman" w:eastAsia="Times New Roman" w:cs="Times New Roman"/>
          <w:b w:val="0"/>
          <w:sz w:val="24"/>
        </w:rPr>
        <w:t xml:space="preserve"> whose address is </w:t>
      </w:r>
      <w:r>
        <w:rPr>
          <w:rFonts w:ascii="Times New Roman" w:hAnsi="Times New Roman" w:eastAsia="Times New Roman" w:cs="Times New Roman"/>
          <w:b w:val="0"/>
          <w:sz w:val="24"/>
        </w:rPr>
        <w:t>[ADDRESS]</w:t>
      </w:r>
      <w:r>
        <w:rPr>
          <w:rFonts w:ascii="Times New Roman" w:hAnsi="Times New Roman" w:eastAsia="Times New Roman" w:cs="Times New Roman"/>
          <w:sz w:val="24"/>
        </w:rPr>
        <w:t xml:space="preserve"> </w:t>
      </w:r>
      <w:r>
        <w:rPr>
          <w:rFonts w:ascii="Times New Roman" w:hAnsi="Times New Roman" w:eastAsia="Times New Roman" w:cs="Times New Roman"/>
          <w:b w:val="0"/>
          <w:sz w:val="24"/>
        </w:rPr>
        <w:t xml:space="preserve">hereby appoint </w:t>
      </w:r>
      <w:r>
        <w:rPr>
          <w:rFonts w:ascii="Times New Roman" w:hAnsi="Times New Roman" w:eastAsia="Times New Roman" w:cs="Times New Roman"/>
          <w:b w:val="0"/>
          <w:sz w:val="24"/>
        </w:rPr>
        <w:t>[NAME]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my true and lawful agent and attorney in fact to act in my name and behalf for the following specific acts:</w:t>
      </w:r>
    </w:p>
    <w:p>
      <w:pPr>
        <w:spacing w:line="360" w:lineRule="auto"/>
        <w:jc w:val="both"/>
      </w:pPr>
    </w:p>
    <w:p>
      <w:pPr>
        <w:spacing w:line="360" w:lineRule="auto"/>
        <w:jc w:val="both"/>
      </w:pPr>
      <w:r>
        <w:rPr>
          <w:rFonts w:ascii="Times New Roman" w:hAnsi="Times New Roman" w:eastAsia="Times New Roman" w:cs="Times New Roman"/>
          <w:sz w:val="24"/>
        </w:rPr>
        <w:t>[DETAILS]</w:t>
      </w:r>
      <w:r>
        <w:rPr>
          <w:rFonts w:ascii="Times New Roman" w:hAnsi="Times New Roman" w:eastAsia="Times New Roman" w:cs="Times New Roman"/>
          <w:sz w:val="24"/>
        </w:rPr>
        <w:t>______________________________________________________________________________________________________________</w:t>
      </w:r>
    </w:p>
    <w:p>
      <w:pPr>
        <w:spacing w:line="360" w:lineRule="auto"/>
        <w:jc w:val="both"/>
      </w:pPr>
      <w:r>
        <w:rPr>
          <w:rFonts w:ascii="Times New Roman" w:hAnsi="Times New Roman" w:eastAsia="Times New Roman" w:cs="Times New Roman"/>
          <w:sz w:val="24"/>
        </w:rPr>
        <w:t>[DETAILS]</w:t>
      </w:r>
      <w:r>
        <w:rPr>
          <w:rFonts w:ascii="Times New Roman" w:hAnsi="Times New Roman" w:eastAsia="Times New Roman" w:cs="Times New Roman"/>
          <w:sz w:val="24"/>
        </w:rPr>
        <w:t>______________________________________________________________________________________________________________</w:t>
      </w:r>
    </w:p>
    <w:p>
      <w:pPr>
        <w:spacing w:line="360" w:lineRule="auto"/>
        <w:jc w:val="both"/>
      </w:pPr>
      <w:r>
        <w:rPr>
          <w:rFonts w:ascii="Times New Roman" w:hAnsi="Times New Roman" w:eastAsia="Times New Roman" w:cs="Times New Roman"/>
          <w:sz w:val="24"/>
        </w:rPr>
        <w:t>[DETAILS]</w:t>
      </w:r>
      <w:r>
        <w:rPr>
          <w:rFonts w:ascii="Times New Roman" w:hAnsi="Times New Roman" w:eastAsia="Times New Roman" w:cs="Times New Roman"/>
          <w:sz w:val="24"/>
        </w:rPr>
        <w:t>______________________________________________________________________________________________________________</w:t>
      </w:r>
    </w:p>
    <w:p>
      <w:pPr>
        <w:spacing w:line="360" w:lineRule="auto"/>
        <w:jc w:val="both"/>
      </w:pPr>
      <w:r>
        <w:rPr>
          <w:rFonts w:ascii="Times New Roman" w:hAnsi="Times New Roman" w:eastAsia="Times New Roman" w:cs="Times New Roman"/>
          <w:sz w:val="24"/>
        </w:rPr>
        <w:t>[DETAILS]</w:t>
      </w:r>
      <w:r>
        <w:rPr>
          <w:rFonts w:ascii="Times New Roman" w:hAnsi="Times New Roman" w:eastAsia="Times New Roman" w:cs="Times New Roman"/>
          <w:sz w:val="24"/>
        </w:rPr>
        <w:t>______________________________________________________________________________________________________________</w:t>
      </w:r>
    </w:p>
    <w:p>
      <w:pPr>
        <w:spacing w:line="360" w:lineRule="auto"/>
        <w:jc w:val="both"/>
      </w:pPr>
    </w:p>
    <w:p>
      <w:pPr>
        <w:jc w:val="center"/>
      </w:pPr>
      <w:r>
        <w:rPr>
          <w:rFonts w:ascii="Times New Roman" w:hAnsi="Times New Roman" w:eastAsia="Times New Roman" w:cs="Times New Roman"/>
          <w:sz w:val="24"/>
        </w:rPr>
        <w:t>EFFECTIVE DATE</w:t>
      </w:r>
    </w:p>
    <w:p>
      <w:pPr>
        <w:jc w:val="both"/>
      </w:pPr>
      <w:r>
        <w:rPr>
          <w:rFonts w:ascii="Times New Roman" w:hAnsi="Times New Roman" w:eastAsia="Times New Roman" w:cs="Times New Roman"/>
          <w:sz w:val="24"/>
        </w:rPr>
        <w:t xml:space="preserve"> </w:t>
      </w:r>
    </w:p>
    <w:p>
      <w:pPr>
        <w:jc w:val="both"/>
      </w:pPr>
    </w:p>
    <w:p>
      <w:pPr>
        <w:spacing w:line="360" w:lineRule="auto"/>
        <w:jc w:val="both"/>
      </w:pPr>
      <w:r>
        <w:rPr>
          <w:rFonts w:ascii="Times New Roman" w:hAnsi="Times New Roman" w:eastAsia="Times New Roman" w:cs="Times New Roman"/>
          <w:sz w:val="24"/>
        </w:rPr>
        <w:t>This power of attorney is effective immediately unless I have stated otherwise.</w:t>
      </w:r>
    </w:p>
    <w:p>
      <w:pPr>
        <w:spacing w:line="360" w:lineRule="auto"/>
        <w:jc w:val="both"/>
      </w:pPr>
    </w:p>
    <w:p>
      <w:pPr>
        <w:spacing w:line="360" w:lineRule="auto"/>
        <w:jc w:val="center"/>
      </w:pPr>
      <w:r>
        <w:rPr>
          <w:rFonts w:ascii="Times New Roman" w:hAnsi="Times New Roman" w:eastAsia="Times New Roman" w:cs="Times New Roman"/>
          <w:sz w:val="24"/>
        </w:rPr>
        <w:t>TERMINATION DATE</w:t>
      </w:r>
    </w:p>
    <w:p>
      <w:pPr>
        <w:spacing w:line="360" w:lineRule="auto"/>
        <w:jc w:val="center"/>
      </w:pPr>
    </w:p>
    <w:p>
      <w:pPr>
        <w:spacing w:line="360" w:lineRule="auto"/>
      </w:pPr>
      <w:r>
        <w:rPr>
          <w:rFonts w:ascii="Times New Roman" w:hAnsi="Times New Roman" w:eastAsia="Times New Roman" w:cs="Times New Roman"/>
          <w:sz w:val="24"/>
        </w:rPr>
        <w:t xml:space="preserve">This power of attorney shall terminate on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w:t>
      </w:r>
    </w:p>
    <w:p>
      <w:pPr>
        <w:spacing w:line="360" w:lineRule="auto"/>
      </w:pPr>
    </w:p>
    <w:p>
      <w:pPr>
        <w:spacing w:line="360" w:lineRule="auto"/>
      </w:pPr>
    </w:p>
    <w:p>
      <w:pPr>
        <w:spacing w:line="360" w:lineRule="auto"/>
      </w:pPr>
    </w:p>
    <w:p>
      <w:pPr>
        <w:spacing w:line="360" w:lineRule="auto"/>
        <w:jc w:val="both"/>
      </w:pPr>
    </w:p>
    <w:p>
      <w:pPr>
        <w:spacing w:line="360" w:lineRule="auto"/>
        <w:jc w:val="center"/>
      </w:pPr>
      <w:r>
        <w:rPr>
          <w:rFonts w:ascii="Times New Roman" w:hAnsi="Times New Roman" w:eastAsia="Times New Roman" w:cs="Times New Roman"/>
          <w:sz w:val="24"/>
        </w:rPr>
        <w:t>SIGNATURE AND ACKNOWLEDGMENT</w:t>
      </w:r>
    </w:p>
    <w:p>
      <w:pPr>
        <w:spacing w:line="360" w:lineRule="auto"/>
        <w:jc w:val="center"/>
      </w:pPr>
    </w:p>
    <w:p>
      <w:pPr>
        <w:spacing w:line="360" w:lineRule="auto"/>
        <w:jc w:val="both"/>
      </w:pPr>
      <w:r>
        <w:rPr>
          <w:rFonts w:ascii="Times New Roman" w:hAnsi="Times New Roman" w:eastAsia="Times New Roman" w:cs="Times New Roman"/>
          <w:sz w:val="24"/>
        </w:rPr>
        <w:t xml:space="preserve">____________________________________           </w:t>
      </w:r>
      <w:r>
        <w:rPr>
          <w:rFonts w:ascii="Times New Roman" w:hAnsi="Times New Roman" w:eastAsia="Times New Roman" w:cs="Times New Roman"/>
          <w:sz w:val="24"/>
        </w:rPr>
        <w:t>[DATE]</w:t>
      </w:r>
    </w:p>
    <w:p>
      <w:pPr>
        <w:spacing w:line="360" w:lineRule="auto"/>
        <w:jc w:val="both"/>
      </w:pPr>
      <w:r>
        <w:rPr>
          <w:rFonts w:ascii="Times New Roman" w:hAnsi="Times New Roman" w:eastAsia="Times New Roman" w:cs="Times New Roman"/>
          <w:sz w:val="24"/>
        </w:rPr>
        <w:t>Your Signature                                                           Date</w:t>
      </w:r>
    </w:p>
    <w:p>
      <w:pPr>
        <w:spacing w:line="360" w:lineRule="auto"/>
        <w:jc w:val="both"/>
      </w:pPr>
    </w:p>
    <w:p>
      <w:pPr>
        <w:spacing w:line="360" w:lineRule="auto"/>
        <w:jc w:val="both"/>
      </w:pPr>
      <w:r>
        <w:rPr>
          <w:rFonts w:ascii="Times New Roman" w:hAnsi="Times New Roman" w:eastAsia="Times New Roman" w:cs="Times New Roman"/>
          <w:sz w:val="24"/>
        </w:rPr>
        <w:t>[NAME]</w:t>
      </w:r>
    </w:p>
    <w:p>
      <w:pPr>
        <w:spacing w:line="360" w:lineRule="auto"/>
        <w:jc w:val="both"/>
      </w:pPr>
      <w:r>
        <w:rPr>
          <w:rFonts w:ascii="Times New Roman" w:hAnsi="Times New Roman" w:eastAsia="Times New Roman" w:cs="Times New Roman"/>
          <w:sz w:val="24"/>
        </w:rPr>
        <w:t>Your Name Printed</w:t>
      </w:r>
    </w:p>
    <w:p>
      <w:pPr>
        <w:spacing w:line="360" w:lineRule="auto"/>
        <w:jc w:val="both"/>
      </w:pPr>
    </w:p>
    <w:p>
      <w:pPr>
        <w:spacing w:line="360" w:lineRule="auto"/>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360" w:lineRule="auto"/>
      </w:pPr>
    </w:p>
    <w:p>
      <w:pPr>
        <w:spacing w:line="360" w:lineRule="auto"/>
        <w:jc w:val="both"/>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 to be his/her act.</w:t>
      </w:r>
    </w:p>
    <w:p>
      <w:pPr>
        <w:spacing w:line="360" w:lineRule="auto"/>
      </w:pPr>
    </w:p>
    <w:p>
      <w:pPr>
        <w:spacing w:line="360" w:lineRule="auto"/>
      </w:pPr>
      <w:r>
        <w:rPr>
          <w:rFonts w:ascii="Times New Roman" w:hAnsi="Times New Roman" w:eastAsia="Times New Roman" w:cs="Times New Roman"/>
          <w:sz w:val="24"/>
        </w:rPr>
        <w:t xml:space="preserve">Signature of Notary: </w:t>
      </w:r>
      <w:r>
        <w:rPr>
          <w:rFonts w:ascii="Times New Roman" w:hAnsi="Times New Roman" w:eastAsia="Times New Roman" w:cs="Times New Roman"/>
          <w:sz w:val="24"/>
        </w:rPr>
        <w:t>_______________________</w:t>
      </w:r>
      <w:r>
        <w:rPr>
          <w:rFonts w:ascii="Times New Roman" w:hAnsi="Times New Roman" w:eastAsia="Times New Roman" w:cs="Times New Roman"/>
          <w:sz w:val="24"/>
        </w:rPr>
        <w:t xml:space="preserve">                          (SEAL, IF ANY)</w:t>
      </w:r>
    </w:p>
    <w:p>
      <w:pPr>
        <w:spacing w:line="360" w:lineRule="auto"/>
      </w:pPr>
    </w:p>
    <w:p>
      <w:pPr>
        <w:spacing w:line="360" w:lineRule="auto"/>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360" w:lineRule="auto"/>
      </w:pPr>
    </w:p>
    <w:p>
      <w:pPr>
        <w:spacing w:line="360" w:lineRule="auto"/>
        <w:jc w:val="center"/>
      </w:pPr>
      <w:r>
        <w:rPr>
          <w:rFonts w:ascii="Times New Roman" w:hAnsi="Times New Roman" w:eastAsia="Times New Roman" w:cs="Times New Roman"/>
          <w:sz w:val="24"/>
        </w:rPr>
        <w:t>WITNESS ATTESTATION</w:t>
      </w:r>
    </w:p>
    <w:p>
      <w:pPr>
        <w:spacing w:line="360" w:lineRule="auto"/>
      </w:pPr>
    </w:p>
    <w:p>
      <w:pPr>
        <w:spacing w:line="360" w:lineRule="auto"/>
      </w:pPr>
      <w:r>
        <w:rPr>
          <w:rFonts w:ascii="Times New Roman" w:hAnsi="Times New Roman" w:eastAsia="Times New Roman" w:cs="Times New Roman"/>
          <w:sz w:val="24"/>
        </w:rPr>
        <w:t>The foregoing power of attorney was, on the date written above, published and</w:t>
      </w:r>
    </w:p>
    <w:p>
      <w:pPr>
        <w:spacing w:line="360" w:lineRule="auto"/>
      </w:pPr>
      <w:r>
        <w:rPr>
          <w:rFonts w:ascii="Times New Roman" w:hAnsi="Times New Roman" w:eastAsia="Times New Roman" w:cs="Times New Roman"/>
          <w:sz w:val="24"/>
        </w:rPr>
        <w:t>declared by:</w:t>
      </w:r>
    </w:p>
    <w:p>
      <w:pPr>
        <w:spacing w:line="360" w:lineRule="auto"/>
      </w:pPr>
    </w:p>
    <w:p>
      <w:pPr>
        <w:spacing w:line="360" w:lineRule="auto"/>
      </w:pPr>
      <w:r>
        <w:rPr>
          <w:rFonts w:ascii="Times New Roman" w:hAnsi="Times New Roman" w:eastAsia="Times New Roman" w:cs="Times New Roman"/>
          <w:sz w:val="24"/>
        </w:rPr>
        <w:t>Name of Principal:</w:t>
      </w:r>
    </w:p>
    <w:p>
      <w:pPr>
        <w:spacing w:line="360" w:lineRule="auto"/>
      </w:pPr>
      <w:r>
        <w:rPr>
          <w:rFonts w:ascii="Times New Roman" w:hAnsi="Times New Roman" w:eastAsia="Times New Roman" w:cs="Times New Roman"/>
          <w:sz w:val="24"/>
        </w:rPr>
        <w:t>[NAME]</w:t>
      </w:r>
    </w:p>
    <w:p>
      <w:pPr>
        <w:spacing w:line="360" w:lineRule="auto"/>
      </w:pPr>
      <w:r>
        <w:rPr>
          <w:rFonts w:ascii="Times New Roman" w:hAnsi="Times New Roman" w:eastAsia="Times New Roman" w:cs="Times New Roman"/>
          <w:sz w:val="24"/>
        </w:rPr>
        <w:t>in our presence to be his/her power of attorney. We, in his/her presence and at his/her</w:t>
      </w:r>
    </w:p>
    <w:p>
      <w:pPr>
        <w:spacing w:line="360" w:lineRule="auto"/>
      </w:pPr>
      <w:r>
        <w:rPr>
          <w:rFonts w:ascii="Times New Roman" w:hAnsi="Times New Roman" w:eastAsia="Times New Roman" w:cs="Times New Roman"/>
          <w:sz w:val="24"/>
        </w:rPr>
        <w:t>request, and in the presence of each other, have attested to the same and have signed</w:t>
      </w:r>
    </w:p>
    <w:p>
      <w:pPr>
        <w:spacing w:line="360" w:lineRule="auto"/>
      </w:pPr>
      <w:r>
        <w:rPr>
          <w:rFonts w:ascii="Times New Roman" w:hAnsi="Times New Roman" w:eastAsia="Times New Roman" w:cs="Times New Roman"/>
          <w:sz w:val="24"/>
        </w:rPr>
        <w:t>our names as attesting witnesses.</w:t>
      </w:r>
    </w:p>
    <w:p>
      <w:pPr>
        <w:spacing w:line="360" w:lineRule="auto"/>
      </w:pPr>
    </w:p>
    <w:p>
      <w:pPr>
        <w:spacing w:line="360" w:lineRule="auto"/>
      </w:pPr>
      <w:r>
        <w:rPr>
          <w:rFonts w:ascii="Times New Roman" w:hAnsi="Times New Roman" w:eastAsia="Times New Roman" w:cs="Times New Roman"/>
          <w:sz w:val="24"/>
        </w:rPr>
        <w:t xml:space="preserve">Witness #1 Signature: </w:t>
      </w:r>
      <w:r>
        <w:rPr>
          <w:rFonts w:ascii="Times New Roman" w:hAnsi="Times New Roman" w:eastAsia="Times New Roman" w:cs="Times New Roman"/>
          <w:sz w:val="24"/>
        </w:rPr>
        <w:t>_______________________</w:t>
      </w:r>
    </w:p>
    <w:p>
      <w:pPr>
        <w:spacing w:line="360" w:lineRule="auto"/>
      </w:pPr>
    </w:p>
    <w:p>
      <w:pPr>
        <w:spacing w:line="360" w:lineRule="auto"/>
      </w:pPr>
      <w:r>
        <w:rPr>
          <w:rFonts w:ascii="Times New Roman" w:hAnsi="Times New Roman" w:eastAsia="Times New Roman" w:cs="Times New Roman"/>
          <w:sz w:val="24"/>
        </w:rPr>
        <w:t xml:space="preserve">Witness #1 Name Printed: </w:t>
      </w:r>
      <w:r>
        <w:rPr>
          <w:rFonts w:ascii="Times New Roman" w:hAnsi="Times New Roman" w:eastAsia="Times New Roman" w:cs="Times New Roman"/>
          <w:sz w:val="24"/>
        </w:rPr>
        <w:t>[NAME]</w:t>
      </w:r>
    </w:p>
    <w:p>
      <w:pPr>
        <w:spacing w:line="360" w:lineRule="auto"/>
      </w:pPr>
    </w:p>
    <w:p>
      <w:pPr>
        <w:spacing w:line="360" w:lineRule="auto"/>
      </w:pPr>
      <w:r>
        <w:rPr>
          <w:rFonts w:ascii="Times New Roman" w:hAnsi="Times New Roman" w:eastAsia="Times New Roman" w:cs="Times New Roman"/>
          <w:sz w:val="24"/>
        </w:rPr>
        <w:t xml:space="preserve">Witness #1 Address: </w:t>
      </w:r>
      <w:r>
        <w:rPr>
          <w:rFonts w:ascii="Times New Roman" w:hAnsi="Times New Roman" w:eastAsia="Times New Roman" w:cs="Times New Roman"/>
          <w:sz w:val="24"/>
        </w:rPr>
        <w:t>[ADDRESS]</w:t>
      </w:r>
    </w:p>
    <w:p>
      <w:pPr>
        <w:spacing w:line="360" w:lineRule="auto"/>
      </w:pPr>
    </w:p>
    <w:p>
      <w:pPr>
        <w:spacing w:line="360" w:lineRule="auto"/>
      </w:pPr>
      <w:r>
        <w:rPr>
          <w:rFonts w:ascii="Times New Roman" w:hAnsi="Times New Roman" w:eastAsia="Times New Roman" w:cs="Times New Roman"/>
          <w:sz w:val="24"/>
        </w:rPr>
        <w:t xml:space="preserve">Witness #1 Telephone Number: </w:t>
      </w:r>
      <w:r>
        <w:rPr>
          <w:rFonts w:ascii="Times New Roman" w:hAnsi="Times New Roman" w:eastAsia="Times New Roman" w:cs="Times New Roman"/>
          <w:sz w:val="24"/>
        </w:rPr>
        <w:t>[NUMBER]</w:t>
      </w:r>
    </w:p>
    <w:p>
      <w:pPr>
        <w:spacing w:line="360" w:lineRule="auto"/>
      </w:pPr>
    </w:p>
    <w:p>
      <w:pPr>
        <w:spacing w:line="360" w:lineRule="auto"/>
      </w:pPr>
      <w:r>
        <w:rPr>
          <w:rFonts w:ascii="Times New Roman" w:hAnsi="Times New Roman" w:eastAsia="Times New Roman" w:cs="Times New Roman"/>
          <w:sz w:val="24"/>
        </w:rPr>
        <w:t xml:space="preserve">Witness #2 Signature: </w:t>
      </w:r>
      <w:r>
        <w:rPr>
          <w:rFonts w:ascii="Times New Roman" w:hAnsi="Times New Roman" w:eastAsia="Times New Roman" w:cs="Times New Roman"/>
          <w:sz w:val="24"/>
        </w:rPr>
        <w:t>_______________________</w:t>
      </w:r>
    </w:p>
    <w:p>
      <w:pPr>
        <w:spacing w:line="360" w:lineRule="auto"/>
      </w:pPr>
    </w:p>
    <w:p>
      <w:pPr>
        <w:spacing w:line="360" w:lineRule="auto"/>
      </w:pPr>
      <w:r>
        <w:rPr>
          <w:rFonts w:ascii="Times New Roman" w:hAnsi="Times New Roman" w:eastAsia="Times New Roman" w:cs="Times New Roman"/>
          <w:sz w:val="24"/>
        </w:rPr>
        <w:t xml:space="preserve">Witness #2 Name Printed: </w:t>
      </w:r>
      <w:r>
        <w:rPr>
          <w:rFonts w:ascii="Times New Roman" w:hAnsi="Times New Roman" w:eastAsia="Times New Roman" w:cs="Times New Roman"/>
          <w:sz w:val="24"/>
        </w:rPr>
        <w:t>[NAME]</w:t>
      </w:r>
    </w:p>
    <w:p>
      <w:pPr>
        <w:spacing w:line="360" w:lineRule="auto"/>
      </w:pPr>
    </w:p>
    <w:p>
      <w:pPr>
        <w:spacing w:line="360" w:lineRule="auto"/>
      </w:pPr>
      <w:r>
        <w:rPr>
          <w:rFonts w:ascii="Times New Roman" w:hAnsi="Times New Roman" w:eastAsia="Times New Roman" w:cs="Times New Roman"/>
          <w:sz w:val="24"/>
        </w:rPr>
        <w:t xml:space="preserve">Witness #2 Address: </w:t>
      </w:r>
      <w:r>
        <w:rPr>
          <w:rFonts w:ascii="Times New Roman" w:hAnsi="Times New Roman" w:eastAsia="Times New Roman" w:cs="Times New Roman"/>
          <w:sz w:val="24"/>
        </w:rPr>
        <w:t>[ADDRESS]</w:t>
      </w:r>
    </w:p>
    <w:p>
      <w:pPr>
        <w:spacing w:line="360" w:lineRule="auto"/>
      </w:pPr>
    </w:p>
    <w:p>
      <w:pPr>
        <w:spacing w:line="360" w:lineRule="auto"/>
      </w:pPr>
      <w:r>
        <w:rPr>
          <w:rFonts w:ascii="Times New Roman" w:hAnsi="Times New Roman" w:eastAsia="Times New Roman" w:cs="Times New Roman"/>
          <w:sz w:val="24"/>
        </w:rPr>
        <w:t xml:space="preserve">Witness #2 Telephone Number: </w:t>
      </w:r>
      <w:r>
        <w:rPr>
          <w:rFonts w:ascii="Times New Roman" w:hAnsi="Times New Roman" w:eastAsia="Times New Roman" w:cs="Times New Roman"/>
          <w:sz w:val="24"/>
        </w:rPr>
        <w:t>[NUMBER]</w:t>
      </w:r>
    </w:p>
    <w:p>
      <w:pPr>
        <w:spacing w:line="360" w:lineRule="auto"/>
        <w:jc w:val="both"/>
      </w:pPr>
    </w:p>
    <w:p>
      <w:pPr>
        <w:spacing w:line="360" w:lineRule="auto"/>
        <w:jc w:val="both"/>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p>
    <w:p>
      <w:pPr>
        <w:spacing w:line="360" w:lineRule="auto"/>
        <w:jc w:val="center"/>
      </w:pPr>
      <w:r>
        <w:rPr>
          <w:rFonts w:ascii="Times New Roman" w:hAnsi="Times New Roman" w:eastAsia="Times New Roman" w:cs="Times New Roman"/>
          <w:sz w:val="24"/>
        </w:rPr>
        <w:t>IMPORTANT INFORMATION FOR AGENT</w:t>
      </w:r>
    </w:p>
    <w:p>
      <w:pPr>
        <w:spacing w:line="360" w:lineRule="auto"/>
      </w:pPr>
    </w:p>
    <w:p>
      <w:pPr>
        <w:spacing w:line="360" w:lineRule="auto"/>
        <w:jc w:val="center"/>
      </w:pPr>
      <w:r>
        <w:rPr>
          <w:rFonts w:ascii="Times New Roman" w:hAnsi="Times New Roman" w:eastAsia="Times New Roman" w:cs="Times New Roman"/>
          <w:sz w:val="24"/>
        </w:rPr>
        <w:t>Agent's Duties</w:t>
      </w:r>
    </w:p>
    <w:p>
      <w:pPr>
        <w:spacing w:line="360" w:lineRule="auto"/>
      </w:pPr>
    </w:p>
    <w:p>
      <w:pPr>
        <w:spacing w:line="360" w:lineRule="auto"/>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on you legal duties that continue until you resign or the power of attorney is terminated or revoked. You must:</w:t>
      </w:r>
    </w:p>
    <w:p>
      <w:pPr>
        <w:spacing w:line="360" w:lineRule="auto"/>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spacing w:line="360" w:lineRule="auto"/>
      </w:pPr>
      <w:r>
        <w:rPr>
          <w:rFonts w:ascii="Times New Roman" w:hAnsi="Times New Roman" w:eastAsia="Times New Roman" w:cs="Times New Roman"/>
          <w:sz w:val="24"/>
        </w:rPr>
        <w:t>(2) Act with care, competence, and diligence for the best interest of the principal;</w:t>
      </w:r>
    </w:p>
    <w:p>
      <w:pPr>
        <w:spacing w:line="360" w:lineRule="auto"/>
      </w:pPr>
      <w:r>
        <w:rPr>
          <w:rFonts w:ascii="Times New Roman" w:hAnsi="Times New Roman" w:eastAsia="Times New Roman" w:cs="Times New Roman"/>
          <w:sz w:val="24"/>
        </w:rPr>
        <w:t>(3) Do nothing beyond the authority granted in this power of attorney; and</w:t>
      </w:r>
    </w:p>
    <w:p>
      <w:pPr>
        <w:spacing w:line="360" w:lineRule="auto"/>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spacing w:line="360" w:lineRule="auto"/>
      </w:pPr>
    </w:p>
    <w:p>
      <w:pPr>
        <w:spacing w:line="360" w:lineRule="auto"/>
      </w:pPr>
      <w:r>
        <w:rPr>
          <w:rFonts w:ascii="Times New Roman" w:hAnsi="Times New Roman" w:eastAsia="Times New Roman" w:cs="Times New Roman"/>
          <w:sz w:val="24"/>
        </w:rPr>
        <w:t>[NAME]</w:t>
      </w:r>
      <w:r>
        <w:rPr>
          <w:rFonts w:ascii="Times New Roman" w:hAnsi="Times New Roman" w:eastAsia="Times New Roman" w:cs="Times New Roman"/>
          <w:sz w:val="24"/>
        </w:rPr>
        <w:tab/>
        <w:tab/>
        <w:tab/>
        <w:tab/>
        <w:tab/>
        <w:t>___________________________________ Principal’s Name                                             Signature</w:t>
      </w:r>
    </w:p>
    <w:p>
      <w:pPr>
        <w:spacing w:line="360" w:lineRule="auto"/>
      </w:pPr>
    </w:p>
    <w:p>
      <w:pPr>
        <w:spacing w:line="360" w:lineRule="auto"/>
      </w:pPr>
      <w:r>
        <w:rPr>
          <w:rFonts w:ascii="Times New Roman" w:hAnsi="Times New Roman" w:eastAsia="Times New Roman" w:cs="Times New Roman"/>
          <w:sz w:val="24"/>
        </w:rPr>
        <w:t>Unless this power of attorney states otherwise, you must also:</w:t>
      </w:r>
    </w:p>
    <w:p>
      <w:pPr>
        <w:spacing w:line="360" w:lineRule="auto"/>
      </w:pPr>
      <w:r>
        <w:rPr>
          <w:rFonts w:ascii="Times New Roman" w:hAnsi="Times New Roman" w:eastAsia="Times New Roman" w:cs="Times New Roman"/>
          <w:sz w:val="24"/>
        </w:rPr>
        <w:t>(1) Act loyally for the principal's benefit;</w:t>
      </w:r>
    </w:p>
    <w:p>
      <w:pPr>
        <w:spacing w:line="360" w:lineRule="auto"/>
      </w:pPr>
      <w:r>
        <w:rPr>
          <w:rFonts w:ascii="Times New Roman" w:hAnsi="Times New Roman" w:eastAsia="Times New Roman" w:cs="Times New Roman"/>
          <w:sz w:val="24"/>
        </w:rPr>
        <w:t>(2) Avoid conflicts that would impair your ability to act in the principal's best interest;</w:t>
      </w:r>
    </w:p>
    <w:p>
      <w:pPr>
        <w:spacing w:line="360" w:lineRule="auto"/>
      </w:pPr>
      <w:r>
        <w:rPr>
          <w:rFonts w:ascii="Times New Roman" w:hAnsi="Times New Roman" w:eastAsia="Times New Roman" w:cs="Times New Roman"/>
          <w:sz w:val="24"/>
        </w:rPr>
        <w:t>(3) Keep a record of all receipts, disbursements, and transactions made on behalf of the principal;</w:t>
      </w:r>
    </w:p>
    <w:p>
      <w:pPr>
        <w:spacing w:line="360" w:lineRule="auto"/>
      </w:pPr>
      <w:r>
        <w:rPr>
          <w:rFonts w:ascii="Times New Roman" w:hAnsi="Times New Roman" w:eastAsia="Times New Roman" w:cs="Times New Roman"/>
          <w:sz w:val="24"/>
        </w:rPr>
        <w:t>(4) Cooperate with any person that has authority to make health care decisions for the principal to do what you know the principal reasonably expects or, if you do not know the principal's expectations, to act in the principal's best interest; and</w:t>
      </w:r>
    </w:p>
    <w:p>
      <w:pPr>
        <w:spacing w:line="360" w:lineRule="auto"/>
      </w:pPr>
      <w:r>
        <w:rPr>
          <w:rFonts w:ascii="Times New Roman" w:hAnsi="Times New Roman" w:eastAsia="Times New Roman" w:cs="Times New Roman"/>
          <w:sz w:val="24"/>
        </w:rPr>
        <w:t>(5) Attempt to preserve the principal's estate plan if you know the plan and preserving the plan is consistent with the principal's best interest.</w:t>
      </w:r>
    </w:p>
    <w:p>
      <w:pPr>
        <w:spacing w:line="360" w:lineRule="auto"/>
      </w:pPr>
    </w:p>
    <w:p>
      <w:pPr>
        <w:spacing w:line="360" w:lineRule="auto"/>
        <w:jc w:val="center"/>
      </w:pPr>
      <w:r>
        <w:rPr>
          <w:rFonts w:ascii="Times New Roman" w:hAnsi="Times New Roman" w:eastAsia="Times New Roman" w:cs="Times New Roman"/>
          <w:sz w:val="24"/>
        </w:rPr>
        <w:t>Termination of Agent's Authority</w:t>
      </w:r>
    </w:p>
    <w:p>
      <w:pPr>
        <w:spacing w:line="360" w:lineRule="auto"/>
      </w:pPr>
    </w:p>
    <w:p>
      <w:pPr>
        <w:spacing w:line="360" w:lineRule="auto"/>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spacing w:line="360" w:lineRule="auto"/>
      </w:pPr>
      <w:r>
        <w:rPr>
          <w:rFonts w:ascii="Times New Roman" w:hAnsi="Times New Roman" w:eastAsia="Times New Roman" w:cs="Times New Roman"/>
          <w:sz w:val="24"/>
        </w:rPr>
        <w:t>(1) Death of the principal;</w:t>
      </w:r>
    </w:p>
    <w:p>
      <w:pPr>
        <w:spacing w:line="360" w:lineRule="auto"/>
      </w:pPr>
      <w:r>
        <w:rPr>
          <w:rFonts w:ascii="Times New Roman" w:hAnsi="Times New Roman" w:eastAsia="Times New Roman" w:cs="Times New Roman"/>
          <w:sz w:val="24"/>
        </w:rPr>
        <w:t>(2) The principal's revocation of the power of attorney or your authority;</w:t>
      </w:r>
    </w:p>
    <w:p>
      <w:pPr>
        <w:spacing w:line="360" w:lineRule="auto"/>
      </w:pPr>
      <w:r>
        <w:rPr>
          <w:rFonts w:ascii="Times New Roman" w:hAnsi="Times New Roman" w:eastAsia="Times New Roman" w:cs="Times New Roman"/>
          <w:sz w:val="24"/>
        </w:rPr>
        <w:t>(3) The occurrence of a termination event stated in the power of attorney;</w:t>
      </w:r>
    </w:p>
    <w:p>
      <w:pPr>
        <w:spacing w:line="360" w:lineRule="auto"/>
      </w:pPr>
      <w:r>
        <w:rPr>
          <w:rFonts w:ascii="Times New Roman" w:hAnsi="Times New Roman" w:eastAsia="Times New Roman" w:cs="Times New Roman"/>
          <w:sz w:val="24"/>
        </w:rPr>
        <w:t>(4) The purpose of the power of attorney is fully accomplished; or</w:t>
      </w:r>
    </w:p>
    <w:p>
      <w:pPr>
        <w:spacing w:line="360" w:lineRule="auto"/>
      </w:pPr>
      <w:r>
        <w:rPr>
          <w:rFonts w:ascii="Times New Roman" w:hAnsi="Times New Roman" w:eastAsia="Times New Roman" w:cs="Times New Roman"/>
          <w:sz w:val="24"/>
        </w:rPr>
        <w:t>(5) If you are married to the principal, a legal action is filed with a court to end your marriage, or for your legal separation, unless this power of attorney states that such an action will not terminate your authority.</w:t>
      </w:r>
    </w:p>
    <w:p>
      <w:pPr>
        <w:spacing w:line="360" w:lineRule="auto"/>
      </w:pPr>
    </w:p>
    <w:p>
      <w:pPr>
        <w:spacing w:line="360" w:lineRule="auto"/>
        <w:jc w:val="center"/>
      </w:pPr>
      <w:r>
        <w:rPr>
          <w:rFonts w:ascii="Times New Roman" w:hAnsi="Times New Roman" w:eastAsia="Times New Roman" w:cs="Times New Roman"/>
          <w:sz w:val="24"/>
        </w:rPr>
        <w:t>Liability of Agent</w:t>
      </w:r>
    </w:p>
    <w:p>
      <w:pPr>
        <w:spacing w:line="360" w:lineRule="auto"/>
      </w:pPr>
    </w:p>
    <w:p>
      <w:pPr>
        <w:spacing w:line="360" w:lineRule="auto"/>
      </w:pPr>
      <w:r>
        <w:rPr>
          <w:rFonts w:ascii="Times New Roman" w:hAnsi="Times New Roman" w:eastAsia="Times New Roman" w:cs="Times New Roman"/>
          <w:sz w:val="24"/>
        </w:rPr>
        <w:t>The meaning of the authority granted to you is defined in the Maryland Power of Attorney Act, Title 17 of the Estates and Trusts Article. If you violate the Maryland Power of Attorney Act, Title 17 of the Estates and Trusts Article, or act outside the authority granted, you may be liable for any damages caused by your violation.</w:t>
      </w:r>
    </w:p>
    <w:p>
      <w:pPr>
        <w:spacing w:line="360" w:lineRule="auto"/>
      </w:pPr>
    </w:p>
    <w:p>
      <w:pPr>
        <w:spacing w:line="360" w:lineRule="auto"/>
      </w:pPr>
      <w:r>
        <w:rPr>
          <w:rFonts w:ascii="Times New Roman" w:hAnsi="Times New Roman" w:eastAsia="Times New Roman" w:cs="Times New Roman"/>
          <w:sz w:val="24"/>
        </w:rPr>
        <w:t>If there is anything about this document or your duties that you do not understand, you should seek legal advice.</w:t>
      </w:r>
    </w:p>
    <w:p>
      <w:pPr>
        <w:spacing w:line="360" w:lineRule="auto"/>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