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25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MARYLAND NOTARY ACKNOWLEDGMENT</w:t>
      </w:r>
    </w:p>
    <w:p>
      <w:pPr>
        <w:spacing w:before="0" w:after="225"/>
      </w:pP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>THE STATE OF MARYLAND</w:t>
      </w: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</w:p>
    <w:p>
      <w:pPr>
        <w:spacing w:before="0" w:after="225" w:line="480" w:lineRule="auto"/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I hereby certify that on the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, before me, the subscriber, a notary public of the State of Maryland, in and for </w:t>
      </w:r>
      <w:r>
        <w:rPr>
          <w:rFonts w:ascii="Times New Roman" w:hAnsi="Times New Roman" w:eastAsia="Times New Roman" w:cs="Times New Roman"/>
          <w:sz w:val="24"/>
        </w:rPr>
        <w:t>[CITY/COUNTY]</w:t>
      </w:r>
      <w:r>
        <w:rPr>
          <w:rFonts w:ascii="Times New Roman" w:hAnsi="Times New Roman" w:eastAsia="Times New Roman" w:cs="Times New Roman"/>
          <w:sz w:val="24"/>
        </w:rPr>
        <w:t xml:space="preserve"> (here insert name of the county or City of Baltimore for which notary is appointed), personally appeared </w:t>
      </w:r>
      <w:r>
        <w:rPr>
          <w:rFonts w:ascii="Times New Roman" w:hAnsi="Times New Roman" w:eastAsia="Times New Roman" w:cs="Times New Roman"/>
          <w:sz w:val="24"/>
        </w:rPr>
        <w:t>[NAME OF SIGNER]</w:t>
      </w:r>
      <w:r>
        <w:rPr>
          <w:rFonts w:ascii="Times New Roman" w:hAnsi="Times New Roman" w:eastAsia="Times New Roman" w:cs="Times New Roman"/>
          <w:sz w:val="24"/>
        </w:rPr>
        <w:t xml:space="preserve"> (name(s) of person(s) swearing) and made </w:t>
      </w:r>
      <w:r>
        <w:rPr>
          <w:rFonts w:ascii="Times New Roman" w:hAnsi="Times New Roman" w:eastAsia="Times New Roman" w:cs="Times New Roman"/>
          <w:sz w:val="24"/>
        </w:rPr>
        <w:t>[OATH OR AFFIRMATION]</w:t>
      </w:r>
      <w:r>
        <w:rPr>
          <w:rFonts w:ascii="Times New Roman" w:hAnsi="Times New Roman" w:eastAsia="Times New Roman" w:cs="Times New Roman"/>
          <w:sz w:val="24"/>
        </w:rPr>
        <w:t xml:space="preserve"> (oath or affirmation) in due form of law that the matters and facts set forth in the </w:t>
      </w:r>
      <w:r>
        <w:rPr>
          <w:rFonts w:ascii="Times New Roman" w:hAnsi="Times New Roman" w:eastAsia="Times New Roman" w:cs="Times New Roman"/>
          <w:sz w:val="24"/>
        </w:rPr>
        <w:t>[NAME OF DOCUMENT]</w:t>
      </w:r>
      <w:r>
        <w:rPr>
          <w:rFonts w:ascii="Times New Roman" w:hAnsi="Times New Roman" w:eastAsia="Times New Roman" w:cs="Times New Roman"/>
          <w:sz w:val="24"/>
        </w:rPr>
        <w:t xml:space="preserve"> (here describe document to which the person(s) is or are swearing) are true.</w:t>
      </w:r>
    </w:p>
    <w:p>
      <w:pPr>
        <w:spacing w:before="0" w:after="225" w:line="48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As witness, my hand and notarial seal.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____________________________________</w:t>
      </w:r>
    </w:p>
    <w:p>
      <w:pPr>
        <w:spacing w:before="0" w:after="225"/>
      </w:pPr>
      <w:r>
        <w:rPr>
          <w:rFonts w:ascii="Times New Roman" w:hAnsi="Times New Roman" w:eastAsia="Times New Roman" w:cs="Times New Roman"/>
          <w:sz w:val="24"/>
        </w:rPr>
        <w:t>Notary Public Signature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Print  __________________________</w:t>
      </w:r>
    </w:p>
    <w:p>
      <w:pPr/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>My commission expires: __________________</w:t>
      </w:r>
    </w:p>
    <w:p>
      <w:pPr>
        <w:spacing w:before="0" w:after="225" w:line="480" w:lineRule="auto"/>
        <w:jc w:val="both"/>
      </w:pPr>
    </w:p>
    <w:p>
      <w:pPr>
        <w:spacing w:before="0" w:after="225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