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MARYLAND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Maryland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in the year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