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MARYLAND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8-203, you are required to return the deposit within 45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