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b/>
          <w:sz w:val="24"/>
        </w:rPr>
        <w:t xml:space="preserve">Maryland Advance Directive: Planning for Future Health Care Decisions </w:t>
      </w:r>
    </w:p>
    <w:p>
      <w:pP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Date of Birth: </w:t>
      </w:r>
      <w:r>
        <w:rPr>
          <w:rFonts w:ascii="Times New Roman" w:hAnsi="Times New Roman" w:eastAsia="Times New Roman" w:cs="Times New Roman"/>
          <w:sz w:val="24"/>
        </w:rPr>
        <w:t>[DATE OF BIRTH]</w:t>
      </w:r>
    </w:p>
    <w:p>
      <w:pPr/>
    </w:p>
    <w:p>
      <w:pPr/>
      <w:r>
        <w:rPr>
          <w:rFonts w:ascii="Times New Roman" w:hAnsi="Times New Roman" w:eastAsia="Times New Roman" w:cs="Times New Roman"/>
          <w:sz w:val="24"/>
        </w:rPr>
        <w:t xml:space="preserve">Using this advance directive form to do health care planning is completely optional. Other forms are also valid in Maryland. No matter what form you use, talk to your family and others close to you about your wishes. </w:t>
      </w:r>
    </w:p>
    <w:p>
      <w:pPr/>
    </w:p>
    <w:p>
      <w:pPr/>
      <w:r>
        <w:rPr>
          <w:rFonts w:ascii="Times New Roman" w:hAnsi="Times New Roman" w:eastAsia="Times New Roman" w:cs="Times New Roman"/>
          <w:sz w:val="24"/>
        </w:rPr>
        <w:t xml:space="preserve">This form has two parts to state your wishes, and a third part for needed signatures. Part I of this form lets you answer this question: If you cannot (or do not want to) make your own health care decisions, who do you want to make them for you? The person you pick is called your health care agent. Make sure you talk to your health care agent (and any back–up agents) about this important role. Part II lets you write your preferences about efforts to extend your life in three situations: terminal condition, persistent vegetative state, and end– stage condition. In addition to your health care planning decisions, you can choose to become an organ donor after your death by filling out the form for that too. </w:t>
      </w:r>
    </w:p>
    <w:p>
      <w:pPr/>
    </w:p>
    <w:p>
      <w:pPr/>
      <w:r>
        <w:rPr>
          <w:rFonts w:ascii="Times New Roman" w:hAnsi="Times New Roman" w:eastAsia="Times New Roman" w:cs="Times New Roman"/>
          <w:sz w:val="24"/>
        </w:rPr>
        <w:t xml:space="preserve">You can fill out Parts I and II of this form, or only Part I, or only Part II. Use the form to reflect your wishes, then sign in front of two witnesses (Part III). If your wishes change, make a new advance directive. Make sure you give a copy of the completed form to your health care agent, your doctor, and others who might need it. Keep a copy at home in a place where someone can get it if needed. Review what you have written periodically. </w:t>
      </w:r>
    </w:p>
    <w:p>
      <w:pPr/>
    </w:p>
    <w:p>
      <w:pPr/>
      <w:r>
        <w:rPr>
          <w:rFonts w:ascii="Times New Roman" w:hAnsi="Times New Roman" w:eastAsia="Times New Roman" w:cs="Times New Roman"/>
          <w:b/>
          <w:sz w:val="24"/>
        </w:rPr>
        <w:t xml:space="preserve">PART I: SELECTION OF HEALTH CARE AGENT </w:t>
      </w:r>
    </w:p>
    <w:p>
      <w:pPr/>
    </w:p>
    <w:p>
      <w:pPr/>
      <w:r>
        <w:rPr>
          <w:rFonts w:ascii="Times New Roman" w:hAnsi="Times New Roman" w:eastAsia="Times New Roman" w:cs="Times New Roman"/>
          <w:sz w:val="24"/>
        </w:rPr>
        <w:t xml:space="preserve">A. Selection of Primary Agent I select the following individual as my agent to make health care decisions for me: </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Address: </w:t>
      </w:r>
      <w:r>
        <w:rPr>
          <w:rFonts w:ascii="Times New Roman" w:hAnsi="Times New Roman" w:eastAsia="Times New Roman" w:cs="Times New Roman"/>
          <w:sz w:val="24"/>
        </w:rPr>
        <w:t>[AGENT'S ADDRESS]</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[AGENT'S 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MOBILE PHONE NUMBER]</w:t>
      </w:r>
    </w:p>
    <w:p>
      <w:pPr/>
    </w:p>
    <w:p>
      <w:pPr/>
      <w:r>
        <w:rPr>
          <w:rFonts w:ascii="Times New Roman" w:hAnsi="Times New Roman" w:eastAsia="Times New Roman" w:cs="Times New Roman"/>
          <w:sz w:val="24"/>
        </w:rPr>
        <w:t xml:space="preserve">B. Selection of Back–up Agents (Optional; form valid if left blank) </w:t>
      </w:r>
    </w:p>
    <w:p>
      <w:pPr/>
    </w:p>
    <w:p>
      <w:pPr/>
      <w:r>
        <w:rPr>
          <w:rFonts w:ascii="Times New Roman" w:hAnsi="Times New Roman" w:eastAsia="Times New Roman" w:cs="Times New Roman"/>
          <w:sz w:val="24"/>
        </w:rPr>
        <w:t xml:space="preserve">1. If my primary agent cannot be contacted in time or for any reason is unavailable or unable or unwilling to act as my agent, then I select the following person to act in this capacity: </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SUCCESSOR AGENT]</w:t>
      </w:r>
      <w:r>
        <w:rPr>
          <w:rFonts w:ascii="Times New Roman" w:hAnsi="Times New Roman" w:eastAsia="Times New Roman" w:cs="Times New Roman"/>
          <w:sz w:val="24"/>
        </w:rPr>
        <w:t xml:space="preserve"> Address: </w:t>
      </w:r>
      <w:r>
        <w:rPr>
          <w:rFonts w:ascii="Times New Roman" w:hAnsi="Times New Roman" w:eastAsia="Times New Roman" w:cs="Times New Roman"/>
          <w:sz w:val="24"/>
        </w:rPr>
        <w:t>[ADDRESS]</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 xml:space="preserve">2. If my primary agent and my first back–up agent cannot be contacted in time or for any reason are unavailable or unable or unwilling to act as my agent, then I select the following person to act in this capacity: </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2ND SUCCESSOR AGENT]</w:t>
      </w:r>
      <w:r>
        <w:rPr>
          <w:rFonts w:ascii="Times New Roman" w:hAnsi="Times New Roman" w:eastAsia="Times New Roman" w:cs="Times New Roman"/>
          <w:sz w:val="24"/>
        </w:rPr>
        <w:t xml:space="preserve"> Address: </w:t>
      </w:r>
      <w:r>
        <w:rPr>
          <w:rFonts w:ascii="Times New Roman" w:hAnsi="Times New Roman" w:eastAsia="Times New Roman" w:cs="Times New Roman"/>
          <w:sz w:val="24"/>
        </w:rPr>
        <w:t>[ADDRESS]</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 xml:space="preserve">C. Powers and Rights of Health Care Agent </w:t>
      </w:r>
    </w:p>
    <w:p>
      <w:pPr/>
    </w:p>
    <w:p>
      <w:pPr/>
      <w:r>
        <w:rPr>
          <w:rFonts w:ascii="Times New Roman" w:hAnsi="Times New Roman" w:eastAsia="Times New Roman" w:cs="Times New Roman"/>
          <w:sz w:val="24"/>
        </w:rPr>
        <w:t xml:space="preserve">I want my agent to have full power to make health care decisions for me, including the power to: </w:t>
      </w:r>
    </w:p>
    <w:p>
      <w:pPr/>
    </w:p>
    <w:p>
      <w:pPr/>
      <w:r>
        <w:rPr>
          <w:rFonts w:ascii="Times New Roman" w:hAnsi="Times New Roman" w:eastAsia="Times New Roman" w:cs="Times New Roman"/>
          <w:sz w:val="24"/>
        </w:rPr>
        <w:t xml:space="preserve">1. Consent or not consent to medical procedures and treatments which my doctors offer, including things that are intended to keep me alive, like ventilators and feeding tubes; </w:t>
      </w:r>
    </w:p>
    <w:p>
      <w:pPr/>
    </w:p>
    <w:p>
      <w:pPr/>
      <w:r>
        <w:rPr>
          <w:rFonts w:ascii="Times New Roman" w:hAnsi="Times New Roman" w:eastAsia="Times New Roman" w:cs="Times New Roman"/>
          <w:sz w:val="24"/>
        </w:rPr>
        <w:t xml:space="preserve">2. Decide who my doctor and other health care providers should be; and </w:t>
      </w:r>
    </w:p>
    <w:p>
      <w:pPr/>
    </w:p>
    <w:p>
      <w:pPr/>
      <w:r>
        <w:rPr>
          <w:rFonts w:ascii="Times New Roman" w:hAnsi="Times New Roman" w:eastAsia="Times New Roman" w:cs="Times New Roman"/>
          <w:sz w:val="24"/>
        </w:rPr>
        <w:t xml:space="preserve">3. Decide where I should be treated, including whether I should be in a hospital, nursing home, other medical care facility, or hospice program. </w:t>
      </w:r>
    </w:p>
    <w:p>
      <w:pPr/>
    </w:p>
    <w:p>
      <w:pPr/>
      <w:r>
        <w:rPr>
          <w:rFonts w:ascii="Times New Roman" w:hAnsi="Times New Roman" w:eastAsia="Times New Roman" w:cs="Times New Roman"/>
          <w:sz w:val="24"/>
        </w:rPr>
        <w:t xml:space="preserve">I also want my agent to: </w:t>
      </w:r>
    </w:p>
    <w:p>
      <w:pPr/>
    </w:p>
    <w:p>
      <w:pPr/>
      <w:r>
        <w:rPr>
          <w:rFonts w:ascii="Times New Roman" w:hAnsi="Times New Roman" w:eastAsia="Times New Roman" w:cs="Times New Roman"/>
          <w:sz w:val="24"/>
        </w:rPr>
        <w:t xml:space="preserve">1. Ride with me in an ambulance if ever I need to be rushed to the hospital; and </w:t>
      </w:r>
    </w:p>
    <w:p>
      <w:pPr/>
    </w:p>
    <w:p>
      <w:pPr/>
      <w:r>
        <w:rPr>
          <w:rFonts w:ascii="Times New Roman" w:hAnsi="Times New Roman" w:eastAsia="Times New Roman" w:cs="Times New Roman"/>
          <w:sz w:val="24"/>
        </w:rPr>
        <w:t xml:space="preserve">2. Be able to visit me if I am in a hospital or any other health care facility. </w:t>
      </w:r>
    </w:p>
    <w:p>
      <w:pPr/>
    </w:p>
    <w:p>
      <w:pPr/>
      <w:r>
        <w:rPr>
          <w:rFonts w:ascii="Times New Roman" w:hAnsi="Times New Roman" w:eastAsia="Times New Roman" w:cs="Times New Roman"/>
          <w:sz w:val="24"/>
        </w:rPr>
        <w:t xml:space="preserve">This advance directive does not make my agent responsible for any of the costs of my care. This power is subject to the following conditions or limitations: (Optional; form valid if left blank) </w:t>
      </w:r>
    </w:p>
    <w:p>
      <w:pPr/>
    </w:p>
    <w:p>
      <w:pPr/>
      <w:r>
        <w:rPr>
          <w:rFonts w:ascii="Times New Roman" w:hAnsi="Times New Roman" w:eastAsia="Times New Roman" w:cs="Times New Roman"/>
          <w:sz w:val="24"/>
        </w:rPr>
        <w:t>[LIST CONDITIONS/LIMITATIONS]</w:t>
      </w:r>
    </w:p>
    <w:p>
      <w:pPr/>
    </w:p>
    <w:p>
      <w:pPr/>
      <w:r>
        <w:rPr>
          <w:rFonts w:ascii="Times New Roman" w:hAnsi="Times New Roman" w:eastAsia="Times New Roman" w:cs="Times New Roman"/>
          <w:sz w:val="24"/>
        </w:rPr>
        <w:t xml:space="preserve">D. How My Agent Is to Decide Specific Issues I trust my agent’s judgment. </w:t>
      </w:r>
    </w:p>
    <w:p>
      <w:pPr/>
    </w:p>
    <w:p>
      <w:pPr/>
      <w:r>
        <w:rPr>
          <w:rFonts w:ascii="Times New Roman" w:hAnsi="Times New Roman" w:eastAsia="Times New Roman" w:cs="Times New Roman"/>
          <w:sz w:val="24"/>
        </w:rPr>
        <w:t xml:space="preserve">My agent should look first to see if there is anything in Part II of this advance directive that helps decide the issue. Then, my agent should think about the conversations we have had, my religious or other beliefs and values, my personality, and how I handled medical and other important issues in the past. If what I would decide is still unclear, then my agent is to make decisions for me that my agent believes are in my best interest. In doing so, my agent should consider the benefits, burdens, and risks of the choices presented by my doctors. E. People My Agent Should Consult (Optional; form valid if left blank) In making important decisions on my behalf, I encourage my agent to consult with the following people. By filling this in, I do not intend to limit the number of people with whom my agent might want to consult or my agent’s power to make these decisions. </w:t>
      </w:r>
    </w:p>
    <w:p>
      <w:pPr/>
    </w:p>
    <w:p>
      <w:pPr/>
      <w:r>
        <w:rPr>
          <w:rFonts w:ascii="Times New Roman" w:hAnsi="Times New Roman" w:eastAsia="Times New Roman" w:cs="Times New Roman"/>
          <w:sz w:val="24"/>
        </w:rPr>
        <w:t xml:space="preserve">Name(s) Telephone Number(s) </w:t>
      </w:r>
    </w:p>
    <w:p>
      <w:pPr/>
      <w:r>
        <w:rPr>
          <w:rFonts w:ascii="Times New Roman" w:hAnsi="Times New Roman" w:eastAsia="Times New Roman" w:cs="Times New Roman"/>
          <w:sz w:val="24"/>
        </w:rPr>
        <w:t>[LIST NAMES AND PHONE NUMBERS]</w:t>
      </w:r>
    </w:p>
    <w:p>
      <w:pPr/>
    </w:p>
    <w:p>
      <w:pPr/>
      <w:r>
        <w:rPr>
          <w:rFonts w:ascii="Times New Roman" w:hAnsi="Times New Roman" w:eastAsia="Times New Roman" w:cs="Times New Roman"/>
          <w:sz w:val="24"/>
        </w:rPr>
        <w:t xml:space="preserve">F. In Case of Pregnancy (Optional, for women of child–bearing years only; form valid if left blank) If I am pregnant, my agent shall follow these specific instructions: </w:t>
      </w:r>
    </w:p>
    <w:p>
      <w:pPr/>
    </w:p>
    <w:p>
      <w:pPr/>
      <w:r>
        <w:rPr>
          <w:rFonts w:ascii="Times New Roman" w:hAnsi="Times New Roman" w:eastAsia="Times New Roman" w:cs="Times New Roman"/>
          <w:sz w:val="24"/>
        </w:rPr>
        <w:t>[PROVIDE INSTRUCTIONS]</w:t>
      </w:r>
    </w:p>
    <w:p>
      <w:pPr/>
    </w:p>
    <w:p>
      <w:pPr/>
      <w:r>
        <w:rPr>
          <w:rFonts w:ascii="Times New Roman" w:hAnsi="Times New Roman" w:eastAsia="Times New Roman" w:cs="Times New Roman"/>
          <w:sz w:val="24"/>
        </w:rPr>
        <w:t xml:space="preserve">G. Access to My Health Information – Federal Privacy Law (HIPAA) Authorization </w:t>
      </w:r>
    </w:p>
    <w:p>
      <w:pPr/>
    </w:p>
    <w:p>
      <w:pPr/>
      <w:r>
        <w:rPr>
          <w:rFonts w:ascii="Times New Roman" w:hAnsi="Times New Roman" w:eastAsia="Times New Roman" w:cs="Times New Roman"/>
          <w:sz w:val="24"/>
        </w:rPr>
        <w:t xml:space="preserve">1. If, prior to the time the person selected as my agent has power to act under this document, my doctor wants to discuss with that person my capacity to make my own health care decisions, I authorize my doctor to disclose protected health information which relates to that issue. </w:t>
      </w:r>
    </w:p>
    <w:p>
      <w:pPr/>
    </w:p>
    <w:p>
      <w:pPr/>
      <w:r>
        <w:rPr>
          <w:rFonts w:ascii="Times New Roman" w:hAnsi="Times New Roman" w:eastAsia="Times New Roman" w:cs="Times New Roman"/>
          <w:sz w:val="24"/>
        </w:rPr>
        <w:t xml:space="preserve">2. Once my agent has full power to act under this document, my agent may request, receive, and review any information, oral or written, regarding my physical or mental health, including, but not limited to, medical and hospital records and other protected health information, and consent to disclosure of this information. </w:t>
      </w:r>
    </w:p>
    <w:p>
      <w:pPr/>
    </w:p>
    <w:p>
      <w:pPr/>
      <w:r>
        <w:rPr>
          <w:rFonts w:ascii="Times New Roman" w:hAnsi="Times New Roman" w:eastAsia="Times New Roman" w:cs="Times New Roman"/>
          <w:sz w:val="24"/>
        </w:rPr>
        <w:t xml:space="preserve">3. For all purposes related to this document, my agent is my personal representative under the Health Insurance Portability and Accountability Act (HIPAA). </w:t>
      </w:r>
    </w:p>
    <w:p>
      <w:pPr/>
    </w:p>
    <w:p>
      <w:pPr/>
      <w:r>
        <w:rPr>
          <w:rFonts w:ascii="Times New Roman" w:hAnsi="Times New Roman" w:eastAsia="Times New Roman" w:cs="Times New Roman"/>
          <w:sz w:val="24"/>
        </w:rPr>
        <w:t xml:space="preserve">My agent may sign, as my personal representative, any release forms or other HIPAA–related materials. </w:t>
      </w:r>
    </w:p>
    <w:p>
      <w:pPr/>
    </w:p>
    <w:p>
      <w:pPr/>
      <w:r>
        <w:rPr>
          <w:rFonts w:ascii="Times New Roman" w:hAnsi="Times New Roman" w:eastAsia="Times New Roman" w:cs="Times New Roman"/>
          <w:sz w:val="24"/>
        </w:rPr>
        <w:t xml:space="preserve">H. Effectiveness of This Part (Read both of these statements carefully. Then, initial one only.) </w:t>
      </w:r>
    </w:p>
    <w:p>
      <w:pPr/>
    </w:p>
    <w:p>
      <w:pPr/>
      <w:r>
        <w:rPr>
          <w:rFonts w:ascii="Times New Roman" w:hAnsi="Times New Roman" w:eastAsia="Times New Roman" w:cs="Times New Roman"/>
          <w:sz w:val="24"/>
        </w:rPr>
        <w:t xml:space="preserve">My agent’s power is in effect: </w:t>
      </w:r>
    </w:p>
    <w:p>
      <w:pPr/>
    </w:p>
    <w:p>
      <w:pPr/>
      <w:r>
        <w:rPr>
          <w:rFonts w:ascii="Times New Roman" w:hAnsi="Times New Roman" w:eastAsia="Times New Roman" w:cs="Times New Roman"/>
          <w:sz w:val="24"/>
        </w:rPr>
        <w:t xml:space="preserve">1. Immediately after I sign this document, subject to my right to make any decision about my health care if I want and am able to. </w:t>
      </w: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2. Whenever I am not able to make informed decisions about my health care, either because the doctor in charge of my care (attending physician) decides that I have lost this ability temporarily, or my attending physician and a consulting doctor agree that I have lost this ability permanently. </w:t>
      </w: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If the only thing you want to do is select a health care agent, skip Part II. Go to Part III to sign and have the advance directive witnessed. If you also want to write your treatment preferences, use Part II. Also consider becoming an organ donor, using the separate form for that. </w:t>
      </w:r>
    </w:p>
    <w:p>
      <w:pPr/>
    </w:p>
    <w:p>
      <w:pPr/>
      <w:r>
        <w:rPr>
          <w:rFonts w:ascii="Times New Roman" w:hAnsi="Times New Roman" w:eastAsia="Times New Roman" w:cs="Times New Roman"/>
          <w:b/>
          <w:sz w:val="24"/>
        </w:rPr>
        <w:t xml:space="preserve">PART II: TREATMENT PREFERENCES (“LIVING WILL”) </w:t>
      </w:r>
    </w:p>
    <w:p>
      <w:pPr/>
    </w:p>
    <w:p>
      <w:pPr/>
      <w:r>
        <w:rPr>
          <w:rFonts w:ascii="Times New Roman" w:hAnsi="Times New Roman" w:eastAsia="Times New Roman" w:cs="Times New Roman"/>
          <w:sz w:val="24"/>
        </w:rPr>
        <w:t xml:space="preserve">A. Statement of Goals and Values </w:t>
      </w:r>
    </w:p>
    <w:p>
      <w:pPr/>
      <w:r>
        <w:rPr>
          <w:rFonts w:ascii="Times New Roman" w:hAnsi="Times New Roman" w:eastAsia="Times New Roman" w:cs="Times New Roman"/>
          <w:sz w:val="24"/>
        </w:rPr>
        <w:t xml:space="preserve">(Optional; form valid if left blank) </w:t>
      </w:r>
    </w:p>
    <w:p>
      <w:pPr/>
    </w:p>
    <w:p>
      <w:pPr/>
      <w:r>
        <w:rPr>
          <w:rFonts w:ascii="Times New Roman" w:hAnsi="Times New Roman" w:eastAsia="Times New Roman" w:cs="Times New Roman"/>
          <w:sz w:val="24"/>
        </w:rPr>
        <w:t xml:space="preserve">I want to say something about my goals and values, and especially what’s most important to me during the last part of my life: </w:t>
      </w:r>
      <w:r>
        <w:rPr>
          <w:rFonts w:ascii="Times New Roman" w:hAnsi="Times New Roman" w:eastAsia="Times New Roman" w:cs="Times New Roman"/>
          <w:sz w:val="24"/>
        </w:rPr>
        <w:t>[PROVIDE STATEMENT]</w:t>
      </w:r>
    </w:p>
    <w:p>
      <w:pPr/>
    </w:p>
    <w:p>
      <w:pPr/>
      <w:r>
        <w:rPr>
          <w:rFonts w:ascii="Times New Roman" w:hAnsi="Times New Roman" w:eastAsia="Times New Roman" w:cs="Times New Roman"/>
          <w:sz w:val="24"/>
        </w:rPr>
        <w:t xml:space="preserve">B. Preference in Case of Terminal Condition </w:t>
      </w:r>
    </w:p>
    <w:p>
      <w:pPr/>
    </w:p>
    <w:p>
      <w:pPr/>
      <w:r>
        <w:rPr>
          <w:rFonts w:ascii="Times New Roman" w:hAnsi="Times New Roman" w:eastAsia="Times New Roman" w:cs="Times New Roman"/>
          <w:sz w:val="24"/>
        </w:rPr>
        <w:t xml:space="preserve">(If you want to state your preference, initial one only. If you do not want to state a preference here, cross through the whole section.) </w:t>
      </w:r>
    </w:p>
    <w:p>
      <w:pPr/>
    </w:p>
    <w:p>
      <w:pPr/>
      <w:r>
        <w:rPr>
          <w:rFonts w:ascii="Times New Roman" w:hAnsi="Times New Roman" w:eastAsia="Times New Roman" w:cs="Times New Roman"/>
          <w:sz w:val="24"/>
        </w:rPr>
        <w:t xml:space="preserve">If my doctors certify that my death from a terminal condition is imminent, even if life– sustaining procedures are used: </w:t>
      </w:r>
    </w:p>
    <w:p>
      <w:pPr/>
    </w:p>
    <w:p>
      <w:pPr/>
      <w:r>
        <w:rPr>
          <w:rFonts w:ascii="Times New Roman" w:hAnsi="Times New Roman" w:eastAsia="Times New Roman" w:cs="Times New Roman"/>
          <w:sz w:val="24"/>
        </w:rPr>
        <w:t xml:space="preserve">1. Keep me comfortable and allow natural death to occur. I do not want any medical interventions used to try to extend my life. I do not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2. Keep me comfortable and allow natural death to occur. I do not want medical interventions used to try to extend my life. If I am unable to take enough nourishment by mouth, however, I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3. Try to extend my life for as long as possible, using all available interventions that in reasonable medical judgment would prevent or delay my death. If I am unable to take enough nourishment by mouth, I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C. Preference in Case of Persistent Vegetative State </w:t>
      </w:r>
    </w:p>
    <w:p>
      <w:pPr/>
    </w:p>
    <w:p>
      <w:pPr/>
      <w:r>
        <w:rPr>
          <w:rFonts w:ascii="Times New Roman" w:hAnsi="Times New Roman" w:eastAsia="Times New Roman" w:cs="Times New Roman"/>
          <w:sz w:val="24"/>
        </w:rPr>
        <w:t xml:space="preserve">(If you want to state your preference, initial one only. If you do not want to state a preference here, cross through the whole section.) </w:t>
      </w:r>
    </w:p>
    <w:p>
      <w:pPr/>
    </w:p>
    <w:p>
      <w:pPr/>
      <w:r>
        <w:rPr>
          <w:rFonts w:ascii="Times New Roman" w:hAnsi="Times New Roman" w:eastAsia="Times New Roman" w:cs="Times New Roman"/>
          <w:sz w:val="24"/>
        </w:rPr>
        <w:t xml:space="preserve">If my doctors certify that I am in a persistent vegetative state, that is, if I am not conscious and am not aware of myself or my environment or able to interact with others, and there is no reasonable expectation that I will ever regain consciousness: </w:t>
      </w:r>
    </w:p>
    <w:p>
      <w:pPr/>
    </w:p>
    <w:p>
      <w:pPr/>
      <w:r>
        <w:rPr>
          <w:rFonts w:ascii="Times New Roman" w:hAnsi="Times New Roman" w:eastAsia="Times New Roman" w:cs="Times New Roman"/>
          <w:sz w:val="24"/>
        </w:rPr>
        <w:t xml:space="preserve">1. Keep me comfortable and allow natural death to occur. I do not want any medical interventions used to try to extend my life. I do not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2. Keep me comfortable and allow natural death to occur. I do not want medical interventions used to try to extend my life. If I am unable to take enough nourishment by mouth, however, I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3. Try to extend my life for as long as possible, using all available interventions that in reasonable medical judgment would prevent or delay my death. If I am unable to take enough nourishment by mouth, I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D. Preference in Case of End–Stage Condition </w:t>
      </w:r>
    </w:p>
    <w:p>
      <w:pPr/>
    </w:p>
    <w:p>
      <w:pPr/>
      <w:r>
        <w:rPr>
          <w:rFonts w:ascii="Times New Roman" w:hAnsi="Times New Roman" w:eastAsia="Times New Roman" w:cs="Times New Roman"/>
          <w:sz w:val="24"/>
        </w:rPr>
        <w:t xml:space="preserve">(If you want to state your preference, initial one only. If you do not want to state a preference here, cross through the whole section.) </w:t>
      </w:r>
    </w:p>
    <w:p>
      <w:pPr/>
    </w:p>
    <w:p>
      <w:pPr/>
      <w:r>
        <w:rPr>
          <w:rFonts w:ascii="Times New Roman" w:hAnsi="Times New Roman" w:eastAsia="Times New Roman" w:cs="Times New Roman"/>
          <w:sz w:val="24"/>
        </w:rPr>
        <w:t xml:space="preserve">If my doctors certify that I am in an end–stage condition, that is, an incurable condition that will continue in its course until death and that has already resulted in loss of capacity and complete physical dependency: </w:t>
      </w:r>
    </w:p>
    <w:p>
      <w:pPr/>
    </w:p>
    <w:p>
      <w:pPr/>
      <w:r>
        <w:rPr>
          <w:rFonts w:ascii="Times New Roman" w:hAnsi="Times New Roman" w:eastAsia="Times New Roman" w:cs="Times New Roman"/>
          <w:sz w:val="24"/>
        </w:rPr>
        <w:t xml:space="preserve">1. Keep me comfortable and allow natural death to occur. I do not want any medical interventions used to try to extend my life. I do not want to receive nutrition and fluids by tube or other medical means.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2. Keep me comfortable and allow natural death to occur. I do not want medical interventions used to try to extend my life. If I am unable to take enough nourishment by mouth, however, I want to receive nutrition and fluids by tube or other medical means. </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3. Try to extend my life for as long as possible, using all available interventions that in reasonable medical judgment would prevent or delay my death. If I am unable to take enough nourishment by mouth, I want to receive nutrition and fluids by tube or other medical means. </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E. Pain Relief </w:t>
      </w:r>
    </w:p>
    <w:p>
      <w:pPr/>
    </w:p>
    <w:p>
      <w:pPr/>
      <w:r>
        <w:rPr>
          <w:rFonts w:ascii="Times New Roman" w:hAnsi="Times New Roman" w:eastAsia="Times New Roman" w:cs="Times New Roman"/>
          <w:sz w:val="24"/>
        </w:rPr>
        <w:t xml:space="preserve">No matter what my condition, give me the medicine or other treatment I need to relieve pain.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F. In Case of Pregnancy </w:t>
      </w:r>
    </w:p>
    <w:p>
      <w:pPr/>
    </w:p>
    <w:p>
      <w:pPr/>
      <w:r>
        <w:rPr>
          <w:rFonts w:ascii="Times New Roman" w:hAnsi="Times New Roman" w:eastAsia="Times New Roman" w:cs="Times New Roman"/>
          <w:sz w:val="24"/>
        </w:rPr>
        <w:t xml:space="preserve">(Optional, for women of child–bearing years only; form valid if left blank) </w:t>
      </w:r>
    </w:p>
    <w:p>
      <w:pPr/>
    </w:p>
    <w:p>
      <w:pPr/>
      <w:r>
        <w:rPr>
          <w:rFonts w:ascii="Times New Roman" w:hAnsi="Times New Roman" w:eastAsia="Times New Roman" w:cs="Times New Roman"/>
          <w:sz w:val="24"/>
        </w:rPr>
        <w:t xml:space="preserve">If I am pregnant, my decision concerning life–sustaining procedures shall be modified as follows: </w:t>
      </w:r>
      <w:r>
        <w:rPr>
          <w:rFonts w:ascii="Times New Roman" w:hAnsi="Times New Roman" w:eastAsia="Times New Roman" w:cs="Times New Roman"/>
          <w:sz w:val="24"/>
        </w:rPr>
        <w:t>[PROVIDE INSTRUCTIONS]</w:t>
      </w:r>
    </w:p>
    <w:p>
      <w:pPr/>
    </w:p>
    <w:p>
      <w:pPr/>
      <w:r>
        <w:rPr>
          <w:rFonts w:ascii="Times New Roman" w:hAnsi="Times New Roman" w:eastAsia="Times New Roman" w:cs="Times New Roman"/>
          <w:sz w:val="24"/>
        </w:rPr>
        <w:t xml:space="preserve">G. Effect of Stated Preferences </w:t>
      </w:r>
    </w:p>
    <w:p>
      <w:pPr/>
    </w:p>
    <w:p>
      <w:pPr/>
      <w:r>
        <w:rPr>
          <w:rFonts w:ascii="Times New Roman" w:hAnsi="Times New Roman" w:eastAsia="Times New Roman" w:cs="Times New Roman"/>
          <w:sz w:val="24"/>
        </w:rPr>
        <w:t xml:space="preserve">(Read both of these statements carefully. Then, initial one only.) </w:t>
      </w:r>
    </w:p>
    <w:p>
      <w:pPr/>
    </w:p>
    <w:p>
      <w:pPr/>
      <w:r>
        <w:rPr>
          <w:rFonts w:ascii="Times New Roman" w:hAnsi="Times New Roman" w:eastAsia="Times New Roman" w:cs="Times New Roman"/>
          <w:sz w:val="24"/>
        </w:rPr>
        <w:t xml:space="preserve">1. I realize I cannot foresee everything that might happen after I can no longer decide for myself. My stated preferences are meant to guide whoever is making decisions on my behalf and my health care providers, but I authorize them to be flexible in applying these statements if they feel that doing so would be in my best interest. </w:t>
      </w:r>
    </w:p>
    <w:p>
      <w:pPr/>
    </w:p>
    <w:p>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 xml:space="preserve">2. I realize I cannot foresee everything that might happen after I can no longer decide for myself. Still, I want whoever is making decisions on my behalf and my health care providers to follow my stated preferences exactly as written, even if they think that some alternative is better. </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 xml:space="preserve">PART III: SIGNATURE AND WITNESSES </w:t>
      </w:r>
    </w:p>
    <w:p>
      <w:pPr/>
    </w:p>
    <w:p>
      <w:pPr/>
      <w:r>
        <w:rPr>
          <w:rFonts w:ascii="Times New Roman" w:hAnsi="Times New Roman" w:eastAsia="Times New Roman" w:cs="Times New Roman"/>
          <w:sz w:val="24"/>
        </w:rPr>
        <w:t xml:space="preserve">By signing below as the Declarant, I indicate that I am emotionally and mentally competent to make this advance directive and that I understand its purpose and effect. I also understand that this document replaces any similar advance directive I may have completed before this date. </w:t>
      </w:r>
    </w:p>
    <w:p>
      <w:pPr/>
    </w:p>
    <w:p>
      <w:pPr/>
      <w:r>
        <w:rPr>
          <w:rFonts w:ascii="Times New Roman" w:hAnsi="Times New Roman" w:eastAsia="Times New Roman" w:cs="Times New Roman"/>
          <w:sz w:val="24"/>
        </w:rPr>
        <w:t xml:space="preserve">Signature of Declarant: </w:t>
      </w:r>
      <w:r>
        <w:rPr>
          <w:rFonts w:ascii="Times New Roman" w:hAnsi="Times New Roman" w:eastAsia="Times New Roman" w:cs="Times New Roman"/>
          <w:sz w:val="24"/>
        </w:rPr>
        <w:t>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The Declarant signed or acknowledged signing this document in my presence and, based upon personal observation, appears to be emotionally and mentally competent to make this advance directive.</w:t>
      </w:r>
    </w:p>
    <w:p>
      <w:pPr/>
    </w:p>
    <w:p>
      <w:pPr/>
      <w:r>
        <w:rPr>
          <w:rFonts w:ascii="Times New Roman" w:hAnsi="Times New Roman" w:eastAsia="Times New Roman" w:cs="Times New Roman"/>
          <w:sz w:val="24"/>
        </w:rPr>
        <w:t xml:space="preserve">Signature of Witness: </w:t>
      </w:r>
      <w:r>
        <w:rPr>
          <w:rFonts w:ascii="Times New Roman" w:hAnsi="Times New Roman" w:eastAsia="Times New Roman" w:cs="Times New Roman"/>
          <w:sz w:val="24"/>
        </w:rPr>
        <w:t>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 xml:space="preserve">Signature of Witness: </w:t>
      </w:r>
      <w:r>
        <w:rPr>
          <w:rFonts w:ascii="Times New Roman" w:hAnsi="Times New Roman" w:eastAsia="Times New Roman" w:cs="Times New Roman"/>
          <w:sz w:val="24"/>
        </w:rPr>
        <w:t>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 xml:space="preserve">(Note: Anyone selected as a health care agent in Part I may not be a witness. Also, at least one of the witnesses must be someone who will not knowingly inherit anything from the Declarant or otherwise knowingly gain a financial benefit from the Declarant’s death. Maryland law does not require this document to be notarized.) </w:t>
      </w:r>
    </w:p>
    <w:p>
      <w:pPr/>
    </w:p>
    <w:p>
      <w:pPr/>
      <w:r>
        <w:rPr>
          <w:rFonts w:ascii="Times New Roman" w:hAnsi="Times New Roman" w:eastAsia="Times New Roman" w:cs="Times New Roman"/>
          <w:sz w:val="24"/>
        </w:rPr>
        <w:t xml:space="preserve">AFTER MY DEATH </w:t>
      </w:r>
    </w:p>
    <w:p>
      <w:pPr/>
    </w:p>
    <w:p>
      <w:pPr/>
      <w:r>
        <w:rPr>
          <w:rFonts w:ascii="Times New Roman" w:hAnsi="Times New Roman" w:eastAsia="Times New Roman" w:cs="Times New Roman"/>
          <w:sz w:val="24"/>
        </w:rPr>
        <w:t>(This form is optional. Fill out only what reflects your wishes.)</w:t>
      </w:r>
    </w:p>
    <w:p>
      <w:pPr/>
    </w:p>
    <w:p>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Date of Birth: </w:t>
      </w:r>
      <w:r>
        <w:rPr>
          <w:rFonts w:ascii="Times New Roman" w:hAnsi="Times New Roman" w:eastAsia="Times New Roman" w:cs="Times New Roman"/>
          <w:sz w:val="24"/>
        </w:rPr>
        <w:t>[BIRTH DATE]</w:t>
      </w:r>
    </w:p>
    <w:p>
      <w:pPr/>
    </w:p>
    <w:p>
      <w:pPr/>
      <w:r>
        <w:rPr>
          <w:rFonts w:ascii="Times New Roman" w:hAnsi="Times New Roman" w:eastAsia="Times New Roman" w:cs="Times New Roman"/>
          <w:sz w:val="24"/>
        </w:rPr>
        <w:t xml:space="preserve">PART I: ORGAN DONATION </w:t>
      </w:r>
    </w:p>
    <w:p>
      <w:pPr/>
    </w:p>
    <w:p>
      <w:pPr/>
      <w:r>
        <w:rPr>
          <w:rFonts w:ascii="Times New Roman" w:hAnsi="Times New Roman" w:eastAsia="Times New Roman" w:cs="Times New Roman"/>
          <w:sz w:val="24"/>
        </w:rPr>
        <w:t xml:space="preserve">(Initial the ones that you want.) </w:t>
      </w:r>
    </w:p>
    <w:p>
      <w:pPr/>
    </w:p>
    <w:p>
      <w:pPr/>
      <w:r>
        <w:rPr>
          <w:rFonts w:ascii="Times New Roman" w:hAnsi="Times New Roman" w:eastAsia="Times New Roman" w:cs="Times New Roman"/>
          <w:sz w:val="24"/>
        </w:rPr>
        <w:t xml:space="preserve">Upon my death I wish to donate: </w:t>
      </w:r>
    </w:p>
    <w:p>
      <w:pPr/>
    </w:p>
    <w:p>
      <w:pPr/>
      <w:r>
        <w:rPr>
          <w:rFonts w:ascii="Times New Roman" w:hAnsi="Times New Roman" w:eastAsia="Times New Roman" w:cs="Times New Roman"/>
          <w:sz w:val="24"/>
        </w:rPr>
        <w:t xml:space="preserve">Any needed organs, tissues, or eyes. </w:t>
      </w: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Only the following organs, tissues, or eyes: </w:t>
      </w:r>
      <w:r>
        <w:rPr>
          <w:rFonts w:ascii="Times New Roman" w:hAnsi="Times New Roman" w:eastAsia="Times New Roman" w:cs="Times New Roman"/>
          <w:sz w:val="24"/>
        </w:rPr>
        <w:t>[INITIAL]</w:t>
      </w:r>
    </w:p>
    <w:p>
      <w:pPr/>
      <w:r>
        <w:rPr>
          <w:rFonts w:ascii="Times New Roman" w:hAnsi="Times New Roman" w:eastAsia="Times New Roman" w:cs="Times New Roman"/>
          <w:sz w:val="24"/>
        </w:rPr>
        <w:t>[LIST SPECIFICS]</w:t>
      </w:r>
    </w:p>
    <w:p>
      <w:pPr/>
    </w:p>
    <w:p>
      <w:pPr/>
      <w:r>
        <w:rPr>
          <w:rFonts w:ascii="Times New Roman" w:hAnsi="Times New Roman" w:eastAsia="Times New Roman" w:cs="Times New Roman"/>
          <w:sz w:val="24"/>
        </w:rPr>
        <w:t xml:space="preserve">I authorize the use of my organs, tissues, or eyes: </w:t>
      </w:r>
    </w:p>
    <w:p>
      <w:pPr/>
      <w:r>
        <w:rPr>
          <w:rFonts w:ascii="Times New Roman" w:hAnsi="Times New Roman" w:eastAsia="Times New Roman" w:cs="Times New Roman"/>
          <w:sz w:val="24"/>
        </w:rPr>
        <w:t xml:space="preserve">For transplantation </w:t>
      </w:r>
      <w:r>
        <w:rPr>
          <w:rFonts w:ascii="Times New Roman" w:hAnsi="Times New Roman" w:eastAsia="Times New Roman" w:cs="Times New Roman"/>
          <w:sz w:val="24"/>
        </w:rPr>
        <w:t>[INITIAL]</w:t>
      </w:r>
    </w:p>
    <w:p>
      <w:pPr/>
      <w:r>
        <w:rPr>
          <w:rFonts w:ascii="Times New Roman" w:hAnsi="Times New Roman" w:eastAsia="Times New Roman" w:cs="Times New Roman"/>
          <w:sz w:val="24"/>
        </w:rPr>
        <w:t xml:space="preserve">For therapy </w:t>
      </w:r>
      <w:r>
        <w:rPr>
          <w:rFonts w:ascii="Times New Roman" w:hAnsi="Times New Roman" w:eastAsia="Times New Roman" w:cs="Times New Roman"/>
          <w:sz w:val="24"/>
        </w:rPr>
        <w:t>[INITIAL]</w:t>
      </w:r>
    </w:p>
    <w:p>
      <w:pPr/>
      <w:r>
        <w:rPr>
          <w:rFonts w:ascii="Times New Roman" w:hAnsi="Times New Roman" w:eastAsia="Times New Roman" w:cs="Times New Roman"/>
          <w:sz w:val="24"/>
        </w:rPr>
        <w:t xml:space="preserve">For research </w:t>
      </w:r>
      <w:r>
        <w:rPr>
          <w:rFonts w:ascii="Times New Roman" w:hAnsi="Times New Roman" w:eastAsia="Times New Roman" w:cs="Times New Roman"/>
          <w:sz w:val="24"/>
        </w:rPr>
        <w:t>[INITIAL]</w:t>
      </w:r>
    </w:p>
    <w:p>
      <w:pPr/>
      <w:r>
        <w:rPr>
          <w:rFonts w:ascii="Times New Roman" w:hAnsi="Times New Roman" w:eastAsia="Times New Roman" w:cs="Times New Roman"/>
          <w:sz w:val="24"/>
        </w:rPr>
        <w:t xml:space="preserve">For medical education </w:t>
      </w:r>
      <w:r>
        <w:rPr>
          <w:rFonts w:ascii="Times New Roman" w:hAnsi="Times New Roman" w:eastAsia="Times New Roman" w:cs="Times New Roman"/>
          <w:sz w:val="24"/>
        </w:rPr>
        <w:t>[INITIAL]</w:t>
      </w:r>
    </w:p>
    <w:p>
      <w:pPr/>
      <w:r>
        <w:rPr>
          <w:rFonts w:ascii="Times New Roman" w:hAnsi="Times New Roman" w:eastAsia="Times New Roman" w:cs="Times New Roman"/>
          <w:sz w:val="24"/>
        </w:rPr>
        <w:t xml:space="preserve">For any purpose authorized by law </w:t>
      </w: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 xml:space="preserve">I understand that no vital organ, tissue, or eye may be removed for transplantation until after I have been pronounced dead under legal standards. This document is not intended to change anything about my health care while I am still alive. After death, I authorize any appropriate support measures to maintain the viability for transplantation of my organs, tissues, and eyes until organ, tissue, and eye recovery has been completed. I understand that my estate will not be charged for any costs related to this donation. </w:t>
      </w:r>
    </w:p>
    <w:p>
      <w:pPr/>
    </w:p>
    <w:p>
      <w:pPr/>
      <w:r>
        <w:rPr>
          <w:rFonts w:ascii="Times New Roman" w:hAnsi="Times New Roman" w:eastAsia="Times New Roman" w:cs="Times New Roman"/>
          <w:sz w:val="24"/>
        </w:rPr>
        <w:t xml:space="preserve">PART II: DONATION OF BODY After any organ donation indicated in Part I, I wish my body to be donated for use in a medical study program. </w:t>
      </w:r>
    </w:p>
    <w:p>
      <w:pPr/>
    </w:p>
    <w:p>
      <w:pPr/>
      <w:r>
        <w:rPr>
          <w:rFonts w:ascii="Times New Roman" w:hAnsi="Times New Roman" w:eastAsia="Times New Roman" w:cs="Times New Roman"/>
          <w:sz w:val="24"/>
        </w:rPr>
        <w:t>[INITIAL]</w:t>
      </w:r>
    </w:p>
    <w:p>
      <w:pPr/>
      <w:r>
        <w:rPr>
          <w:rFonts w:ascii="Times New Roman" w:hAnsi="Times New Roman" w:eastAsia="Times New Roman" w:cs="Times New Roman"/>
          <w:sz w:val="24"/>
        </w:rPr>
        <w:t xml:space="preserve">PART III: DISPOSITION OF BODY AND FUNERAL ARRANGEMENTS I want the following person to make decisions about the disposition of my body and my funeral arrangements: </w:t>
      </w:r>
    </w:p>
    <w:p>
      <w:pPr/>
    </w:p>
    <w:p>
      <w:pPr/>
      <w:r>
        <w:rPr>
          <w:rFonts w:ascii="Times New Roman" w:hAnsi="Times New Roman" w:eastAsia="Times New Roman" w:cs="Times New Roman"/>
          <w:sz w:val="24"/>
        </w:rPr>
        <w:t xml:space="preserve">(Either initial the first or fill in the second.) </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The health care agent who I named in my advance directive.</w:t>
      </w:r>
    </w:p>
    <w:p>
      <w:pPr/>
    </w:p>
    <w:p>
      <w:pPr/>
      <w:r>
        <w:rPr>
          <w:rFonts w:ascii="Times New Roman" w:hAnsi="Times New Roman" w:eastAsia="Times New Roman" w:cs="Times New Roman"/>
          <w:sz w:val="24"/>
        </w:rPr>
        <w:t xml:space="preserve">((or)) </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This person: </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Address: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 xml:space="preserve">If I have written my wishes below, they should be followed. If not, the person I have named should decide based on conversations we have had, my religious or other beliefs and values, my personality, and how I reacted to other peoples’ funeral arrangements. My wishes about the disposition of my body and my funeral arrangements are: </w:t>
      </w:r>
    </w:p>
    <w:p>
      <w:pPr/>
    </w:p>
    <w:p>
      <w:pPr/>
      <w:r>
        <w:rPr>
          <w:rFonts w:ascii="Times New Roman" w:hAnsi="Times New Roman" w:eastAsia="Times New Roman" w:cs="Times New Roman"/>
          <w:sz w:val="24"/>
        </w:rPr>
        <w:t>[PROVIDE INSTRUCTIONS]</w:t>
      </w:r>
    </w:p>
    <w:p>
      <w:pPr/>
    </w:p>
    <w:p>
      <w:pPr/>
      <w:r>
        <w:rPr>
          <w:rFonts w:ascii="Times New Roman" w:hAnsi="Times New Roman" w:eastAsia="Times New Roman" w:cs="Times New Roman"/>
          <w:sz w:val="24"/>
        </w:rPr>
        <w:t xml:space="preserve">PART IV: SIGNATURE AND WITNESSES </w:t>
      </w:r>
    </w:p>
    <w:p>
      <w:pPr/>
    </w:p>
    <w:p>
      <w:pPr/>
      <w:r>
        <w:rPr>
          <w:rFonts w:ascii="Times New Roman" w:hAnsi="Times New Roman" w:eastAsia="Times New Roman" w:cs="Times New Roman"/>
          <w:sz w:val="24"/>
        </w:rPr>
        <w:t xml:space="preserve">By signing below, I indicate that I am emotionally and mentally competent to make this donation and that I understand the purpose and effect of this document. </w:t>
      </w:r>
    </w:p>
    <w:p>
      <w:pPr/>
    </w:p>
    <w:p>
      <w:pPr/>
      <w:r>
        <w:rPr>
          <w:rFonts w:ascii="Times New Roman" w:hAnsi="Times New Roman" w:eastAsia="Times New Roman" w:cs="Times New Roman"/>
          <w:sz w:val="24"/>
        </w:rPr>
        <w:t xml:space="preserve">Signature of Donor: </w:t>
      </w:r>
      <w:r>
        <w:rPr>
          <w:rFonts w:ascii="Times New Roman" w:hAnsi="Times New Roman" w:eastAsia="Times New Roman" w:cs="Times New Roman"/>
          <w:sz w:val="24"/>
        </w:rPr>
        <w:t>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The Donor signed or acknowledged signing this donation document in my presence and, based upon personal observation, appears to be emotionally and mentally competent to make this donation. </w:t>
      </w:r>
    </w:p>
    <w:p>
      <w:pPr/>
    </w:p>
    <w:p>
      <w:pPr/>
      <w:r>
        <w:rPr>
          <w:rFonts w:ascii="Times New Roman" w:hAnsi="Times New Roman" w:eastAsia="Times New Roman" w:cs="Times New Roman"/>
          <w:sz w:val="24"/>
        </w:rPr>
        <w:t xml:space="preserve">Signature of Witness: </w:t>
      </w:r>
      <w:r>
        <w:rPr>
          <w:rFonts w:ascii="Times New Roman" w:hAnsi="Times New Roman" w:eastAsia="Times New Roman" w:cs="Times New Roman"/>
          <w:sz w:val="24"/>
        </w:rPr>
        <w:t>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r>
        <w:rPr>
          <w:rFonts w:ascii="Times New Roman" w:hAnsi="Times New Roman" w:eastAsia="Times New Roman" w:cs="Times New Roman"/>
          <w:sz w:val="24"/>
        </w:rPr>
        <w:t xml:space="preserve">Signature of Witness: </w:t>
      </w:r>
      <w:r>
        <w:rPr>
          <w:rFonts w:ascii="Times New Roman" w:hAnsi="Times New Roman" w:eastAsia="Times New Roman" w:cs="Times New Roman"/>
          <w:sz w:val="24"/>
        </w:rPr>
        <w:t>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Telephone Numbers: </w:t>
      </w:r>
      <w:r>
        <w:rPr>
          <w:rFonts w:ascii="Times New Roman" w:hAnsi="Times New Roman" w:eastAsia="Times New Roman" w:cs="Times New Roman"/>
          <w:sz w:val="24"/>
        </w:rPr>
        <w:t>[HOME PHONE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[MOBILE PHONE NUMBER]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