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9" w:after="0"/>
        <w:jc w:val="center"/>
      </w:pPr>
      <w:r>
        <w:rPr>
          <w:rFonts w:ascii="Times New Roman" w:hAnsi="Times New Roman" w:eastAsia="Times New Roman" w:cs="Times New Roman"/>
          <w:sz w:val="24"/>
        </w:rPr>
        <w:t>MASSACHUSETTS GUARDIAN OF MINOR POWER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</w:t>
      </w:r>
    </w:p>
    <w:p>
      <w:pPr>
        <w:spacing w:before="3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MA Chapter 190B Article 5 - Section 5-201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I,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>, whose address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appoint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>, whose address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is </w:t>
      </w:r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>, as 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fact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grant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fact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authority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regarding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custody,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property,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support,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education,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medical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treatment,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discipline,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entertainment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my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child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ward,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>, born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spacing w:before="11" w:after="0"/>
      </w:pPr>
    </w:p>
    <w:p>
      <w:pPr>
        <w:spacing w:before="78" w:after="0" w:line="499" w:lineRule="auto"/>
        <w:ind w:hanging="1"/>
      </w:pP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further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grant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fact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authority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withhold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consent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 necessary to provide for the support, education, care, medical treatment, discipline,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entertainment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minor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child.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include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consent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marriage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adoption of the minor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child.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last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period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year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from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execution.</w:t>
      </w:r>
    </w:p>
    <w:p>
      <w:pPr>
        <w:spacing w:before="3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Dated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this </w:t>
      </w:r>
      <w:r>
        <w:rPr>
          <w:rFonts w:ascii="Times New Roman" w:hAnsi="Times New Roman" w:eastAsia="Times New Roman" w:cs="Times New Roman"/>
          <w:sz w:val="24"/>
        </w:rPr>
        <w:t>[DAY]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[MONTH]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20</w:t>
      </w:r>
      <w:r>
        <w:rPr>
          <w:rFonts w:ascii="Times New Roman" w:hAnsi="Times New Roman" w:eastAsia="Times New Roman" w:cs="Times New Roman"/>
          <w:sz w:val="24"/>
        </w:rPr>
        <w:t>[YEAR]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>
        <w:spacing w:line="241" w:lineRule="exact"/>
        <w:jc w:val="center"/>
      </w:pPr>
      <w:r>
        <w:rPr>
          <w:rFonts w:ascii="Times New Roman" w:hAnsi="Times New Roman" w:eastAsia="Times New Roman" w:cs="Times New Roman"/>
          <w:sz w:val="24"/>
        </w:rPr>
        <w:t>_________________________</w:t>
      </w:r>
    </w:p>
    <w:p>
      <w:pPr>
        <w:spacing w:line="241" w:lineRule="exact"/>
        <w:jc w:val="center"/>
      </w:pPr>
      <w:r>
        <w:rPr>
          <w:rFonts w:ascii="Times New Roman" w:hAnsi="Times New Roman" w:eastAsia="Times New Roman" w:cs="Times New Roman"/>
          <w:sz w:val="24"/>
        </w:rPr>
        <w:t>Signature</w:t>
      </w:r>
    </w:p>
    <w:p>
      <w:pPr/>
    </w:p>
    <w:p>
      <w:pPr/>
    </w:p>
    <w:p>
      <w:pPr>
        <w:spacing w:before="1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SUBSCRIBED AND SWORN TO before 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this </w:t>
      </w:r>
      <w:r>
        <w:rPr>
          <w:rFonts w:ascii="Times New Roman" w:hAnsi="Times New Roman" w:eastAsia="Times New Roman" w:cs="Times New Roman"/>
          <w:sz w:val="24"/>
        </w:rPr>
        <w:t>[DAY]</w:t>
      </w:r>
      <w:r>
        <w:rPr>
          <w:rFonts w:ascii="Times New Roman" w:hAnsi="Times New Roman" w:eastAsia="Times New Roman" w:cs="Times New Roman"/>
          <w:sz w:val="24"/>
        </w:rPr>
        <w:t xml:space="preserve"> d</w:t>
      </w:r>
      <w:r>
        <w:rPr>
          <w:rFonts w:ascii="Times New Roman" w:hAnsi="Times New Roman" w:eastAsia="Times New Roman" w:cs="Times New Roman"/>
          <w:sz w:val="24"/>
        </w:rPr>
        <w:t>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[MONTH]</w:t>
      </w:r>
      <w:r>
        <w:rPr>
          <w:rFonts w:ascii="Times New Roman" w:hAnsi="Times New Roman" w:eastAsia="Times New Roman" w:cs="Times New Roman"/>
          <w:sz w:val="24"/>
        </w:rPr>
        <w:t>,</w:t>
      </w:r>
    </w:p>
    <w:p>
      <w:pPr/>
    </w:p>
    <w:p>
      <w:pPr>
        <w:spacing w:before="77" w:after="0"/>
      </w:pPr>
      <w:r>
        <w:rPr>
          <w:rFonts w:ascii="Times New Roman" w:hAnsi="Times New Roman" w:eastAsia="Times New Roman" w:cs="Times New Roman"/>
          <w:sz w:val="24"/>
        </w:rPr>
        <w:t>20</w:t>
      </w:r>
      <w:r>
        <w:rPr>
          <w:rFonts w:ascii="Times New Roman" w:hAnsi="Times New Roman" w:eastAsia="Times New Roman" w:cs="Times New Roman"/>
          <w:sz w:val="24"/>
        </w:rPr>
        <w:t>[YEAR]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at </w:t>
      </w:r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Massachusetts.</w:t>
      </w:r>
    </w:p>
    <w:p>
      <w:pPr/>
    </w:p>
    <w:p>
      <w:pPr/>
    </w:p>
    <w:p>
      <w:pPr>
        <w:spacing w:line="241" w:lineRule="exact"/>
        <w:jc w:val="center"/>
      </w:pPr>
      <w:r>
        <w:rPr>
          <w:rFonts w:ascii="Times New Roman" w:hAnsi="Times New Roman" w:eastAsia="Times New Roman" w:cs="Times New Roman"/>
          <w:sz w:val="24"/>
        </w:rPr>
        <w:t>_________________________</w:t>
      </w:r>
    </w:p>
    <w:p>
      <w:pPr>
        <w:spacing w:line="241" w:lineRule="exact"/>
      </w:pPr>
    </w:p>
    <w:p>
      <w:pPr>
        <w:spacing w:line="241" w:lineRule="exact"/>
      </w:pPr>
      <w:r>
        <w:rPr>
          <w:rFonts w:ascii="Times New Roman" w:hAnsi="Times New Roman" w:eastAsia="Times New Roman" w:cs="Times New Roman"/>
          <w:sz w:val="24"/>
        </w:rPr>
        <w:t>Notary Public in and 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Massachusetts</w:t>
      </w:r>
    </w:p>
    <w:p>
      <w:pPr>
        <w:spacing w:before="3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My Commission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Expires: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[DATE]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