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" w:after="0"/>
      </w:pPr>
    </w:p>
    <w:p>
      <w:pPr>
        <w:spacing w:line="631" w:lineRule="exact"/>
      </w:pPr>
    </w:p>
    <w:p>
      <w:pPr>
        <w:spacing w:line="278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MASSACHUSETTS </w:t>
      </w:r>
      <w:r>
        <w:rPr>
          <w:rFonts w:ascii="Times New Roman" w:hAnsi="Times New Roman" w:eastAsia="Times New Roman" w:cs="Times New Roman"/>
          <w:b/>
          <w:sz w:val="24"/>
        </w:rPr>
        <w:t xml:space="preserve">HEALTH </w:t>
      </w:r>
      <w:r>
        <w:rPr>
          <w:rFonts w:ascii="Times New Roman" w:hAnsi="Times New Roman" w:eastAsia="Times New Roman" w:cs="Times New Roman"/>
          <w:b/>
          <w:sz w:val="24"/>
        </w:rPr>
        <w:t>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PROXY</w:t>
      </w:r>
    </w:p>
    <w:p>
      <w:pPr>
        <w:spacing w:before="8" w:after="0"/>
      </w:pPr>
    </w:p>
    <w:p>
      <w:pPr>
        <w:spacing w:line="268" w:lineRule="exact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appoint as my </w:t>
      </w:r>
      <w:r>
        <w:rPr>
          <w:rFonts w:ascii="Times New Roman" w:hAnsi="Times New Roman" w:eastAsia="Times New Roman" w:cs="Times New Roman"/>
          <w:b/>
          <w:sz w:val="24"/>
        </w:rPr>
        <w:t>Health 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>
        <w:spacing w:before="96" w:after="0" w:line="274" w:lineRule="exact"/>
      </w:pP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.</w:t>
        <w:tab/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Agent’s tel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(h)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(w)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 E-mail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144" w:after="0"/>
      </w:pPr>
      <w:r>
        <w:rPr>
          <w:rFonts w:ascii="Times New Roman" w:hAnsi="Times New Roman" w:eastAsia="Times New Roman" w:cs="Times New Roman"/>
          <w:b/>
          <w:sz w:val="24"/>
        </w:rPr>
        <w:t>OPTIONAL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unwilling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Alternate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>
        <w:spacing w:before="144" w:after="0"/>
      </w:pP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144" w:after="0"/>
      </w:pPr>
    </w:p>
    <w:p>
      <w:pPr>
        <w:spacing w:before="113" w:after="0" w:line="223" w:lineRule="auto"/>
        <w:ind w:firstLine="525"/>
        <w:jc w:val="both"/>
      </w:pPr>
      <w:r>
        <w:rPr>
          <w:rFonts w:ascii="Times New Roman" w:hAnsi="Times New Roman" w:eastAsia="Times New Roman" w:cs="Times New Roman"/>
          <w:sz w:val="24"/>
        </w:rPr>
        <w:t>My Agent shall have the authority to make all health care decisions for me, 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decisions about life-sustaining treatment, subject to any limitations I state </w:t>
      </w:r>
      <w:r>
        <w:rPr>
          <w:rFonts w:ascii="Times New Roman" w:hAnsi="Times New Roman" w:eastAsia="Times New Roman" w:cs="Times New Roman"/>
          <w:sz w:val="24"/>
        </w:rPr>
        <w:t xml:space="preserve">below, </w:t>
      </w:r>
      <w:r>
        <w:rPr>
          <w:rFonts w:ascii="Times New Roman" w:hAnsi="Times New Roman" w:eastAsia="Times New Roman" w:cs="Times New Roman"/>
          <w:sz w:val="24"/>
        </w:rPr>
        <w:t>if I am unable to 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myself.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attending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writing that I lack the capacity to make or to communicate health care decisions. My Agent is then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them </w:t>
      </w:r>
      <w:r>
        <w:rPr>
          <w:rFonts w:ascii="Times New Roman" w:hAnsi="Times New Roman" w:eastAsia="Times New Roman" w:cs="Times New Roman"/>
          <w:b/>
          <w:sz w:val="24"/>
        </w:rPr>
        <w:t>EXCEPT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limitations,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authority):</w:t>
      </w:r>
    </w:p>
    <w:p>
      <w:pPr/>
    </w:p>
    <w:p>
      <w:pPr/>
    </w:p>
    <w:p>
      <w:pPr>
        <w:spacing w:before="5" w:after="0"/>
      </w:pPr>
    </w:p>
    <w:p>
      <w:pPr>
        <w:spacing w:line="228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based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assessment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 my personal wishes are unknown, my Agent is to make health care decisions based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Agent’s</w:t>
      </w:r>
      <w:r>
        <w:rPr>
          <w:rFonts w:ascii="Times New Roman" w:hAnsi="Times New Roman" w:eastAsia="Times New Roman" w:cs="Times New Roman"/>
          <w:sz w:val="24"/>
        </w:rPr>
        <w:t xml:space="preserve"> assessment of my best interests. Photocopies of this Health Care Proxy shall have the same force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effect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providers.</w:t>
      </w:r>
    </w:p>
    <w:p>
      <w:pPr/>
    </w:p>
    <w:p>
      <w:pPr>
        <w:spacing w:before="134" w:after="0"/>
      </w:pPr>
      <w:r>
        <w:rPr>
          <w:rFonts w:ascii="Times New Roman" w:hAnsi="Times New Roman" w:eastAsia="Times New Roman" w:cs="Times New Roman"/>
          <w:b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>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b/>
          <w:sz w:val="24"/>
        </w:rPr>
        <w:t>Date:</w:t>
      </w:r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/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/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(mo/day/yr)</w:t>
      </w:r>
    </w:p>
    <w:p>
      <w:pPr/>
    </w:p>
    <w:p>
      <w:pPr>
        <w:spacing w:before="9" w:after="0"/>
      </w:pPr>
    </w:p>
    <w:p>
      <w:pPr>
        <w:spacing w:before="74" w:after="0" w:line="247" w:lineRule="auto"/>
      </w:pPr>
      <w:r>
        <w:rPr>
          <w:rFonts w:ascii="Times New Roman" w:hAnsi="Times New Roman" w:eastAsia="Times New Roman" w:cs="Times New Roman"/>
          <w:b/>
          <w:sz w:val="24"/>
        </w:rPr>
        <w:t xml:space="preserve">Complete only if Principal is physically unable to sign: </w:t>
      </w:r>
      <w:r>
        <w:rPr>
          <w:rFonts w:ascii="Times New Roman" w:hAnsi="Times New Roman" w:eastAsia="Times New Roman" w:cs="Times New Roman"/>
          <w:sz w:val="24"/>
        </w:rPr>
        <w:t>I have signed the Principal’s name above at his/her direction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 the presence of the Principal and two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witnesses.</w:t>
      </w:r>
    </w:p>
    <w:p>
      <w:pPr/>
    </w:p>
    <w:p>
      <w:pPr>
        <w:spacing w:before="3" w:after="0"/>
      </w:pP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3" w:after="0"/>
      </w:pPr>
    </w:p>
    <w:p>
      <w:pPr>
        <w:spacing w:before="3" w:after="0"/>
      </w:pP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3" w:after="0"/>
      </w:pPr>
    </w:p>
    <w:p>
      <w:pPr>
        <w:spacing w:before="3" w:after="0"/>
      </w:pPr>
    </w:p>
    <w:p>
      <w:pPr>
        <w:spacing w:line="223" w:lineRule="auto"/>
        <w:ind w:firstLine="525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STATEMENT: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undersigned,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 Proxy by the Principal or at the direction of the Principal and state that the Principal appears to 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 least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18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sound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mind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constraint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influence.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Neither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named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document.</w:t>
      </w:r>
    </w:p>
    <w:p>
      <w:pPr/>
    </w:p>
    <w:p>
      <w:pPr>
        <w:spacing w:before="15" w:after="0"/>
      </w:pPr>
      <w:r>
        <w:rPr>
          <w:rFonts w:ascii="Times New Roman" w:hAnsi="Times New Roman" w:eastAsia="Times New Roman" w:cs="Times New Roman"/>
          <w:sz w:val="24"/>
        </w:rPr>
        <w:t xml:space="preserve">In our presence,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10" w:after="0"/>
      </w:pPr>
    </w:p>
    <w:p>
      <w:pPr/>
    </w:p>
    <w:p>
      <w:pPr>
        <w:spacing w:before="69" w:after="0" w:line="271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#1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79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(Signature)</w:t>
      </w:r>
    </w:p>
    <w:p>
      <w:pPr>
        <w:spacing w:before="94" w:after="0" w:line="415" w:lineRule="auto"/>
      </w:pPr>
      <w:r>
        <w:rPr>
          <w:rFonts w:ascii="Times New Roman" w:hAnsi="Times New Roman" w:eastAsia="Times New Roman" w:cs="Times New Roman"/>
          <w:sz w:val="24"/>
        </w:rPr>
        <w:t>Name (print)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271" w:lineRule="exact"/>
      </w:pP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>
        <w:spacing w:before="0" w:after="0" w:line="271" w:lineRule="exact"/>
        <w:ind w:firstLine="0"/>
      </w:pPr>
      <w:r>
        <w:rPr>
          <w:rFonts w:ascii="Times New Roman" w:hAnsi="Times New Roman" w:eastAsia="Times New Roman" w:cs="Times New Roman"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#2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line="179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(Signature)</w:t>
      </w:r>
    </w:p>
    <w:p>
      <w:pPr>
        <w:spacing w:before="94" w:after="0" w:line="415" w:lineRule="auto"/>
      </w:pPr>
      <w:r>
        <w:rPr>
          <w:rFonts w:ascii="Times New Roman" w:hAnsi="Times New Roman" w:eastAsia="Times New Roman" w:cs="Times New Roman"/>
          <w:sz w:val="24"/>
        </w:rPr>
        <w:t>Name (print)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94" w:after="0" w:line="415" w:lineRule="auto"/>
        <w:ind w:hanging="1"/>
      </w:pP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</w:p>
    <w:p>
      <w:pPr>
        <w:spacing w:before="143" w:after="0"/>
      </w:pPr>
      <w:r>
        <w:rPr>
          <w:rFonts w:ascii="Times New Roman" w:hAnsi="Times New Roman" w:eastAsia="Times New Roman" w:cs="Times New Roman"/>
          <w:sz w:val="24"/>
        </w:rPr>
        <w:t>Statements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(OPTIONAL)</w:t>
      </w:r>
    </w:p>
    <w:p>
      <w:pPr/>
    </w:p>
    <w:p>
      <w:pPr>
        <w:spacing w:before="1" w:after="0"/>
      </w:pPr>
    </w:p>
    <w:p>
      <w:pPr>
        <w:spacing w:line="259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Health Care Agent: </w:t>
      </w:r>
      <w:r>
        <w:rPr>
          <w:rFonts w:ascii="Times New Roman" w:hAnsi="Times New Roman" w:eastAsia="Times New Roman" w:cs="Times New Roman"/>
          <w:sz w:val="24"/>
        </w:rPr>
        <w:t xml:space="preserve">I have been named by the Principal as the Principal’s </w:t>
      </w:r>
      <w:r>
        <w:rPr>
          <w:rFonts w:ascii="Times New Roman" w:hAnsi="Times New Roman" w:eastAsia="Times New Roman" w:cs="Times New Roman"/>
          <w:b/>
          <w:sz w:val="24"/>
        </w:rPr>
        <w:t>Health Care Agent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by this Health Care </w:t>
      </w:r>
      <w:r>
        <w:rPr>
          <w:rFonts w:ascii="Times New Roman" w:hAnsi="Times New Roman" w:eastAsia="Times New Roman" w:cs="Times New Roman"/>
          <w:sz w:val="24"/>
        </w:rPr>
        <w:t xml:space="preserve">Proxy. </w:t>
      </w:r>
      <w:r>
        <w:rPr>
          <w:rFonts w:ascii="Times New Roman" w:hAnsi="Times New Roman" w:eastAsia="Times New Roman" w:cs="Times New Roman"/>
          <w:sz w:val="24"/>
        </w:rPr>
        <w:t>I have read this document carefully, and have personally discussed 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incapacity.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 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freely.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operator,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administrator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employee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clinic,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nursing home, rest home, Soldiers Home or other health facility where the Principal is presently a patient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resident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admission.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Principal by blood, marriage, or adoption. If called upon and to the best of my </w:t>
      </w:r>
      <w:r>
        <w:rPr>
          <w:rFonts w:ascii="Times New Roman" w:hAnsi="Times New Roman" w:eastAsia="Times New Roman" w:cs="Times New Roman"/>
          <w:sz w:val="24"/>
        </w:rPr>
        <w:t xml:space="preserve">ability, </w:t>
      </w:r>
      <w:r>
        <w:rPr>
          <w:rFonts w:ascii="Times New Roman" w:hAnsi="Times New Roman" w:eastAsia="Times New Roman" w:cs="Times New Roman"/>
          <w:sz w:val="24"/>
        </w:rPr>
        <w:t>I will try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carry out the 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wishes.</w:t>
      </w:r>
    </w:p>
    <w:p>
      <w:pPr>
        <w:spacing w:before="4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(Signature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Health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/>
    </w:p>
    <w:p>
      <w:pPr>
        <w:spacing w:before="1" w:after="0"/>
      </w:pPr>
    </w:p>
    <w:p>
      <w:pPr>
        <w:spacing w:before="69" w:after="0" w:line="259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Alternate Agent: </w:t>
      </w:r>
      <w:r>
        <w:rPr>
          <w:rFonts w:ascii="Times New Roman" w:hAnsi="Times New Roman" w:eastAsia="Times New Roman" w:cs="Times New Roman"/>
          <w:sz w:val="24"/>
        </w:rPr>
        <w:t xml:space="preserve">I have been named by the Principal as the Principal’s </w:t>
      </w:r>
      <w:r>
        <w:rPr>
          <w:rFonts w:ascii="Times New Roman" w:hAnsi="Times New Roman" w:eastAsia="Times New Roman" w:cs="Times New Roman"/>
          <w:b/>
          <w:sz w:val="24"/>
        </w:rPr>
        <w:t xml:space="preserve">Alternate Agent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Proxy.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carefully,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discussed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incapacity.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accept 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freely.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operator,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administrator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employee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clinic,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nursing home, rest home, Soldiers Home or other health facility where the Principal is presently a patient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resident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admission.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also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Principal by blood, marriage, or adoption. If called upon and to the best of my </w:t>
      </w:r>
      <w:r>
        <w:rPr>
          <w:rFonts w:ascii="Times New Roman" w:hAnsi="Times New Roman" w:eastAsia="Times New Roman" w:cs="Times New Roman"/>
          <w:sz w:val="24"/>
        </w:rPr>
        <w:t xml:space="preserve">ability, </w:t>
      </w:r>
      <w:r>
        <w:rPr>
          <w:rFonts w:ascii="Times New Roman" w:hAnsi="Times New Roman" w:eastAsia="Times New Roman" w:cs="Times New Roman"/>
          <w:sz w:val="24"/>
        </w:rPr>
        <w:t>I will try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carry out the 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wishes.</w:t>
      </w:r>
    </w:p>
    <w:p>
      <w:pPr>
        <w:spacing w:before="4" w:after="0"/>
      </w:pPr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>(Signature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Alternate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</w:p>
    <w:p>
      <w:pPr/>
    </w:p>
    <w:p>
      <w:pPr/>
    </w:p>
    <w:p>
      <w:pPr/>
    </w:p>
    <w:p>
      <w:pPr>
        <w:spacing w:before="11" w:after="0"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*   *   *   *   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