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COMMONWEALTH OF MASSACHUSETTS</w:t>
      </w:r>
    </w:p>
    <w:p>
      <w:pPr>
        <w:jc w:val="center"/>
      </w:pPr>
      <w:r>
        <w:rPr>
          <w:rFonts w:ascii="Times New Roman" w:hAnsi="Times New Roman" w:eastAsia="Times New Roman" w:cs="Times New Roman"/>
          <w:b/>
          <w:sz w:val="24"/>
        </w:rPr>
        <w:t>The Trial Court</w:t>
      </w:r>
    </w:p>
    <w:p>
      <w:pPr>
        <w:jc w:val="center"/>
      </w:pPr>
      <w:r>
        <w:rPr>
          <w:rFonts w:ascii="Times New Roman" w:hAnsi="Times New Roman" w:eastAsia="Times New Roman" w:cs="Times New Roman"/>
          <w:b/>
          <w:sz w:val="24"/>
        </w:rPr>
        <w:t>Probate and Family Court Department</w:t>
      </w:r>
    </w:p>
    <w:p>
      <w:pPr/>
    </w:p>
    <w:p>
      <w:pPr/>
      <w:r>
        <w:rPr>
          <w:rFonts w:ascii="Times New Roman" w:hAnsi="Times New Roman" w:eastAsia="Times New Roman" w:cs="Times New Roman"/>
          <w:sz w:val="24"/>
        </w:rPr>
        <w:t>[COURT]</w:t>
      </w:r>
      <w:r>
        <w:rPr>
          <w:rFonts w:ascii="Times New Roman" w:hAnsi="Times New Roman" w:eastAsia="Times New Roman" w:cs="Times New Roman"/>
          <w:sz w:val="24"/>
        </w:rPr>
        <w:t>, ss.</w:t>
      </w:r>
    </w:p>
    <w:p>
      <w:pPr/>
    </w:p>
    <w:p>
      <w:pPr/>
      <w:r>
        <w:rPr>
          <w:rFonts w:ascii="Times New Roman" w:hAnsi="Times New Roman" w:eastAsia="Times New Roman" w:cs="Times New Roman"/>
          <w:sz w:val="24"/>
        </w:rPr>
        <w:t xml:space="preserve">Docket No. </w:t>
      </w:r>
      <w:r>
        <w:rPr>
          <w:rFonts w:ascii="Times New Roman" w:hAnsi="Times New Roman" w:eastAsia="Times New Roman" w:cs="Times New Roman"/>
          <w:sz w:val="24"/>
        </w:rPr>
        <w:t>[DOCKET NUMBER]</w:t>
      </w:r>
    </w:p>
    <w:p>
      <w:pPr/>
    </w:p>
    <w:p>
      <w:pPr/>
      <w:r>
        <w:rPr>
          <w:rFonts w:ascii="Times New Roman" w:hAnsi="Times New Roman" w:eastAsia="Times New Roman" w:cs="Times New Roman"/>
          <w:sz w:val="24"/>
        </w:rPr>
        <w:t>[PLAINTIFF NAME]</w:t>
      </w:r>
      <w:r>
        <w:rPr>
          <w:rFonts w:ascii="Times New Roman" w:hAnsi="Times New Roman" w:eastAsia="Times New Roman" w:cs="Times New Roman"/>
          <w:sz w:val="24"/>
        </w:rPr>
        <w:t>, Plaintiff</w:t>
      </w:r>
    </w:p>
    <w:p>
      <w:pPr/>
    </w:p>
    <w:p>
      <w:pPr/>
      <w:r>
        <w:rPr>
          <w:rFonts w:ascii="Times New Roman" w:hAnsi="Times New Roman" w:eastAsia="Times New Roman" w:cs="Times New Roman"/>
          <w:sz w:val="24"/>
        </w:rPr>
        <w:t>[DEFENDANT NAME]</w:t>
      </w:r>
      <w:r>
        <w:rPr>
          <w:rFonts w:ascii="Times New Roman" w:hAnsi="Times New Roman" w:eastAsia="Times New Roman" w:cs="Times New Roman"/>
          <w:sz w:val="24"/>
        </w:rPr>
        <w:t>, Defendant</w:t>
      </w:r>
    </w:p>
    <w:p>
      <w:pPr/>
    </w:p>
    <w:p>
      <w:pPr/>
    </w:p>
    <w:p>
      <w:pPr>
        <w:jc w:val="center"/>
      </w:pPr>
      <w:r>
        <w:rPr>
          <w:rFonts w:ascii="Times New Roman" w:hAnsi="Times New Roman" w:eastAsia="Times New Roman" w:cs="Times New Roman"/>
          <w:sz w:val="24"/>
        </w:rPr>
        <w:t>MARITAL SEPARATION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spacing w:before="0" w:after="0"/>
        <w:jc w:val="center"/>
      </w:pPr>
      <w:r>
        <w:rPr>
          <w:rFonts w:ascii="Times New Roman" w:hAnsi="Times New Roman" w:eastAsia="Times New Roman" w:cs="Times New Roman"/>
          <w:b/>
          <w:sz w:val="24"/>
        </w:rPr>
        <w:t xml:space="preserve"> </w:t>
      </w:r>
      <w:r>
        <w:rPr>
          <w:rFonts w:ascii="Times New Roman" w:hAnsi="Times New Roman" w:eastAsia="Times New Roman" w:cs="Times New Roman"/>
          <w:b/>
          <w:sz w:val="24"/>
        </w:rPr>
        <w:t>NOTARY ACKNOWLEDGMENT</w:t>
      </w:r>
    </w:p>
    <w:p>
      <w:pPr>
        <w:spacing w:before="0" w:after="225"/>
        <w:jc w:val="center"/>
      </w:pPr>
      <w:r>
        <w:rPr>
          <w:rFonts w:ascii="Times New Roman" w:hAnsi="Times New Roman" w:eastAsia="Times New Roman" w:cs="Times New Roman"/>
          <w:b/>
          <w:sz w:val="24"/>
        </w:rPr>
        <w:t>(REQUIRED IN THE COMMONWEALTH)</w:t>
      </w:r>
    </w:p>
    <w:p>
      <w:pPr>
        <w:spacing w:before="0" w:after="225" w:line="480" w:lineRule="auto"/>
      </w:pPr>
      <w:r>
        <w:rPr>
          <w:rFonts w:ascii="Times New Roman" w:hAnsi="Times New Roman" w:eastAsia="Times New Roman" w:cs="Times New Roman"/>
          <w:sz w:val="24"/>
        </w:rPr>
        <w:t>THE COMMONWEALTH OF MASSACHUSETTS</w:t>
      </w:r>
    </w:p>
    <w:p>
      <w:pPr>
        <w:spacing w:before="0" w:after="225" w:line="480" w:lineRule="auto"/>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spacing w:before="0" w:after="225" w:line="480" w:lineRule="auto"/>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w:t>
      </w:r>
      <w:r>
        <w:rPr>
          <w:rFonts w:ascii="Times New Roman" w:hAnsi="Times New Roman" w:eastAsia="Times New Roman" w:cs="Times New Roman"/>
          <w:sz w:val="24"/>
        </w:rPr>
        <w:t>[NOTARY NAME]</w:t>
      </w:r>
      <w:r>
        <w:rPr>
          <w:rFonts w:ascii="Times New Roman" w:hAnsi="Times New Roman" w:eastAsia="Times New Roman" w:cs="Times New Roman"/>
          <w:sz w:val="24"/>
        </w:rPr>
        <w:t xml:space="preserve"> (name of notary public), </w:t>
      </w:r>
      <w:r>
        <w:rPr>
          <w:rFonts w:ascii="Times New Roman" w:hAnsi="Times New Roman" w:eastAsia="Times New Roman" w:cs="Times New Roman"/>
          <w:sz w:val="24"/>
        </w:rPr>
        <w:t>[SIGNER NAME]</w:t>
      </w:r>
      <w:r>
        <w:rPr>
          <w:rFonts w:ascii="Times New Roman" w:hAnsi="Times New Roman" w:eastAsia="Times New Roman" w:cs="Times New Roman"/>
          <w:sz w:val="24"/>
        </w:rPr>
        <w:t xml:space="preserve"> (name of document signer) personally appeared and proved to me through satisfactory evidence of identification, which were </w:t>
      </w:r>
      <w:r>
        <w:rPr>
          <w:rFonts w:ascii="Times New Roman" w:hAnsi="Times New Roman" w:eastAsia="Times New Roman" w:cs="Times New Roman"/>
          <w:sz w:val="24"/>
        </w:rPr>
        <w:t>[IDENTIFICATION]</w:t>
      </w:r>
      <w:r>
        <w:rPr>
          <w:rFonts w:ascii="Times New Roman" w:hAnsi="Times New Roman" w:eastAsia="Times New Roman" w:cs="Times New Roman"/>
          <w:sz w:val="24"/>
        </w:rPr>
        <w:t xml:space="preserve">, to be the person whose name is signed on the preceding or attached document, and acknowledged to me that he/she signed it voluntarily for its stated purpose. </w:t>
      </w:r>
    </w:p>
    <w:p>
      <w:pPr>
        <w:spacing w:before="0" w:after="225" w:line="480" w:lineRule="auto"/>
      </w:pPr>
      <w:r>
        <w:rPr>
          <w:rFonts w:ascii="Times New Roman" w:hAnsi="Times New Roman" w:eastAsia="Times New Roman" w:cs="Times New Roman"/>
          <w:sz w:val="24"/>
        </w:rPr>
        <w:t xml:space="preserve">(as partner for </w:t>
      </w:r>
      <w:r>
        <w:rPr>
          <w:rFonts w:ascii="Times New Roman" w:hAnsi="Times New Roman" w:eastAsia="Times New Roman" w:cs="Times New Roman"/>
          <w:sz w:val="24"/>
        </w:rPr>
        <w:t>[PARTNERSHIP NAME]</w:t>
      </w:r>
      <w:r>
        <w:rPr>
          <w:rFonts w:ascii="Times New Roman" w:hAnsi="Times New Roman" w:eastAsia="Times New Roman" w:cs="Times New Roman"/>
          <w:sz w:val="24"/>
        </w:rPr>
        <w:t xml:space="preserve">, a partnership) </w:t>
      </w:r>
    </w:p>
    <w:p>
      <w:pPr>
        <w:spacing w:before="0" w:after="225" w:line="480" w:lineRule="auto"/>
      </w:pPr>
      <w:r>
        <w:rPr>
          <w:rFonts w:ascii="Times New Roman" w:hAnsi="Times New Roman" w:eastAsia="Times New Roman" w:cs="Times New Roman"/>
          <w:sz w:val="24"/>
        </w:rPr>
        <w:t xml:space="preserve">(as </w:t>
      </w:r>
      <w:r>
        <w:rPr>
          <w:rFonts w:ascii="Times New Roman" w:hAnsi="Times New Roman" w:eastAsia="Times New Roman" w:cs="Times New Roman"/>
          <w:sz w:val="24"/>
        </w:rPr>
        <w:t>[ROLE]</w:t>
      </w:r>
      <w:r>
        <w:rPr>
          <w:rFonts w:ascii="Times New Roman" w:hAnsi="Times New Roman" w:eastAsia="Times New Roman" w:cs="Times New Roman"/>
          <w:sz w:val="24"/>
        </w:rPr>
        <w:t xml:space="preserve"> for </w:t>
      </w:r>
      <w:r>
        <w:rPr>
          <w:rFonts w:ascii="Times New Roman" w:hAnsi="Times New Roman" w:eastAsia="Times New Roman" w:cs="Times New Roman"/>
          <w:sz w:val="24"/>
        </w:rPr>
        <w:t>[CORPORATION NAME]</w:t>
      </w:r>
      <w:r>
        <w:rPr>
          <w:rFonts w:ascii="Times New Roman" w:hAnsi="Times New Roman" w:eastAsia="Times New Roman" w:cs="Times New Roman"/>
          <w:sz w:val="24"/>
        </w:rPr>
        <w:t xml:space="preserve">, a corporation) </w:t>
      </w:r>
    </w:p>
    <w:p>
      <w:pPr>
        <w:spacing w:before="0" w:after="225" w:line="480" w:lineRule="auto"/>
      </w:pPr>
      <w:r>
        <w:rPr>
          <w:rFonts w:ascii="Times New Roman" w:hAnsi="Times New Roman" w:eastAsia="Times New Roman" w:cs="Times New Roman"/>
          <w:sz w:val="24"/>
        </w:rPr>
        <w:t xml:space="preserve">(as attorney in fact for </w:t>
      </w:r>
      <w:r>
        <w:rPr>
          <w:rFonts w:ascii="Times New Roman" w:hAnsi="Times New Roman" w:eastAsia="Times New Roman" w:cs="Times New Roman"/>
          <w:sz w:val="24"/>
        </w:rPr>
        <w:t>[PRINCIPAL NAME]</w:t>
      </w:r>
      <w:r>
        <w:rPr>
          <w:rFonts w:ascii="Times New Roman" w:hAnsi="Times New Roman" w:eastAsia="Times New Roman" w:cs="Times New Roman"/>
          <w:sz w:val="24"/>
        </w:rPr>
        <w:t xml:space="preserve">, the principal) </w:t>
      </w:r>
    </w:p>
    <w:p>
      <w:pPr>
        <w:spacing w:before="0" w:after="225" w:line="480" w:lineRule="auto"/>
      </w:pPr>
      <w:r>
        <w:rPr>
          <w:rFonts w:ascii="Times New Roman" w:hAnsi="Times New Roman" w:eastAsia="Times New Roman" w:cs="Times New Roman"/>
          <w:sz w:val="24"/>
        </w:rPr>
        <w:t xml:space="preserve">(as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for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(a) (the)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spacing w:before="0" w:after="225" w:line="480" w:lineRule="auto"/>
        <w:jc w:val="both"/>
      </w:pPr>
      <w:r>
        <w:rPr>
          <w:rFonts w:ascii="Times New Roman" w:hAnsi="Times New Roman" w:eastAsia="Times New Roman" w:cs="Times New Roman"/>
          <w:sz w:val="24"/>
        </w:rPr>
        <w:t xml:space="preserve">____________________                 </w:t>
      </w:r>
    </w:p>
    <w:p>
      <w:pPr>
        <w:spacing w:before="0" w:after="225" w:line="480" w:lineRule="auto"/>
        <w:jc w:val="both"/>
      </w:pPr>
      <w:r>
        <w:rPr>
          <w:rFonts w:ascii="Times New Roman" w:hAnsi="Times New Roman" w:eastAsia="Times New Roman" w:cs="Times New Roman"/>
          <w:sz w:val="24"/>
        </w:rPr>
        <w:t xml:space="preserve">Notary Public Signature   </w:t>
      </w:r>
    </w:p>
    <w:p>
      <w:pPr>
        <w:spacing w:before="0" w:after="225" w:line="480" w:lineRule="auto"/>
        <w:jc w:val="both"/>
      </w:pPr>
    </w:p>
    <w:p>
      <w:pPr>
        <w:spacing w:before="0" w:after="225" w:line="480" w:lineRule="auto"/>
      </w:pPr>
      <w:r>
        <w:rPr>
          <w:rFonts w:ascii="Times New Roman" w:hAnsi="Times New Roman" w:eastAsia="Times New Roman" w:cs="Times New Roman"/>
          <w:sz w:val="24"/>
        </w:rPr>
        <w:t>(Seal)</w:t>
      </w:r>
    </w:p>
    <w:p>
      <w:pPr>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