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assachusetts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assachusett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