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ssachusetts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assachusett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