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Master Use License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[Record Company Letterhead]</w:t>
      </w:r>
    </w:p>
    <w:p>
      <w:pPr>
        <w:keepNext w:val="0"/>
        <w:spacing w:before="200" w:after="0" w:line="260" w:lineRule="exact"/>
        <w:ind w:left="360" w:right="0" w:firstLine="0"/>
        <w:jc w:val="both"/>
      </w:pPr>
      <w:r>
        <w:rPr>
          <w:rFonts w:ascii="Times New Roman" w:hAnsi="Times New Roman" w:eastAsia="Times New Roman" w:cs="Times New Roman"/>
          <w:b w:val="0"/>
          <w:sz w:val="24"/>
        </w:rPr>
        <w:t>[Production Company/Licensee's name and address]</w:t>
      </w:r>
    </w:p>
    <w:p>
      <w:pPr>
        <w:keepNext w:val="0"/>
        <w:spacing w:before="200" w:after="0" w:line="260" w:lineRule="exact"/>
        <w:ind w:left="360" w:right="0" w:firstLine="0"/>
        <w:jc w:val="both"/>
      </w:pPr>
      <w:r>
        <w:rPr>
          <w:rFonts w:ascii="Times New Roman" w:hAnsi="Times New Roman" w:eastAsia="Times New Roman" w:cs="Times New Roman"/>
          <w:b w:val="0"/>
          <w:sz w:val="24"/>
        </w:rPr>
        <w:t>REFERENCE: [Name of Recording]</w:t>
      </w:r>
    </w:p>
    <w:p>
      <w:pPr>
        <w:keepNext w:val="0"/>
        <w:spacing w:before="200" w:after="0" w:line="260" w:lineRule="exact"/>
        <w:ind w:left="360" w:right="0" w:firstLine="0"/>
        <w:jc w:val="both"/>
      </w:pPr>
      <w:r>
        <w:rPr>
          <w:rFonts w:ascii="Times New Roman" w:hAnsi="Times New Roman" w:eastAsia="Times New Roman" w:cs="Times New Roman"/>
          <w:b w:val="0"/>
          <w:sz w:val="24"/>
        </w:rPr>
        <w:t>Gentlemen:</w:t>
      </w:r>
    </w:p>
    <w:p>
      <w:pPr>
        <w:keepNext w:val="0"/>
        <w:spacing w:before="200" w:after="0" w:line="260" w:lineRule="exact"/>
        <w:ind w:left="360" w:right="0" w:firstLine="0"/>
        <w:jc w:val="both"/>
      </w:pPr>
      <w:r>
        <w:rPr>
          <w:rFonts w:ascii="Times New Roman" w:hAnsi="Times New Roman" w:eastAsia="Times New Roman" w:cs="Times New Roman"/>
          <w:b w:val="0"/>
          <w:sz w:val="24"/>
        </w:rPr>
        <w:t>The following terms and conditions shall confirm our mutual understanding and agreement regarding your use of the specified portion of our master recording ("Recording"), listed on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attached hereto, embodying the performances of the artist ("Artist"), in the soundtrack of your motion picture presently entitled [name] (the "Photoplay").</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Only in respect of the rights [Record Company] owns or controls, and subject to the provisions hereof, [Record Company] hereby grants to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license to rerecord, reproduce and perform excerpts from the Recording, as visual and vocal use, in the soundtrack of and in timed relation with the Photoplay for the sole purpose of exhibiting [and exploiting] the Photoplay in motion picture theaters, on aircraft and ships at sea, and by means of telecasting, including without limitation, pay television, cable television and hotel-motel exhibitions. [Record Company] also grants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license to use the Recording, in the content of the entire Photoplay only, in video cassette , DVDs, blu-rays, and other video discs of the Photoplay sold for home use. You shall not have the right to reproduce or perform any part of the Recording in advertising of any nature without the prior written consent of [Record Company]).</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consideration of [Record Company]'s execution of this agreement and grant of such license: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shall pay [Record Company] the non-refundable sum of [amount, e.g., ten thousand dollars] upon the execution hereof.</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With regard to feature films,</w:t>
      </w:r>
      <w:r>
        <w:rPr>
          <w:rFonts w:ascii="Times New Roman" w:hAnsi="Times New Roman" w:eastAsia="Times New Roman" w:cs="Times New Roman"/>
          <w:b w:val="0"/>
          <w:sz w:val="24"/>
        </w:rPr>
        <w:t>] You shall accord [Record Company] screen credit, substantially as set forth below, with respect to the Recording on the negative and all positive prints of the Photoplay, including all video cassettes, DVDs, blu-rays, and other video discs.</w:t>
      </w:r>
    </w:p>
    <w:p>
      <w:pPr>
        <w:keepNext w:val="0"/>
        <w:spacing w:before="200" w:after="0" w:line="260" w:lineRule="exact"/>
        <w:ind w:left="1080" w:right="0" w:firstLine="0"/>
        <w:jc w:val="both"/>
      </w:pPr>
      <w:r>
        <w:rPr>
          <w:rFonts w:ascii="Times New Roman" w:hAnsi="Times New Roman" w:eastAsia="Times New Roman" w:cs="Times New Roman"/>
          <w:b w:val="0"/>
          <w:sz w:val="24"/>
        </w:rPr>
        <w:t>"[Recording]"</w:t>
      </w:r>
    </w:p>
    <w:p>
      <w:pPr>
        <w:keepNext w:val="0"/>
        <w:spacing w:before="200" w:after="0" w:line="260" w:lineRule="exact"/>
        <w:ind w:left="1080" w:right="0" w:firstLine="0"/>
        <w:jc w:val="both"/>
      </w:pPr>
      <w:r>
        <w:rPr>
          <w:rFonts w:ascii="Times New Roman" w:hAnsi="Times New Roman" w:eastAsia="Times New Roman" w:cs="Times New Roman"/>
          <w:b w:val="0"/>
          <w:sz w:val="24"/>
        </w:rPr>
        <w:t>Performed by [Artist]</w:t>
      </w:r>
    </w:p>
    <w:p>
      <w:pPr>
        <w:keepNext w:val="0"/>
        <w:spacing w:before="200" w:after="0" w:line="260" w:lineRule="exact"/>
        <w:ind w:left="1080" w:right="0" w:firstLine="0"/>
        <w:jc w:val="both"/>
      </w:pPr>
      <w:r>
        <w:rPr>
          <w:rFonts w:ascii="Times New Roman" w:hAnsi="Times New Roman" w:eastAsia="Times New Roman" w:cs="Times New Roman"/>
          <w:b w:val="0"/>
          <w:sz w:val="24"/>
        </w:rPr>
        <w:t>Courtesy of [Record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will require compliance with the foregoing screen credit requirements in all agreements for the distribution, exhibition, or other exploitation of the Photoplay.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representative of [Record Company] shall be afforded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screening of the Photoplay to assure that proper screen credit has been accorded to [Record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thirty (30) days after the date of the first exhibition of the Photoplay at which admission is charged (except so-called "sneak previews") or first exhibition of the Photoplay by television, whichever is earlier, you shall furnish [Record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accurate music cue sheet for the Photoplay.</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warrant, represent and agree that you will obtain in writing all requisite consents and permissions of labor organizations, the copyright owners, and the Artist (if applicable) whose performances are embodied in the Recording and that you will pay all re-use payments, fees, royalties and other sums required to be paid for such consents and permission, under applicable collective bargaining agreements, or otherwise in connection with your use of the Recording. If [Record Company] so requires, you will obtain from said persons and deliver to [Record Company] any document that [Record Company] requires to confirm that they will not look to [Record Company] for any payment in connection with the use of the Recording of the Photoplay. You will not be entitled to exercise the license granted to you herein until you have fully complied with the foregoing provisions of this clause. You will indemnify and hold us harmless from any and all claims, liabilities, losses, damages and expenses, including but not limited to attorneys' fees and legal expenses, arising from any breach of your warranties, representations or covenants under this agreement, or in any way resulting from or connected with your use of the Recording.</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[Record Company] warrants only that [Record Company] has the right to grant the license specified in clause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hereof. [Record Company] will indemnify and hold you harmless against any and all claims, liabilities, losses, damages or expenses actually incurred by you by reason of [Record Company]'s breach of said warranty, but [Record Company]'s aggregate liability to you shall be limited to the amount of the consideration actually paid by you to [Record Company]) hereunder. You accept said license without any other warranty or representation by [Record Company] or recourse against.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[Record Company] reserves exclusively to itself and its successors, licensees, and assigns all rights and uses in and to the Recording, whether now or hereafter known or in existence, except the limited use expressly licensed hereunder. By way of illustration and not of limitation, the following rights are specifically reserved to [Record Company] for its own use, and may not be exercised by you:</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rights of reproduction or use of the Recording on phonograph records, tapes and any other types of sound reproduction, in all media, whether now or hereafter known or in existence. Without limiting the generality of the foregoing, you shall not have the right to include or authorize the use of the Recording or any portion thereof in any phonograph record of the sound track of the Photoplay or any devices manufactured and sold primarily for home use or private viewing, other than the video cassettes, DVDs, blu-rays, and other video discs referred to in clause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above.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 to use the Recording in [</w:t>
      </w:r>
      <w:r>
        <w:rPr>
          <w:rFonts w:ascii="Times New Roman" w:hAnsi="Times New Roman" w:eastAsia="Times New Roman" w:cs="Times New Roman"/>
          <w:b w:val="0"/>
          <w:sz w:val="24"/>
        </w:rPr>
        <w:t>other</w:t>
      </w:r>
      <w:r>
        <w:rPr>
          <w:rFonts w:ascii="Times New Roman" w:hAnsi="Times New Roman" w:eastAsia="Times New Roman" w:cs="Times New Roman"/>
          <w:b w:val="0"/>
          <w:sz w:val="24"/>
        </w:rPr>
        <w:t>] motion pictures or other television programs including uses similar to that authorized thereunder.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 to alter the Recording in any way.</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license granted herein shall be of no force or effect until you shall pay the consideration specified in subclause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 comply with the screen credit requirements of subclause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and obtain the consents and permissions and make the payments required under clause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Said license shall terminate forthwith upon notice to you in the event of any material breach of your obligations hereunder, including without limitation, your obligation to furnish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cue sheet. Your failure to furnish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cue sheet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unless you have failed to deliver same within 30 days following your receipt of written notice by [Record Company] that such cue sheet has not been delivered. Any such termination shall be without prejudice to any other remedies [Record Company] may have against you. Notwithstanding any such termination, [Record Company] shall have the right to retain as its property all sums paid by you to [Record Company] hereunder, free of any claim by you.</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license herein granted may not be transferred or assigned by you, in whole or in part, without [Record Company]'s prior written consent [, except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or affiliate controlled by you, sub-distributor, licensee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firm or corporation acquiring all or substantially all of your stock and/or assets by way of merger, consolidation, sale or reorganization but such assignment shall not relieve you of your obligations hereunder].</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sets forth the entire agreement between you and [Record Company] with respect to the subject matter hereof, and no modification, amendment, waiver, termination or discharge of this agreement or any provisions hereof shall be binding upon us unless confirmed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[Record Company]. No waiver of any provision of or default under this agreement, shall affect [Production Company's] rights thereafter to enforce such provision or to exercise any right or remedy in the event of any other default, whether or not similar.</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shall license any other master recording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fee and/or upon terms more favorable to the licensor than we have been granted herein, then we shall also have the benefit of such more favorable terms.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validity, construction and effect of this agreement, and any and all modifications thereof, shall be governed by the laws of the State of [state] applicable to contracts entered into and performed entirely within the State of [state]. </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[The Record 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Its: [Signer's Title]</w:t>
      </w:r>
    </w:p>
    <w:p>
      <w:pPr>
        <w:keepNext w:val="0"/>
        <w:spacing w:before="120" w:after="0" w:line="260" w:lineRule="exact"/>
        <w:ind w:left="360" w:right="0" w:firstLine="0"/>
        <w:jc w:val="left"/>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Signatory</w:t>
      </w:r>
    </w:p>
    <w:p>
      <w:pPr>
        <w:keepNext w:val="0"/>
        <w:spacing w:before="200" w:after="0" w:line="260" w:lineRule="exact"/>
        <w:ind w:left="360" w:right="0" w:firstLine="0"/>
        <w:jc w:val="both"/>
      </w:pPr>
      <w:r>
        <w:rPr>
          <w:rFonts w:ascii="Times New Roman" w:hAnsi="Times New Roman" w:eastAsia="Times New Roman" w:cs="Times New Roman"/>
          <w:b w:val="0"/>
          <w:sz w:val="24"/>
        </w:rPr>
        <w:t>AGREED AND ACCEPTED</w:t>
      </w:r>
    </w:p>
    <w:p>
      <w:pPr>
        <w:keepNext w:val="0"/>
        <w:spacing w:before="200" w:after="0" w:line="260" w:lineRule="exact"/>
        <w:ind w:left="360" w:right="0" w:firstLine="0"/>
        <w:jc w:val="both"/>
      </w:pPr>
      <w:r>
        <w:rPr>
          <w:rFonts w:ascii="Times New Roman" w:hAnsi="Times New Roman" w:eastAsia="Times New Roman" w:cs="Times New Roman"/>
          <w:b w:val="0"/>
          <w:sz w:val="24"/>
        </w:rPr>
        <w:t>[Licensor]</w:t>
      </w:r>
    </w:p>
    <w:p>
      <w:pPr>
        <w:keepNext w:val="0"/>
        <w:spacing w:before="200" w:after="0" w:line="260" w:lineRule="exact"/>
        <w:ind w:left="360" w:right="0" w:firstLine="0"/>
        <w:jc w:val="both"/>
      </w:pPr>
      <w:r>
        <w:rPr>
          <w:rFonts w:ascii="Times New Roman" w:hAnsi="Times New Roman" w:eastAsia="Times New Roman" w:cs="Times New Roman"/>
          <w:b w:val="0"/>
          <w:sz w:val="24"/>
        </w:rPr>
        <w:t>By: 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Signatory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