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276" w:lineRule="auto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MATERNITY LEAVE LETTER OF INTENT</w:t>
      </w:r>
    </w:p>
    <w:p>
      <w:pPr>
        <w:spacing w:line="276" w:lineRule="auto"/>
      </w:pPr>
    </w:p>
    <w:p>
      <w:pPr>
        <w:spacing w:line="276" w:lineRule="auto"/>
      </w:pP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>[EMPLOYEE NAME]</w:t>
      </w: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>[EMPLOYEE ADDRESS]</w:t>
      </w: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>[EMPLOYEE CITY, STATE, ZIP CODE]</w:t>
      </w:r>
    </w:p>
    <w:p>
      <w:pPr>
        <w:spacing w:before="0" w:after="60" w:line="276" w:lineRule="auto"/>
      </w:pP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>
        <w:spacing w:before="0" w:after="60" w:line="276" w:lineRule="auto"/>
      </w:pP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>[EMPLOYER NAME]</w:t>
      </w: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>[EMPLOYER ADDRESS]</w:t>
      </w: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>[EMPLOYER CITY, STATE, ZIP CODE]</w:t>
      </w:r>
    </w:p>
    <w:p>
      <w:pPr>
        <w:spacing w:before="0" w:after="60" w:line="276" w:lineRule="auto"/>
      </w:pP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[EMPLOYER NAME]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I am writing to inform you that I am pregnant and intend on taking maternity leave. 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My physician has estimated that the baby is expected 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and I would like to remain working until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. I plan to take </w:t>
      </w:r>
      <w:r>
        <w:rPr>
          <w:rFonts w:ascii="Times New Roman" w:hAnsi="Times New Roman" w:eastAsia="Times New Roman" w:cs="Times New Roman"/>
          <w:sz w:val="24"/>
        </w:rPr>
        <w:t>[NUMBER]</w:t>
      </w:r>
      <w:r>
        <w:rPr>
          <w:rFonts w:ascii="Times New Roman" w:hAnsi="Times New Roman" w:eastAsia="Times New Roman" w:cs="Times New Roman"/>
          <w:sz w:val="24"/>
        </w:rPr>
        <w:t xml:space="preserve"> weeks off and,</w:t>
      </w:r>
      <w:r>
        <w:rPr>
          <w:rFonts w:ascii="Times New Roman" w:hAnsi="Times New Roman" w:eastAsia="Times New Roman" w:cs="Times New Roman"/>
          <w:sz w:val="24"/>
        </w:rPr>
        <w:t xml:space="preserve"> barring no medical issues or complications,</w:t>
      </w:r>
      <w:r>
        <w:rPr>
          <w:rFonts w:ascii="Times New Roman" w:hAnsi="Times New Roman" w:eastAsia="Times New Roman" w:cs="Times New Roman"/>
          <w:sz w:val="24"/>
        </w:rPr>
        <w:t xml:space="preserve"> I anticipate no problem with resuming my current position as </w:t>
      </w:r>
      <w:r>
        <w:rPr>
          <w:rFonts w:ascii="Times New Roman" w:hAnsi="Times New Roman" w:eastAsia="Times New Roman" w:cs="Times New Roman"/>
          <w:sz w:val="24"/>
        </w:rPr>
        <w:t>[POSITION TITLE]</w:t>
      </w:r>
      <w:r>
        <w:rPr>
          <w:rFonts w:ascii="Times New Roman" w:hAnsi="Times New Roman" w:eastAsia="Times New Roman" w:cs="Times New Roman"/>
          <w:sz w:val="24"/>
        </w:rPr>
        <w:t xml:space="preserve"> following my absence.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If you have any questions, I can be contacted via email at </w:t>
      </w:r>
      <w:r>
        <w:rPr>
          <w:rFonts w:ascii="Times New Roman" w:hAnsi="Times New Roman" w:eastAsia="Times New Roman" w:cs="Times New Roman"/>
          <w:sz w:val="24"/>
        </w:rPr>
        <w:t>[EMAIL ADDRESS]</w:t>
      </w:r>
      <w:r>
        <w:rPr>
          <w:rFonts w:ascii="Times New Roman" w:hAnsi="Times New Roman" w:eastAsia="Times New Roman" w:cs="Times New Roman"/>
          <w:sz w:val="24"/>
        </w:rPr>
        <w:t xml:space="preserve"> or by telephone at </w:t>
      </w:r>
      <w:r>
        <w:rPr>
          <w:rFonts w:ascii="Times New Roman" w:hAnsi="Times New Roman" w:eastAsia="Times New Roman" w:cs="Times New Roman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t>. Please inform me of any forms, doctor’s notes, or other information you require to enable this transition into my maternity.</w:t>
      </w:r>
    </w:p>
    <w:p>
      <w:pPr>
        <w:spacing w:before="0" w:after="180" w:line="276" w:lineRule="auto"/>
      </w:pPr>
    </w:p>
    <w:p>
      <w:pPr>
        <w:spacing w:before="0" w:after="180" w:line="276" w:lineRule="auto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___________________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[Print Name]</w:t>
      </w:r>
    </w:p>
    <w:p>
      <w:pPr>
        <w:spacing w:line="276" w:lineRule="auto"/>
      </w:pP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___________________</w:t>
      </w:r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>[Signature]</w:t>
      </w:r>
    </w:p>
    <w:p>
      <w:pPr>
        <w:spacing w:line="276" w:lineRule="auto"/>
      </w:pP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