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Medical Authorization Affidavit for Relative Caregiver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OF [NAME OF AFFIANT] UNDER Del. Code Ann. tit. 13, § 708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CONFERRING AUTHORITY ON [NAME OF CAREGIVER]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REGARDING MEDICAL TREATMENT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 [NAME(S) OF CHILD(REN)]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KNOW ALL MEN AND WOMEN BY THESE PRESENTS, that I, [name of affiant], of [county] County, State of Delaware, under authority of Title 13, Section 708 of the Delaware Code, hereby constitute and appoint [name of caregiver] ("Authorized Caregiver"), to have all authority regarding the medical treatment and all other aspects of the custody, care and guidance of my [child/children], [name(s) of child(ren)]. The Authorized Caregiver is my [relationship of caregiver to affiant], and [relationship of caregiver to minor] to the minor, and with whom the minor currently resides at [address of minor and caregiver].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authority conferred upon said Authorized Caregiver shall extend to all rights, powers, duties, obligations and discretions that are conferred by law or public policy upon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parent or guardian, including but not limited to granting consent to health care.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Said Authorized Caregiver may act for the purposes hereinabove described in every capacity and in respect of all matters and things as fully and effectively as I myself could do if personally present. No enumeration of specific powers contained herein shall be construed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limitation upon the foregoing general power nor shall any of the powers conferred herein upon said Authorized Caregiver be exhausted by the use thereof, but each shall be continuing.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Said Authorized Caregiver shall not be liable for any acts taken or omissions made in good faith pursuant to this Affidavit.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guardian is ever necessary for [name(s) of child(ren)], I request that the court having jurisdiction appoint [name of caregiver] as guardian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unless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guardian is necessary in the event of my death and I have appointed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different individual as testamentary guardian in my will, in which case, such appointment shall govern]. [</w:t>
      </w:r>
      <w:r>
        <w:rPr>
          <w:rFonts w:ascii="Times New Roman" w:hAnsi="Times New Roman" w:eastAsia="Times New Roman" w:cs="Times New Roman"/>
          <w:b/>
          <w:sz w:val="24"/>
        </w:rPr>
        <w:t>OPTIONAL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(if Military Instrument): Additionally, the necessity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guardian to be appointed shall include if I am [additional events upon which authority becomes effective (e.g., missing in action, captured,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prisoner of war, or otherwise unable to care for my child due to absence)].]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Authorization is valid for one year from the date on which this instrument is notarized as shown below.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I HEREBY RATIFY AND CONFIRM any and all acts which said Authorized Caregiver shall lawfully do or cause to be done.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I have set my hand and affixed my seal on this [day]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(SEAL)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_____ day of ____________________, 20__, [name of affiant], personally appeared before me, known to me to be the person described in and who executed the foregoing instrument and s/he acknowledged that s/he executed the same and being duly sworn by me, made oath that the statements in the foregoing instrument are true.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[NAME OF AFFIANT]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UNDER Del. Code Ann. tit. 13, § 708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CONFERRING AUTHORITY ON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CAREGIVER]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REGARDING MEDICAL TREATMENT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[NAME(S) OF CHILD(REN)]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ACKNOWLEDGMENT OF [NAME OF CAREGIVER]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KNOW ALL MEN AND WOMEN BY THESE PRESENTS that I, [name of caregiver], the Authorized Caregiver under the attached Affidavit of [name of affiant] conferring authority on me regarding the medical treatment of [name(s) of child(ren)], certify and truthfully affirms that I am over the age of 18, that at the time of the presentation of this instrument said minor(s) reside(s) with me, I am the minor [child's/children's] [relationship of caregiver to child(ren)] and all actions taken in connection hereunder are done under the express authority of said Affidavit of [name of affiant].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 signing this Acknowledgment, I understand that if I am making false statements I am subject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minimum civil penalty of $1,000. I may also be subject to criminal prosecution.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hereby declare, certify and state under penalty of perjury that the foregoing statements are true and correct to the best of my knowledge.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(SEAL)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CAREGIVER]</w:t>
      </w:r>
    </w:p>
    <w:p>
      <w:pPr/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_____ day of ____________________, 20_____, [name of caregiver], personally appeared before me, known to me to be the person described in and who executed the foregoing instrument and s/he acknowledged that s/he executed the same and being duly sworn by me, made oath that the statements in the foregoing instrument are true.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