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76" w:lineRule="auto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MEDICAL BILL RECEIPT</w:t>
      </w:r>
    </w:p>
    <w:p>
      <w:pPr/>
    </w:p>
    <w:p>
      <w:pPr>
        <w:spacing w:line="276" w:lineRule="auto"/>
      </w:pP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Receipt Number: 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Date: 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Name of Medical Institution: ___________________________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Practitioner Name: ___________________________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License Number: ___________________________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Address: ___________________________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City/State/ZIP: ___________________________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b/>
          <w:sz w:val="24"/>
        </w:rPr>
        <w:t>Patient Information: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Name:</w:t>
      </w:r>
      <w:r>
        <w:rPr>
          <w:rFonts w:ascii="Times New Roman" w:hAnsi="Times New Roman" w:eastAsia="Times New Roman" w:cs="Times New Roman"/>
          <w:sz w:val="24"/>
        </w:rPr>
        <w:t xml:space="preserve"> ___________________________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Street Address:</w:t>
      </w:r>
      <w:r>
        <w:rPr>
          <w:rFonts w:ascii="Times New Roman" w:hAnsi="Times New Roman" w:eastAsia="Times New Roman" w:cs="Times New Roman"/>
          <w:sz w:val="24"/>
        </w:rPr>
        <w:t xml:space="preserve"> __________________________________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City/State/ZIP: ___________________________</w:t>
      </w:r>
    </w:p>
    <w:p>
      <w:pPr>
        <w:spacing w:line="276" w:lineRule="auto"/>
      </w:pPr>
    </w:p>
    <w:p>
      <w:pPr>
        <w:spacing w:line="276" w:lineRule="auto"/>
      </w:pPr>
    </w:p>
    <w:p>
      <w:pPr>
        <w:spacing w:line="276" w:lineRule="auto"/>
        <w:ind w:firstLine="720"/>
      </w:pPr>
      <w:r>
        <w:rPr>
          <w:rFonts w:ascii="Times New Roman" w:hAnsi="Times New Roman" w:eastAsia="Times New Roman" w:cs="Times New Roman"/>
          <w:sz w:val="24"/>
        </w:rPr>
        <w:t xml:space="preserve">  </w:t>
      </w:r>
      <w:r>
        <w:rPr>
          <w:rFonts w:ascii="Times New Roman" w:hAnsi="Times New Roman" w:eastAsia="Times New Roman" w:cs="Times New Roman"/>
          <w:sz w:val="24"/>
        </w:rPr>
        <w:t>Subtotal:</w:t>
      </w:r>
      <w:r>
        <w:rPr>
          <w:rFonts w:ascii="Times New Roman" w:hAnsi="Times New Roman" w:eastAsia="Times New Roman" w:cs="Times New Roman"/>
          <w:sz w:val="24"/>
        </w:rPr>
        <w:t xml:space="preserve"> $_________________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Tax Rate (____</w:t>
      </w:r>
      <w:r>
        <w:rPr>
          <w:rFonts w:ascii="Times New Roman" w:hAnsi="Times New Roman" w:eastAsia="Times New Roman" w:cs="Times New Roman"/>
          <w:sz w:val="24"/>
        </w:rPr>
        <w:t>):_________________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Total:</w:t>
      </w:r>
      <w:r>
        <w:rPr>
          <w:rFonts w:ascii="Times New Roman" w:hAnsi="Times New Roman" w:eastAsia="Times New Roman" w:cs="Times New Roman"/>
          <w:sz w:val="24"/>
        </w:rPr>
        <w:t xml:space="preserve"> $_________________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                      </w:t>
      </w:r>
      <w:r>
        <w:rPr>
          <w:rFonts w:ascii="Times New Roman" w:hAnsi="Times New Roman" w:eastAsia="Times New Roman" w:cs="Times New Roman"/>
          <w:b/>
          <w:sz w:val="24"/>
        </w:rPr>
        <w:t>Amount Paid</w:t>
      </w:r>
      <w:r>
        <w:rPr>
          <w:rFonts w:ascii="Times New Roman" w:hAnsi="Times New Roman" w:eastAsia="Times New Roman" w:cs="Times New Roman"/>
          <w:sz w:val="24"/>
        </w:rPr>
        <w:t>: $_________________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Payment Method: 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Card/Check No.: _________________</w:t>
      </w:r>
    </w:p>
    <w:p>
      <w:pPr>
        <w:spacing w:line="276" w:lineRule="auto"/>
      </w:pPr>
    </w:p>
    <w:p>
      <w:pPr>
        <w:spacing w:line="276" w:lineRule="auto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