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MEDICAL POWER OF ATTORNEY</w:t>
      </w:r>
      <w:r>
        <w:rPr>
          <w:rFonts w:ascii="Times New Roman" w:hAnsi="Times New Roman" w:eastAsia="Times New Roman" w:cs="Times New Roman"/>
          <w:b/>
          <w:sz w:val="24"/>
        </w:rPr>
        <w:br/>
      </w: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 xml:space="preserve">IT IS IMPORTANT THAT YOU REVIEW THE FOLLOWING INFORMATION BEFORE YOU SIGN THIS DOCUMENT. READ THE INFORMATION CAREFULLY AND SEEK GUIDANCE FROM A HEALTHCARE PROFESSIONAL OR ATTORNEY IF YOU DO NOT UNDERSTAND ANY OF THE TERMS. </w:t>
      </w:r>
    </w:p>
    <w:p>
      <w:pPr/>
    </w:p>
    <w:p>
      <w:pPr/>
      <w:r>
        <w:rPr>
          <w:rFonts w:ascii="Times New Roman" w:hAnsi="Times New Roman" w:eastAsia="Times New Roman" w:cs="Times New Roman"/>
          <w:sz w:val="24"/>
        </w:rPr>
        <w:t xml:space="preserve">By signing this document, you are giving authority to the person you are designating as your agent to make medical decisions on your behalf. Medical decisions can include any medical service, treatment, medical procedure, diagnosis or treat both mental and physical conditions. Your agent will be able to act with the same authority you would have if you were able to act for yourself and will have the authority to consent, refuse to consent to medical treatment including decisions about withdrawing or withholding life-sustaining treatment. It is, therefore, important that you know and trust your agent and that your agent is aware of your preferences for health care treatment. </w:t>
      </w:r>
    </w:p>
    <w:p>
      <w:pPr/>
    </w:p>
    <w:p>
      <w:pPr/>
      <w:r>
        <w:rPr>
          <w:rFonts w:ascii="Times New Roman" w:hAnsi="Times New Roman" w:eastAsia="Times New Roman" w:cs="Times New Roman"/>
          <w:sz w:val="24"/>
        </w:rPr>
        <w:t xml:space="preserve">Even after you sign this document, you will still be able to make your health care decisions assuming you are still considered mentally competent. Your agent cannot act on your behalf until your physician has determined that you are no longer physically or mentally able to make medical decisions. </w:t>
      </w:r>
    </w:p>
    <w:p>
      <w:pPr/>
    </w:p>
    <w:p>
      <w:pPr/>
      <w:r>
        <w:rPr>
          <w:rFonts w:ascii="Times New Roman" w:hAnsi="Times New Roman" w:eastAsia="Times New Roman" w:cs="Times New Roman"/>
          <w:sz w:val="24"/>
        </w:rPr>
        <w:t>The person you choose as your agent must be at least eighteen years old and someone that you trust with your health care. Your agent is not liable for any decisions they make on your behalf, as long as those decisions were made in good faith. You should make sure that you have chosen agent wants to take on the role as agent. Discuss your medical preferences with your agent so they are aware of your wishes. Review this document with your agent so they are aware of their role. You also may choose a back-up agent in case your other agent is unavailable to act. Your back-up agent should also be over 18 and aware of your preferences.</w:t>
      </w:r>
    </w:p>
    <w:p>
      <w:pPr/>
    </w:p>
    <w:p>
      <w:pPr/>
      <w:r>
        <w:rPr>
          <w:rFonts w:ascii="Times New Roman" w:hAnsi="Times New Roman" w:eastAsia="Times New Roman" w:cs="Times New Roman"/>
          <w:sz w:val="24"/>
        </w:rPr>
        <w:t>You may revoke this document at any time while you are still competent to do so. You may revoke it by telling your medical provider and your agent that you are revoking the document or you may provide them a written revocation. If you execute another power of attorney later, that will have the effect of revoking this one.</w:t>
      </w:r>
    </w:p>
    <w:p>
      <w:pPr/>
    </w:p>
    <w:p>
      <w:pPr/>
      <w:r>
        <w:rPr>
          <w:rFonts w:ascii="Times New Roman" w:hAnsi="Times New Roman" w:eastAsia="Times New Roman" w:cs="Times New Roman"/>
          <w:sz w:val="24"/>
        </w:rPr>
        <w:t xml:space="preserve">In order for this document to be valid, it must be signed in the presence of a notary or two witnesses. If you choose to have two witnesses sign, they must be at least 18, competent and independent and not your agent or related to your agent. </w:t>
      </w:r>
    </w:p>
    <w:p>
      <w:pPr/>
    </w:p>
    <w:p>
      <w:pPr>
        <w:spacing w:before="0" w:after="0"/>
        <w:jc w:val="center"/>
      </w:pPr>
      <w:r>
        <w:rPr>
          <w:rFonts w:ascii="Times New Roman" w:hAnsi="Times New Roman" w:eastAsia="Times New Roman" w:cs="Times New Roman"/>
          <w:b/>
          <w:sz w:val="24"/>
        </w:rPr>
        <w:t>MEDICAL POWER OF ATTORNEY</w:t>
      </w:r>
    </w:p>
    <w:p>
      <w:pPr/>
    </w:p>
    <w:p>
      <w:pPr/>
    </w:p>
    <w:p>
      <w:pPr/>
      <w:r>
        <w:rPr>
          <w:rFonts w:ascii="Times New Roman" w:hAnsi="Times New Roman" w:eastAsia="Times New Roman" w:cs="Times New Roman"/>
          <w:b/>
          <w:sz w:val="24"/>
        </w:rPr>
        <w:t>APPOINTMENT OF HEALTH CARE AGENT</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LEGALLY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[AGENT'S ADDRESS]</w:t>
      </w:r>
      <w:r>
        <w:rPr>
          <w:rFonts w:ascii="Times New Roman" w:hAnsi="Times New Roman" w:eastAsia="Times New Roman" w:cs="Times New Roman"/>
          <w:sz w:val="24"/>
        </w:rPr>
        <w:t xml:space="preserve">, as my Agent to make medical decisions on my behalf, except to the extent I limit those decisions in this document. This power of attorney takes effect with my signature and when my doctor certifies in writing that I can no longer make health care decisions. </w:t>
      </w:r>
    </w:p>
    <w:p>
      <w:pPr/>
    </w:p>
    <w:p>
      <w:pPr/>
      <w:r>
        <w:rPr>
          <w:rFonts w:ascii="Times New Roman" w:hAnsi="Times New Roman" w:eastAsia="Times New Roman" w:cs="Times New Roman"/>
          <w:sz w:val="24"/>
        </w:rPr>
        <w:t>The Agent can be reached at the following contact details: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[PHONE]</w:t>
      </w:r>
    </w:p>
    <w:p>
      <w:pPr/>
      <w:r>
        <w:rPr>
          <w:rFonts w:ascii="Times New Roman" w:hAnsi="Times New Roman" w:eastAsia="Times New Roman" w:cs="Times New Roman"/>
          <w:sz w:val="24"/>
        </w:rPr>
        <w:t xml:space="preserve">E-Mail: </w:t>
      </w:r>
      <w:r>
        <w:rPr>
          <w:rFonts w:ascii="Times New Roman" w:hAnsi="Times New Roman" w:eastAsia="Times New Roman" w:cs="Times New Roman"/>
          <w:sz w:val="24"/>
        </w:rPr>
        <w:t>[E-MAIL ADDRESS]</w:t>
      </w:r>
    </w:p>
    <w:p>
      <w:pPr/>
    </w:p>
    <w:p>
      <w:pPr/>
      <w:r>
        <w:rPr>
          <w:rFonts w:ascii="Times New Roman" w:hAnsi="Times New Roman" w:eastAsia="Times New Roman" w:cs="Times New Roman"/>
          <w:b/>
          <w:sz w:val="24"/>
        </w:rPr>
        <w:t>LIMITATIONS ON MY AGENT</w:t>
      </w:r>
    </w:p>
    <w:p>
      <w:pPr/>
    </w:p>
    <w:p>
      <w:pPr/>
      <w:r>
        <w:rPr>
          <w:rFonts w:ascii="Times New Roman" w:hAnsi="Times New Roman" w:eastAsia="Times New Roman" w:cs="Times New Roman"/>
          <w:sz w:val="24"/>
        </w:rPr>
        <w:t xml:space="preserve">My agent is authorized to make all medical decisions on my behalf </w:t>
      </w:r>
      <w:r>
        <w:rPr>
          <w:rFonts w:ascii="Times New Roman" w:hAnsi="Times New Roman" w:eastAsia="Times New Roman" w:cs="Times New Roman"/>
          <w:b/>
          <w:sz w:val="24"/>
        </w:rPr>
        <w:t>EXCEPT</w:t>
      </w:r>
      <w:r>
        <w:rPr>
          <w:rFonts w:ascii="Times New Roman" w:hAnsi="Times New Roman" w:eastAsia="Times New Roman" w:cs="Times New Roman"/>
          <w:sz w:val="24"/>
        </w:rPr>
        <w:t>:</w:t>
      </w:r>
    </w:p>
    <w:p>
      <w:pPr/>
    </w:p>
    <w:p>
      <w:pPr/>
      <w:r>
        <w:rPr>
          <w:rFonts w:ascii="Times New Roman" w:hAnsi="Times New Roman" w:eastAsia="Times New Roman" w:cs="Times New Roman"/>
          <w:b/>
          <w:sz w:val="24"/>
        </w:rPr>
        <w:t>APPOINTMENT OF ALTERNATE AGENT</w:t>
      </w:r>
    </w:p>
    <w:p>
      <w:pPr/>
    </w:p>
    <w:p>
      <w:pPr/>
      <w:r>
        <w:rPr>
          <w:rFonts w:ascii="Times New Roman" w:hAnsi="Times New Roman" w:eastAsia="Times New Roman" w:cs="Times New Roman"/>
          <w:sz w:val="24"/>
        </w:rPr>
        <w:t xml:space="preserve">If my agent appointed above is unable or unwilling to serve as my agent, I appoint the following person(s) to serve as agents in the order set forth below with the authority to make health care decisions on my behalf as provided herein: </w:t>
      </w:r>
    </w:p>
    <w:p>
      <w:pPr/>
    </w:p>
    <w:p>
      <w:pPr/>
      <w:r>
        <w:rPr>
          <w:rFonts w:ascii="Times New Roman" w:hAnsi="Times New Roman" w:eastAsia="Times New Roman" w:cs="Times New Roman"/>
          <w:sz w:val="24"/>
        </w:rPr>
        <w:t>First Alternate Agent</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[1ST ALTERNATE AGENT'S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[1ST ALTERNATE AGENT'S PHONE]</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[1ST ALTERNATE AGENT'S ADDRESS]</w:t>
      </w:r>
    </w:p>
    <w:p>
      <w:pPr/>
    </w:p>
    <w:p>
      <w:pPr/>
      <w:r>
        <w:rPr>
          <w:rFonts w:ascii="Times New Roman" w:hAnsi="Times New Roman" w:eastAsia="Times New Roman" w:cs="Times New Roman"/>
          <w:sz w:val="24"/>
        </w:rPr>
        <w:t>Second Alternate Agent</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[2ND ALTERNATE AGENT'S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[2ND ALTERNATE AGENT'S PHONE]</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[2ND ALTERNATE AGENT'S ADDRESS]</w:t>
      </w:r>
    </w:p>
    <w:p>
      <w:pPr/>
    </w:p>
    <w:p>
      <w:pPr/>
      <w:r>
        <w:rPr>
          <w:rFonts w:ascii="Times New Roman" w:hAnsi="Times New Roman" w:eastAsia="Times New Roman" w:cs="Times New Roman"/>
          <w:b/>
          <w:sz w:val="24"/>
        </w:rPr>
        <w:t>ORIGINAL AND COPIES OF THIS DOCUMENT</w:t>
      </w:r>
    </w:p>
    <w:p>
      <w:pPr/>
    </w:p>
    <w:p>
      <w:pPr/>
      <w:r>
        <w:rPr>
          <w:rFonts w:ascii="Times New Roman" w:hAnsi="Times New Roman" w:eastAsia="Times New Roman" w:cs="Times New Roman"/>
          <w:sz w:val="24"/>
        </w:rPr>
        <w:t>The original document is/will be filed at the following location(s):</w:t>
      </w:r>
    </w:p>
    <w:p>
      <w:pPr/>
    </w:p>
    <w:p>
      <w:pPr>
        <w:ind w:firstLine="720"/>
      </w:pPr>
      <w:r>
        <w:rPr>
          <w:rFonts w:ascii="Times New Roman" w:hAnsi="Times New Roman" w:eastAsia="Times New Roman" w:cs="Times New Roman"/>
          <w:sz w:val="24"/>
        </w:rPr>
        <w:t>I have/will provide copies of my medical power of attorney to the following:</w:t>
      </w:r>
    </w:p>
    <w:p>
      <w:pPr/>
    </w:p>
    <w:p>
      <w:pPr/>
      <w:r>
        <w:rPr>
          <w:rFonts w:ascii="Times New Roman" w:hAnsi="Times New Roman" w:eastAsia="Times New Roman" w:cs="Times New Roman"/>
          <w:b/>
          <w:sz w:val="24"/>
        </w:rPr>
        <w:t>DURATION</w:t>
      </w:r>
    </w:p>
    <w:p>
      <w:pPr/>
    </w:p>
    <w:p>
      <w:pPr/>
      <w:r>
        <w:rPr>
          <w:rFonts w:ascii="Times New Roman" w:hAnsi="Times New Roman" w:eastAsia="Times New Roman" w:cs="Times New Roman"/>
          <w:sz w:val="24"/>
        </w:rPr>
        <w:t xml:space="preserve">Unless stated otherwise herein, this document shall remain in effect until I revoke it. I understand that I cannot revoke this document during the time I am considered incompetent to make my own decisions. </w:t>
      </w:r>
    </w:p>
    <w:p>
      <w:pPr/>
    </w:p>
    <w:p>
      <w:pPr/>
      <w:r>
        <w:rPr>
          <w:rFonts w:ascii="Times New Roman" w:hAnsi="Times New Roman" w:eastAsia="Times New Roman" w:cs="Times New Roman"/>
          <w:sz w:val="24"/>
        </w:rPr>
        <w:t>This power of attorney shall continue: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IN PERPETUITY</w:t>
      </w:r>
      <w:r>
        <w:rPr>
          <w:rFonts w:ascii="Times New Roman" w:hAnsi="Times New Roman" w:eastAsia="Times New Roman" w:cs="Times New Roman"/>
          <w:sz w:val="24"/>
        </w:rPr>
        <w:t xml:space="preserve">. </w:t>
      </w:r>
      <w:r>
        <w:rPr>
          <w:rFonts w:ascii="Times New Roman" w:hAnsi="Times New Roman" w:eastAsia="Times New Roman" w:cs="Times New Roman"/>
          <w:sz w:val="24"/>
        </w:rPr>
        <w:t>This power of attorney shall expire upon my death or written revocation.</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This power of attorney shall expire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b/>
          <w:sz w:val="24"/>
        </w:rPr>
        <w:t>PRIOR MEDICAL POWER OF ATTORNEY</w:t>
      </w:r>
    </w:p>
    <w:p>
      <w:pPr/>
    </w:p>
    <w:p>
      <w:pPr/>
      <w:r>
        <w:rPr>
          <w:rFonts w:ascii="Times New Roman" w:hAnsi="Times New Roman" w:eastAsia="Times New Roman" w:cs="Times New Roman"/>
          <w:sz w:val="24"/>
        </w:rPr>
        <w:t>By signing this document, I hereby revoke any and all prior medical powers of attorney that I may have executed.</w:t>
      </w:r>
    </w:p>
    <w:p>
      <w:pPr>
        <w:spacing w:before="0" w:after="0"/>
      </w:pPr>
      <w:r>
        <w:rPr>
          <w:rFonts w:ascii="Times New Roman" w:hAnsi="Times New Roman" w:eastAsia="Times New Roman" w:cs="Times New Roman"/>
          <w:b/>
          <w:sz w:val="24"/>
        </w:rPr>
        <w:t>LEGAL REQUIREMENTS</w:t>
      </w:r>
      <w:r>
        <w:rPr>
          <w:rFonts w:ascii="Times New Roman" w:hAnsi="Times New Roman" w:eastAsia="Times New Roman" w:cs="Times New Roman"/>
          <w:sz w:val="24"/>
        </w:rPr>
        <w:t xml:space="preserve"> (STATE LAW)</w:t>
      </w:r>
    </w:p>
    <w:p>
      <w:pPr/>
    </w:p>
    <w:p>
      <w:pPr/>
      <w:r>
        <w:rPr>
          <w:rFonts w:ascii="Times New Roman" w:hAnsi="Times New Roman" w:eastAsia="Times New Roman" w:cs="Times New Roman"/>
          <w:sz w:val="24"/>
        </w:rPr>
        <w:t xml:space="preserve">YOU MUST DATE AND SIGN THIS POWER OF ATTORNEY. YOU MAY SIGN AND HAVE YOUR SIGNATURE ACKNOWLEDGED BEFORE A </w:t>
      </w:r>
      <w:r>
        <w:rPr>
          <w:rFonts w:ascii="Times New Roman" w:hAnsi="Times New Roman" w:eastAsia="Times New Roman" w:cs="Times New Roman"/>
          <w:b/>
          <w:sz w:val="24"/>
        </w:rPr>
        <w:t>NOTARY PUBLIC</w:t>
      </w:r>
      <w:r>
        <w:rPr>
          <w:rFonts w:ascii="Times New Roman" w:hAnsi="Times New Roman" w:eastAsia="Times New Roman" w:cs="Times New Roman"/>
          <w:sz w:val="24"/>
        </w:rPr>
        <w:t>:</w:t>
      </w:r>
    </w:p>
    <w:p>
      <w:pPr/>
    </w:p>
    <w:p>
      <w:pPr/>
      <w:r>
        <w:rPr>
          <w:rFonts w:ascii="Times New Roman" w:hAnsi="Times New Roman" w:eastAsia="Times New Roman" w:cs="Times New Roman"/>
          <w:sz w:val="24"/>
        </w:rPr>
        <w:t>AND / OR</w:t>
      </w:r>
    </w:p>
    <w:p>
      <w:pPr/>
    </w:p>
    <w:p>
      <w:pPr/>
      <w:r>
        <w:rPr>
          <w:rFonts w:ascii="Times New Roman" w:hAnsi="Times New Roman" w:eastAsia="Times New Roman" w:cs="Times New Roman"/>
          <w:sz w:val="24"/>
        </w:rPr>
        <w:t xml:space="preserve">SIGN IN THE PRESENCE OF </w:t>
      </w:r>
      <w:r>
        <w:rPr>
          <w:rFonts w:ascii="Times New Roman" w:hAnsi="Times New Roman" w:eastAsia="Times New Roman" w:cs="Times New Roman"/>
          <w:b/>
          <w:sz w:val="24"/>
        </w:rPr>
        <w:t>TWO COMPETENT ADULT WITNESSES</w:t>
      </w:r>
      <w:r>
        <w:rPr>
          <w:rFonts w:ascii="Times New Roman" w:hAnsi="Times New Roman" w:eastAsia="Times New Roman" w:cs="Times New Roman"/>
          <w:sz w:val="24"/>
        </w:rPr>
        <w:t xml:space="preserve"> NOT RELATED BY BLOOD OR MARRIAGE.</w:t>
      </w:r>
    </w:p>
    <w:p>
      <w:pPr/>
    </w:p>
    <w:p>
      <w:pPr/>
      <w:r>
        <w:rPr>
          <w:rFonts w:ascii="Times New Roman" w:hAnsi="Times New Roman" w:eastAsia="Times New Roman" w:cs="Times New Roman"/>
          <w:b/>
          <w:sz w:val="24"/>
        </w:rPr>
        <w:t xml:space="preserve">EXECUTION </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____________________________________</w:t>
      </w:r>
    </w:p>
    <w:p>
      <w:pPr/>
      <w:r>
        <w:rPr>
          <w:rFonts w:ascii="Times New Roman" w:hAnsi="Times New Roman" w:eastAsia="Times New Roman" w:cs="Times New Roman"/>
          <w:sz w:val="24"/>
        </w:rPr>
        <w:t xml:space="preserve">Print Name: __________________ Date: __________________ </w:t>
      </w:r>
    </w:p>
    <w:p>
      <w:pPr/>
    </w:p>
    <w:p>
      <w:pPr/>
      <w:r>
        <w:rPr>
          <w:rFonts w:ascii="Times New Roman" w:hAnsi="Times New Roman" w:eastAsia="Times New Roman" w:cs="Times New Roman"/>
          <w:sz w:val="24"/>
        </w:rPr>
        <w:t>NOTARY ACKNOWLEDGMENT</w:t>
      </w:r>
    </w:p>
    <w:p>
      <w:pPr/>
    </w:p>
    <w:p>
      <w:pPr/>
      <w:r>
        <w:rPr>
          <w:rFonts w:ascii="Times New Roman" w:hAnsi="Times New Roman" w:eastAsia="Times New Roman" w:cs="Times New Roman"/>
          <w:sz w:val="24"/>
        </w:rPr>
        <w:br/>
        <w:t>State of: __________________}</w:t>
      </w:r>
    </w:p>
    <w:p>
      <w:pPr/>
      <w:r>
        <w:rPr>
          <w:rFonts w:ascii="Times New Roman" w:hAnsi="Times New Roman" w:eastAsia="Times New Roman" w:cs="Times New Roman"/>
          <w:sz w:val="24"/>
        </w:rPr>
        <w:t xml:space="preserve">County of: __________________} </w:t>
      </w:r>
    </w:p>
    <w:p>
      <w:pPr/>
    </w:p>
    <w:p>
      <w:pPr/>
      <w:r>
        <w:rPr>
          <w:rFonts w:ascii="Times New Roman" w:hAnsi="Times New Roman" w:eastAsia="Times New Roman" w:cs="Times New Roman"/>
          <w:sz w:val="24"/>
        </w:rPr>
        <w:t xml:space="preserve">On this ____ day of __________________, 20____, before me appeared ____________________, as Principal of this Medical Power of Attorney who proved to me through government issued photo identification to be the above-named person, in my presence executed foregoing instrument and acknowledged that (s)he executed the same as his/her free act and deed. </w:t>
      </w:r>
    </w:p>
    <w:p>
      <w:pPr/>
    </w:p>
    <w:p>
      <w:pPr/>
      <w:r>
        <w:rPr>
          <w:rFonts w:ascii="Times New Roman" w:hAnsi="Times New Roman" w:eastAsia="Times New Roman" w:cs="Times New Roman"/>
          <w:sz w:val="24"/>
        </w:rPr>
        <w:t xml:space="preserve">Notary Public: </w:t>
      </w:r>
      <w:r>
        <w:rPr>
          <w:rFonts w:ascii="Times New Roman" w:hAnsi="Times New Roman" w:eastAsia="Times New Roman" w:cs="Times New Roman"/>
          <w:sz w:val="24"/>
        </w:rPr>
        <w:t>____________________________________</w:t>
      </w:r>
    </w:p>
    <w:p>
      <w:pPr/>
      <w:r>
        <w:rPr>
          <w:rFonts w:ascii="Times New Roman" w:hAnsi="Times New Roman" w:eastAsia="Times New Roman" w:cs="Times New Roman"/>
          <w:sz w:val="24"/>
        </w:rPr>
        <w:t>Print Name: __________________</w:t>
        <w:tab/>
        <w:tab/>
        <w:tab/>
        <w:tab/>
        <w:tab/>
      </w:r>
    </w:p>
    <w:p>
      <w:pPr/>
      <w:r>
        <w:rPr>
          <w:rFonts w:ascii="Times New Roman" w:hAnsi="Times New Roman" w:eastAsia="Times New Roman" w:cs="Times New Roman"/>
          <w:sz w:val="24"/>
        </w:rPr>
        <w:t>My commission expires: __________________</w:t>
      </w:r>
    </w:p>
    <w:p>
      <w:pPr/>
    </w:p>
    <w:p>
      <w:pPr>
        <w:spacing w:before="0" w:after="0"/>
      </w:pPr>
    </w:p>
    <w:p>
      <w:pPr/>
      <w:r>
        <w:rPr>
          <w:rFonts w:ascii="Times New Roman" w:hAnsi="Times New Roman" w:eastAsia="Times New Roman" w:cs="Times New Roman"/>
          <w:sz w:val="24"/>
        </w:rPr>
        <w:t>WITNESS STATEMENT AND ACKNOWLEDGMENT</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am not the person appointed as agent or successor agent in this medical power of attorney. I am not related to the principal of this document by blood or marriage. I am not entitled to any portion of the principal’s estate, nor do I have any claim against the principal’s estate. I am not the attending physician of the principal or an employee of the attending physician. I am not involved in providing direct patient care to the principal and am not an officer, director, partner, or business office employee of the health care facility or of any parent organization of the health care facility.</w:t>
      </w:r>
    </w:p>
    <w:p>
      <w:pPr/>
    </w:p>
    <w:p>
      <w:pPr/>
      <w:r>
        <w:rPr>
          <w:rFonts w:ascii="Times New Roman" w:hAnsi="Times New Roman" w:eastAsia="Times New Roman" w:cs="Times New Roman"/>
          <w:sz w:val="24"/>
        </w:rPr>
        <w:t>SIGNATURE OF FIRST WITNESS:</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____________________________________</w:t>
      </w:r>
    </w:p>
    <w:p>
      <w:pPr/>
      <w:r>
        <w:rPr>
          <w:rFonts w:ascii="Times New Roman" w:hAnsi="Times New Roman" w:eastAsia="Times New Roman" w:cs="Times New Roman"/>
          <w:sz w:val="24"/>
        </w:rPr>
        <w:t xml:space="preserve">Print Name: __________________ Date: __________________ </w:t>
      </w:r>
    </w:p>
    <w:p>
      <w:pPr/>
      <w:r>
        <w:rPr>
          <w:rFonts w:ascii="Times New Roman" w:hAnsi="Times New Roman" w:eastAsia="Times New Roman" w:cs="Times New Roman"/>
          <w:sz w:val="24"/>
        </w:rPr>
        <w:t>Address: ____________________________________</w:t>
      </w:r>
    </w:p>
    <w:p>
      <w:pPr/>
    </w:p>
    <w:p>
      <w:pPr/>
      <w:r>
        <w:rPr>
          <w:rFonts w:ascii="Times New Roman" w:hAnsi="Times New Roman" w:eastAsia="Times New Roman" w:cs="Times New Roman"/>
          <w:sz w:val="24"/>
        </w:rPr>
        <w:t>SIGNATURE OF SECOND WITNESS</w:t>
      </w:r>
      <w:r>
        <w:rPr>
          <w:rFonts w:ascii="Times New Roman" w:hAnsi="Times New Roman" w:eastAsia="Times New Roman" w:cs="Times New Roman"/>
          <w:sz w:val="24"/>
        </w:rPr>
        <w:t>:</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____________________________________</w:t>
      </w:r>
    </w:p>
    <w:p>
      <w:pPr/>
      <w:r>
        <w:rPr>
          <w:rFonts w:ascii="Times New Roman" w:hAnsi="Times New Roman" w:eastAsia="Times New Roman" w:cs="Times New Roman"/>
          <w:sz w:val="24"/>
        </w:rPr>
        <w:t xml:space="preserve">Print Name: __________________ Date: __________________ </w:t>
      </w:r>
    </w:p>
    <w:p>
      <w:pPr/>
      <w:r>
        <w:rPr>
          <w:rFonts w:ascii="Times New Roman" w:hAnsi="Times New Roman" w:eastAsia="Times New Roman" w:cs="Times New Roman"/>
          <w:sz w:val="24"/>
        </w:rPr>
        <w:t>Address: ____________________________________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