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Medical Power of Attorney and Advance Health Care Directive </w:t>
      </w:r>
    </w:p>
    <w:p>
      <w:pPr>
        <w:keepNext w:val="0"/>
        <w:spacing w:after="0" w:line="240" w:lineRule="exact"/>
        <w:ind w:right="0"/>
        <w:jc w:val="both"/>
      </w:pPr>
    </w:p>
    <w:p>
      <w:pPr>
        <w:keepNext w:val="0"/>
        <w:spacing w:before="200" w:after="0" w:line="260" w:lineRule="exact"/>
        <w:ind w:left="360" w:right="0" w:firstLine="0"/>
        <w:jc w:val="center"/>
      </w:pPr>
      <w:r>
        <w:rPr>
          <w:rFonts w:ascii="Times New Roman" w:hAnsi="Times New Roman" w:eastAsia="Times New Roman" w:cs="Times New Roman"/>
          <w:b/>
          <w:sz w:val="24"/>
        </w:rPr>
        <w:t>DURABLE HEALTH CARE POWER OF ATTORNEY</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AND HEALTH CARE TREATMENT INSTRUCTIONS</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OF [principal]</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center"/>
      </w:pPr>
      <w:r>
        <w:rPr>
          <w:rFonts w:ascii="Times New Roman" w:hAnsi="Times New Roman" w:eastAsia="Times New Roman" w:cs="Times New Roman"/>
          <w:b/>
          <w:sz w:val="24"/>
        </w:rPr>
        <w:t>LIVING WILL</w:t>
      </w:r>
    </w:p>
    <w:p>
      <w:pPr>
        <w:keepNext w:val="0"/>
        <w:spacing w:before="120" w:after="0" w:line="260" w:lineRule="exact"/>
        <w:ind w:left="360" w:right="0" w:firstLine="0"/>
        <w:jc w:val="left"/>
      </w:pPr>
      <w:r>
        <w:rPr>
          <w:rFonts w:ascii="Times New Roman" w:hAnsi="Times New Roman" w:eastAsia="Times New Roman" w:cs="Times New Roman"/>
          <w:b w:val="0"/>
          <w:sz w:val="24"/>
        </w:rPr>
        <w:t>PART I</w:t>
      </w:r>
    </w:p>
    <w:p>
      <w:pPr>
        <w:keepNext w:val="0"/>
        <w:spacing w:before="120" w:after="0" w:line="260" w:lineRule="exact"/>
        <w:ind w:left="720" w:right="0" w:firstLine="0"/>
        <w:jc w:val="left"/>
      </w:pPr>
      <w:r>
        <w:rPr>
          <w:rFonts w:ascii="Times New Roman" w:hAnsi="Times New Roman" w:eastAsia="Times New Roman" w:cs="Times New Roman"/>
          <w:b w:val="0"/>
          <w:sz w:val="24"/>
        </w:rPr>
        <w:t>1.1.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Health Care Decision Making.</w:t>
      </w:r>
    </w:p>
    <w:p>
      <w:pPr>
        <w:keepNext w:val="0"/>
        <w:spacing w:before="200" w:after="0" w:line="260" w:lineRule="exact"/>
        <w:ind w:left="1080" w:right="0" w:firstLine="0"/>
        <w:jc w:val="both"/>
      </w:pPr>
      <w:r>
        <w:rPr>
          <w:rFonts w:ascii="Times New Roman" w:hAnsi="Times New Roman" w:eastAsia="Times New Roman" w:cs="Times New Roman"/>
          <w:b w:val="0"/>
          <w:sz w:val="24"/>
        </w:rPr>
        <w:t>You have the right to decide on the type of health care you want.</w:t>
      </w:r>
    </w:p>
    <w:p>
      <w:pPr>
        <w:keepNext w:val="0"/>
        <w:spacing w:before="200" w:after="0" w:line="260" w:lineRule="exact"/>
        <w:ind w:left="1080" w:right="0" w:firstLine="0"/>
        <w:jc w:val="both"/>
      </w:pPr>
      <w:r>
        <w:rPr>
          <w:rFonts w:ascii="Times New Roman" w:hAnsi="Times New Roman" w:eastAsia="Times New Roman" w:cs="Times New Roman"/>
          <w:b w:val="0"/>
          <w:sz w:val="24"/>
        </w:rPr>
        <w:t>Should you become unable to make or communicate decisions about your medical care, your wishes for medical treatment are most likely to be followed if you express those wishes in advance by:</w:t>
      </w:r>
    </w:p>
    <w:p>
      <w:pPr>
        <w:keepNext w:val="0"/>
        <w:spacing w:before="120" w:after="0" w:line="260" w:lineRule="exact"/>
        <w:ind w:left="1440" w:right="0" w:firstLine="0"/>
        <w:jc w:val="left"/>
      </w:pPr>
      <w:r>
        <w:rPr>
          <w:rFonts w:ascii="Times New Roman" w:hAnsi="Times New Roman" w:eastAsia="Times New Roman" w:cs="Times New Roman"/>
          <w:b w:val="0"/>
          <w:sz w:val="24"/>
        </w:rPr>
        <w:t>(a)</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Naming an agent to decide treatment for you –and–</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Giving health care treatment instructions to your agent or health care provider.</w:t>
      </w:r>
    </w:p>
    <w:p>
      <w:pPr>
        <w:keepNext w:val="0"/>
        <w:spacing w:before="200" w:after="0" w:line="260" w:lineRule="exact"/>
        <w:ind w:left="1080" w:right="0" w:firstLine="0"/>
        <w:jc w:val="both"/>
      </w:pPr>
      <w:r>
        <w:rPr>
          <w:rFonts w:ascii="Times New Roman" w:hAnsi="Times New Roman" w:eastAsia="Times New Roman" w:cs="Times New Roman"/>
          <w:b w:val="0"/>
          <w:sz w:val="24"/>
        </w:rPr>
        <w:t>An advance health care directive is a written set of instructions expressing your wishes for medical treatment. It may contain a health care power of attorney, where you name a person, called an "agent," to decide treatment for you, and a living will, where you instruct your agent and health care providers to limit health care treatments if you are terminally ill or permanently unconscious.</w:t>
      </w:r>
    </w:p>
    <w:p>
      <w:pPr>
        <w:keepNext w:val="0"/>
        <w:spacing w:before="200" w:after="0" w:line="260" w:lineRule="exact"/>
        <w:ind w:left="1080" w:right="0" w:firstLine="0"/>
        <w:jc w:val="both"/>
      </w:pPr>
      <w:r>
        <w:rPr>
          <w:rFonts w:ascii="Times New Roman" w:hAnsi="Times New Roman" w:eastAsia="Times New Roman" w:cs="Times New Roman"/>
          <w:b w:val="0"/>
          <w:sz w:val="24"/>
        </w:rPr>
        <w:t>You may limit your agent's involvement in deciding your medical treatment so that your agent will speak for you only when you are unable to speak for yourself. You, and not your agent, remain responsible for the cost of your medical care.</w:t>
      </w:r>
    </w:p>
    <w:p>
      <w:pPr>
        <w:keepNext w:val="0"/>
        <w:spacing w:before="200" w:after="0" w:line="260" w:lineRule="exact"/>
        <w:ind w:left="1080" w:right="0" w:firstLine="0"/>
        <w:jc w:val="both"/>
      </w:pPr>
      <w:r>
        <w:rPr>
          <w:rFonts w:ascii="Times New Roman" w:hAnsi="Times New Roman" w:eastAsia="Times New Roman" w:cs="Times New Roman"/>
          <w:b w:val="0"/>
          <w:sz w:val="24"/>
        </w:rPr>
        <w:t>If you do not write down your wishes about your health care in advance, and if later you become unable to make or communicate these decisions, those wishes may not be honored because they may remain unknown to others.</w:t>
      </w:r>
    </w:p>
    <w:p>
      <w:pPr>
        <w:keepNext w:val="0"/>
        <w:spacing w:before="200" w:after="0" w:line="260" w:lineRule="exact"/>
        <w:ind w:left="1080" w:right="0" w:firstLine="0"/>
        <w:jc w:val="both"/>
      </w:pPr>
      <w:r>
        <w:rPr>
          <w:rFonts w:ascii="Times New Roman" w:hAnsi="Times New Roman" w:eastAsia="Times New Roman" w:cs="Times New Roman"/>
          <w:b w:val="0"/>
          <w:sz w:val="24"/>
        </w:rPr>
        <w:t>A health care provider who refuses to honor your wishes about health care must tell you of its refusal and help to transfer you to a health care provider who will honor your wishes.</w:t>
      </w:r>
    </w:p>
    <w:p>
      <w:pPr>
        <w:keepNext w:val="0"/>
        <w:spacing w:before="200" w:after="0" w:line="260" w:lineRule="exact"/>
        <w:ind w:left="1080" w:right="0" w:firstLine="0"/>
        <w:jc w:val="both"/>
      </w:pPr>
      <w:r>
        <w:rPr>
          <w:rFonts w:ascii="Times New Roman" w:hAnsi="Times New Roman" w:eastAsia="Times New Roman" w:cs="Times New Roman"/>
          <w:b w:val="0"/>
          <w:sz w:val="24"/>
        </w:rPr>
        <w:t>You should give a copy of your advance health care directive to your agent, your physician, and others whom you expect would likely attend to your needs if you become unable to make or communicate decisions about medical care. If your health care wishes change, tell your physician and write a new advance health care directive to replace your old one.</w:t>
      </w:r>
    </w:p>
    <w:p>
      <w:pPr>
        <w:keepNext w:val="0"/>
        <w:spacing w:before="200" w:after="0" w:line="260" w:lineRule="exact"/>
        <w:ind w:left="1080" w:right="0" w:firstLine="0"/>
        <w:jc w:val="both"/>
      </w:pPr>
      <w:r>
        <w:rPr>
          <w:rFonts w:ascii="Times New Roman" w:hAnsi="Times New Roman" w:eastAsia="Times New Roman" w:cs="Times New Roman"/>
          <w:b w:val="0"/>
          <w:sz w:val="24"/>
        </w:rPr>
        <w:t>You may wish to consult with knowledgeable, trusted individuals such as family members, your physician, or clergy when considering how to express your values and health care wishes. You are free to create your own advance health care directive to convey your wishes regarding medical treatment. The following form is an example of an advance health care directive that combines a health care power of attorney with a living will.</w:t>
      </w:r>
    </w:p>
    <w:p>
      <w:pPr>
        <w:keepNext w:val="0"/>
        <w:spacing w:before="120" w:after="0" w:line="260" w:lineRule="exact"/>
        <w:ind w:left="720" w:right="0" w:firstLine="0"/>
        <w:jc w:val="left"/>
      </w:pPr>
      <w:r>
        <w:rPr>
          <w:rFonts w:ascii="Times New Roman" w:hAnsi="Times New Roman" w:eastAsia="Times New Roman" w:cs="Times New Roman"/>
          <w:b w:val="0"/>
          <w:sz w:val="24"/>
        </w:rPr>
        <w:t>1.2.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Use of This Form.</w:t>
      </w:r>
    </w:p>
    <w:p>
      <w:pPr>
        <w:keepNext w:val="0"/>
        <w:spacing w:before="200" w:after="0" w:line="260" w:lineRule="exact"/>
        <w:ind w:left="1080" w:right="0" w:firstLine="0"/>
        <w:jc w:val="both"/>
      </w:pPr>
      <w:r>
        <w:rPr>
          <w:rFonts w:ascii="Times New Roman" w:hAnsi="Times New Roman" w:eastAsia="Times New Roman" w:cs="Times New Roman"/>
          <w:b w:val="0"/>
          <w:sz w:val="24"/>
        </w:rPr>
        <w:t>Whether you decide to use this form or create your own advance health care directive, you should consult with your physician and your attorney to make sure that your wishes are clearly expressed and comply with the law.</w:t>
      </w:r>
    </w:p>
    <w:p>
      <w:pPr>
        <w:keepNext w:val="0"/>
        <w:spacing w:before="200" w:after="0" w:line="260" w:lineRule="exact"/>
        <w:ind w:left="1080" w:right="0" w:firstLine="0"/>
        <w:jc w:val="both"/>
      </w:pPr>
      <w:r>
        <w:rPr>
          <w:rFonts w:ascii="Times New Roman" w:hAnsi="Times New Roman" w:eastAsia="Times New Roman" w:cs="Times New Roman"/>
          <w:b w:val="0"/>
          <w:sz w:val="24"/>
        </w:rPr>
        <w:t>If you decide to use this form but disagree with any of its statements, you may cross out those statements.</w:t>
      </w:r>
    </w:p>
    <w:p>
      <w:pPr>
        <w:keepNext w:val="0"/>
        <w:spacing w:before="200" w:after="0" w:line="260" w:lineRule="exact"/>
        <w:ind w:left="1080" w:right="0" w:firstLine="0"/>
        <w:jc w:val="both"/>
      </w:pPr>
      <w:r>
        <w:rPr>
          <w:rFonts w:ascii="Times New Roman" w:hAnsi="Times New Roman" w:eastAsia="Times New Roman" w:cs="Times New Roman"/>
          <w:b w:val="0"/>
          <w:sz w:val="24"/>
        </w:rPr>
        <w:t>You may add comments to this form or your own form to help your physician or agent decide your medical care.</w:t>
      </w:r>
    </w:p>
    <w:p>
      <w:pPr>
        <w:keepNext w:val="0"/>
        <w:spacing w:before="200" w:after="0" w:line="260" w:lineRule="exact"/>
        <w:ind w:left="1080" w:right="0" w:firstLine="0"/>
        <w:jc w:val="both"/>
      </w:pPr>
      <w:r>
        <w:rPr>
          <w:rFonts w:ascii="Times New Roman" w:hAnsi="Times New Roman" w:eastAsia="Times New Roman" w:cs="Times New Roman"/>
          <w:b w:val="0"/>
          <w:sz w:val="24"/>
        </w:rPr>
        <w:t>This form is designed to give your agent broad powers to make health care decisions for you whenever you cannot make them for yourself. It is also designed to express your desire to limit care if you suffer from a terminal condition or are permanently unconscious. If you do not desire to give your agent broad powers, or you do not wish to limit your care if you are terminally ill or permanently unconscious, you may wish to use a different form or to create your own. YOU SHOULD ALSO USE A DIFFERENT FORM IF YOU WISH TO EXPRESS YOUR PREFERENCES IN MORE DETAIL THAN THIS FORM ALLOWS. In these situations, it is particularly important that you consult with your attorney and physician to make sure that your wishes are clearly expressed.</w:t>
      </w:r>
    </w:p>
    <w:p>
      <w:pPr>
        <w:keepNext w:val="0"/>
        <w:spacing w:before="200" w:after="0" w:line="260" w:lineRule="exact"/>
        <w:ind w:left="1080" w:right="0" w:firstLine="0"/>
        <w:jc w:val="both"/>
      </w:pPr>
      <w:r>
        <w:rPr>
          <w:rFonts w:ascii="Times New Roman" w:hAnsi="Times New Roman" w:eastAsia="Times New Roman" w:cs="Times New Roman"/>
          <w:b w:val="0"/>
          <w:sz w:val="24"/>
        </w:rPr>
        <w:t>This form allows you to tell your agent your goals if you suffer from a terminal illness or other extreme and irreversible medical condition, such as advanced Alzheimer's disease. Do you want medical care applied aggressively in these situations or would you consider such aggressive medical care burdensome and undesirable?</w:t>
      </w:r>
    </w:p>
    <w:p>
      <w:pPr>
        <w:keepNext w:val="0"/>
        <w:spacing w:before="200" w:after="0" w:line="260" w:lineRule="exact"/>
        <w:ind w:left="1080" w:right="0" w:firstLine="0"/>
        <w:jc w:val="both"/>
      </w:pPr>
      <w:r>
        <w:rPr>
          <w:rFonts w:ascii="Times New Roman" w:hAnsi="Times New Roman" w:eastAsia="Times New Roman" w:cs="Times New Roman"/>
          <w:b w:val="0"/>
          <w:sz w:val="24"/>
        </w:rPr>
        <w:t>You may choose whether you want your agent to be bound by your instructions or whether you want your agent to be able to decide at the time what course of treatment the agent thinks most fully reflects your wishes and values.</w:t>
      </w:r>
    </w:p>
    <w:p>
      <w:pPr>
        <w:keepNext w:val="0"/>
        <w:spacing w:before="200" w:after="0" w:line="260" w:lineRule="exact"/>
        <w:ind w:left="1080" w:right="0" w:firstLine="0"/>
        <w:jc w:val="both"/>
      </w:pPr>
      <w:r>
        <w:rPr>
          <w:rFonts w:ascii="Times New Roman" w:hAnsi="Times New Roman" w:eastAsia="Times New Roman" w:cs="Times New Roman"/>
          <w:b w:val="0"/>
          <w:sz w:val="24"/>
        </w:rPr>
        <w:t>Pennsylvania law protects your agent and health care providers from any legal liability for following in good faith your wishes as expressed in the form or by your agent's direction. It does not otherwise change professional standards or excuse negligence in the way your wishes are carried out. If you have any questions about the law, consult an attorney for guidance.</w:t>
      </w:r>
    </w:p>
    <w:p>
      <w:pPr>
        <w:keepNext w:val="0"/>
        <w:spacing w:before="200" w:after="0" w:line="260" w:lineRule="exact"/>
        <w:ind w:left="1080" w:right="0" w:firstLine="0"/>
        <w:jc w:val="both"/>
      </w:pPr>
      <w:r>
        <w:rPr>
          <w:rFonts w:ascii="Times New Roman" w:hAnsi="Times New Roman" w:eastAsia="Times New Roman" w:cs="Times New Roman"/>
          <w:b w:val="0"/>
          <w:sz w:val="24"/>
        </w:rPr>
        <w:t>This form and explanation are not intended to take the place of specific legal or medical advice, for which you should rely upon your own attorney and physician.</w:t>
      </w:r>
    </w:p>
    <w:p>
      <w:pPr>
        <w:keepNext w:val="0"/>
        <w:spacing w:before="120" w:after="0" w:line="260" w:lineRule="exact"/>
        <w:ind w:left="360" w:right="0" w:firstLine="0"/>
        <w:jc w:val="left"/>
      </w:pPr>
      <w:r>
        <w:rPr>
          <w:rFonts w:ascii="Times New Roman" w:hAnsi="Times New Roman" w:eastAsia="Times New Roman" w:cs="Times New Roman"/>
          <w:b w:val="0"/>
          <w:sz w:val="24"/>
        </w:rPr>
        <w:t>PART II</w:t>
      </w:r>
    </w:p>
    <w:p>
      <w:pPr>
        <w:keepNext w:val="0"/>
        <w:spacing w:before="120" w:after="0" w:line="260" w:lineRule="exact"/>
        <w:ind w:left="720" w:right="0" w:firstLine="0"/>
        <w:jc w:val="left"/>
      </w:pPr>
      <w:r>
        <w:rPr>
          <w:rFonts w:ascii="Times New Roman" w:hAnsi="Times New Roman" w:eastAsia="Times New Roman" w:cs="Times New Roman"/>
          <w:b w:val="0"/>
          <w:sz w:val="24"/>
        </w:rPr>
        <w:t>2.1.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Durable Health Care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I, [principle], of [city], [county] County, Pennsylvania, appoint the person named below to be my agent to make health and personal care decisions for me.</w:t>
      </w:r>
    </w:p>
    <w:p>
      <w:pPr>
        <w:keepNext w:val="0"/>
        <w:spacing w:before="200" w:after="0" w:line="260" w:lineRule="exact"/>
        <w:ind w:left="1080" w:right="0" w:firstLine="0"/>
        <w:jc w:val="both"/>
      </w:pPr>
      <w:r>
        <w:rPr>
          <w:rFonts w:ascii="Times New Roman" w:hAnsi="Times New Roman" w:eastAsia="Times New Roman" w:cs="Times New Roman"/>
          <w:b w:val="0"/>
          <w:sz w:val="24"/>
        </w:rPr>
        <w:t>Effective immediately and continuously until my death or revocation by a writing signed by me or someone authorized to make health care treatment decisions for me, I authorize all health care providers or other covered entities to disclose to my agent, upon my agent's request, any information, oral or written, regarding my physical or mental health, including, but not limited to, medical and hospital records and what is otherwise private, privileged, protected, or personal health information, such as health information as defined and described in the Health Insurance Portability and Accountability Act of 1996 (Public Law 104-191, 110 Stat. 2024), the regulations promulgated thereunder, and any other state or local laws and rules. Information disclosed by a health care provider or other covered entity may be re-disclosed and may no longer be subject to the privacy rules provided by 45 C.F.R. § 164.</w:t>
      </w:r>
    </w:p>
    <w:p>
      <w:pPr>
        <w:keepNext w:val="0"/>
        <w:spacing w:before="200" w:after="0" w:line="260" w:lineRule="exact"/>
        <w:ind w:left="1080" w:right="0" w:firstLine="0"/>
        <w:jc w:val="both"/>
      </w:pPr>
      <w:r>
        <w:rPr>
          <w:rFonts w:ascii="Times New Roman" w:hAnsi="Times New Roman" w:eastAsia="Times New Roman" w:cs="Times New Roman"/>
          <w:b w:val="0"/>
          <w:sz w:val="24"/>
        </w:rPr>
        <w:t>The remainder of this document will take effect when and only when I lack sufficient capacity to make or communicate a choice regarding a health or personal care decision as verified by my attending physician. My agent may delegate the authority to make decisions; provided that any such delegation shall not supersede any designation of a successor Agent made by me.</w:t>
      </w:r>
    </w:p>
    <w:p>
      <w:pPr>
        <w:keepNext w:val="0"/>
        <w:spacing w:before="200" w:after="0" w:line="260" w:lineRule="exact"/>
        <w:ind w:left="1080" w:right="0" w:firstLine="0"/>
        <w:jc w:val="both"/>
      </w:pPr>
      <w:r>
        <w:rPr>
          <w:rFonts w:ascii="Times New Roman" w:hAnsi="Times New Roman" w:eastAsia="Times New Roman" w:cs="Times New Roman"/>
          <w:b w:val="0"/>
          <w:sz w:val="24"/>
        </w:rPr>
        <w:t>MY AGENT HAS ALL OF THE FOLLOWING POWERS SUBJECT TO THE HEALTH CARE TREATMENT INSTRUCTIONS THAT FOLLOW IN PART III (CROSS OUT ANY POWERS YOU DO NOT WANT TO GIVE YOUR AGENT):</w:t>
      </w:r>
    </w:p>
    <w:p>
      <w:pPr>
        <w:keepNext w:val="0"/>
        <w:spacing w:before="120" w:after="0" w:line="260" w:lineRule="exact"/>
        <w:ind w:left="1440" w:right="0" w:firstLine="0"/>
        <w:jc w:val="left"/>
      </w:pPr>
      <w:r>
        <w:rPr>
          <w:rFonts w:ascii="Times New Roman" w:hAnsi="Times New Roman" w:eastAsia="Times New Roman" w:cs="Times New Roman"/>
          <w:b w:val="0"/>
          <w:sz w:val="24"/>
        </w:rPr>
        <w:t>(a)</w:t>
      </w:r>
    </w:p>
    <w:p>
      <w:pPr>
        <w:keepNext w:val="0"/>
        <w:spacing w:before="120" w:after="0" w:line="260" w:lineRule="exact"/>
        <w:ind w:left="1440" w:right="0" w:firstLine="240"/>
        <w:jc w:val="left"/>
      </w:pPr>
      <w:r>
        <w:rPr>
          <w:rFonts w:ascii="Times New Roman" w:hAnsi="Times New Roman" w:eastAsia="Times New Roman" w:cs="Times New Roman"/>
          <w:b w:val="0"/>
          <w:sz w:val="24"/>
        </w:rPr>
        <w:t xml:space="preserve"> To authorize, withhold, or withdraw medical care and surgical procedures.</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120" w:after="0" w:line="260" w:lineRule="exact"/>
        <w:ind w:left="1440" w:right="0" w:firstLine="240"/>
        <w:jc w:val="left"/>
      </w:pPr>
      <w:r>
        <w:rPr>
          <w:rFonts w:ascii="Times New Roman" w:hAnsi="Times New Roman" w:eastAsia="Times New Roman" w:cs="Times New Roman"/>
          <w:b w:val="0"/>
          <w:sz w:val="24"/>
        </w:rPr>
        <w:t xml:space="preserve"> To authorize, withhold, or withdraw nutrition (food) or hydration (water) medically supplied by tube through my nose, stomach, intestines, or veins.</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120" w:after="0" w:line="260" w:lineRule="exact"/>
        <w:ind w:left="1440" w:right="0" w:firstLine="240"/>
        <w:jc w:val="left"/>
      </w:pPr>
      <w:r>
        <w:rPr>
          <w:rFonts w:ascii="Times New Roman" w:hAnsi="Times New Roman" w:eastAsia="Times New Roman" w:cs="Times New Roman"/>
          <w:b w:val="0"/>
          <w:sz w:val="24"/>
        </w:rPr>
        <w:t xml:space="preserve"> To authorize my admission to or discharge from a medical, nursing, residential, or similar facility and to make agreements for my care and health insurance for my care, including hospice and/or palliative care.</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120" w:after="0" w:line="260" w:lineRule="exact"/>
        <w:ind w:left="1440" w:right="0" w:firstLine="240"/>
        <w:jc w:val="left"/>
      </w:pPr>
      <w:r>
        <w:rPr>
          <w:rFonts w:ascii="Times New Roman" w:hAnsi="Times New Roman" w:eastAsia="Times New Roman" w:cs="Times New Roman"/>
          <w:b w:val="0"/>
          <w:sz w:val="24"/>
        </w:rPr>
        <w:t xml:space="preserve"> To hire and fire medical, social service, and other support personnel responsible for my care.</w:t>
      </w:r>
    </w:p>
    <w:p>
      <w:pPr>
        <w:keepNext w:val="0"/>
        <w:spacing w:before="120" w:after="0" w:line="260" w:lineRule="exact"/>
        <w:ind w:left="1440" w:right="0" w:firstLine="0"/>
        <w:jc w:val="left"/>
      </w:pPr>
      <w:r>
        <w:rPr>
          <w:rFonts w:ascii="Times New Roman" w:hAnsi="Times New Roman" w:eastAsia="Times New Roman" w:cs="Times New Roman"/>
          <w:b w:val="0"/>
          <w:sz w:val="24"/>
        </w:rPr>
        <w:t>(e)</w:t>
      </w:r>
    </w:p>
    <w:p>
      <w:pPr>
        <w:keepNext w:val="0"/>
        <w:spacing w:before="120" w:after="0" w:line="260" w:lineRule="exact"/>
        <w:ind w:left="1440" w:right="0" w:firstLine="240"/>
        <w:jc w:val="left"/>
      </w:pPr>
      <w:r>
        <w:rPr>
          <w:rFonts w:ascii="Times New Roman" w:hAnsi="Times New Roman" w:eastAsia="Times New Roman" w:cs="Times New Roman"/>
          <w:b w:val="0"/>
          <w:sz w:val="24"/>
        </w:rPr>
        <w:t xml:space="preserve"> To take any legal action necessary to do what I have directed.</w:t>
      </w:r>
    </w:p>
    <w:p>
      <w:pPr>
        <w:keepNext w:val="0"/>
        <w:spacing w:before="120" w:after="0" w:line="260" w:lineRule="exact"/>
        <w:ind w:left="1440" w:right="0" w:firstLine="0"/>
        <w:jc w:val="left"/>
      </w:pPr>
      <w:r>
        <w:rPr>
          <w:rFonts w:ascii="Times New Roman" w:hAnsi="Times New Roman" w:eastAsia="Times New Roman" w:cs="Times New Roman"/>
          <w:b w:val="0"/>
          <w:sz w:val="24"/>
        </w:rPr>
        <w:t>(f)</w:t>
      </w:r>
    </w:p>
    <w:p>
      <w:pPr>
        <w:keepNext w:val="0"/>
        <w:spacing w:before="120" w:after="0" w:line="260" w:lineRule="exact"/>
        <w:ind w:left="1440" w:right="0" w:firstLine="240"/>
        <w:jc w:val="left"/>
      </w:pPr>
      <w:r>
        <w:rPr>
          <w:rFonts w:ascii="Times New Roman" w:hAnsi="Times New Roman" w:eastAsia="Times New Roman" w:cs="Times New Roman"/>
          <w:b w:val="0"/>
          <w:sz w:val="24"/>
        </w:rPr>
        <w:t xml:space="preserve"> To request that a physician responsible for my care issue a do-not-resuscitate (DNR) order, including an out-of-hospital DNR order, and sign any required documents and consents.</w:t>
      </w:r>
    </w:p>
    <w:p>
      <w:pPr>
        <w:keepNext w:val="0"/>
        <w:spacing w:before="120" w:after="0" w:line="260" w:lineRule="exact"/>
        <w:ind w:left="720" w:right="0" w:firstLine="0"/>
        <w:jc w:val="left"/>
      </w:pPr>
      <w:r>
        <w:rPr>
          <w:rFonts w:ascii="Times New Roman" w:hAnsi="Times New Roman" w:eastAsia="Times New Roman" w:cs="Times New Roman"/>
          <w:b w:val="0"/>
          <w:sz w:val="24"/>
        </w:rPr>
        <w:t>2.2.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Appointment of Agent.</w:t>
      </w:r>
    </w:p>
    <w:p>
      <w:pPr>
        <w:keepNext w:val="0"/>
        <w:spacing w:before="200" w:after="0" w:line="260" w:lineRule="exact"/>
        <w:ind w:left="1080" w:right="0" w:firstLine="0"/>
        <w:jc w:val="both"/>
      </w:pPr>
      <w:r>
        <w:rPr>
          <w:rFonts w:ascii="Times New Roman" w:hAnsi="Times New Roman" w:eastAsia="Times New Roman" w:cs="Times New Roman"/>
          <w:b/>
          <w:sz w:val="24"/>
        </w:rPr>
        <w:t>I appoint the following individual as my agent:</w:t>
      </w:r>
    </w:p>
    <w:p>
      <w:pPr>
        <w:keepNext w:val="0"/>
        <w:spacing w:before="200" w:after="0" w:line="260" w:lineRule="exact"/>
        <w:ind w:left="1080" w:right="0" w:firstLine="0"/>
        <w:jc w:val="both"/>
      </w:pPr>
      <w:r>
        <w:rPr>
          <w:rFonts w:ascii="Times New Roman" w:hAnsi="Times New Roman" w:eastAsia="Times New Roman" w:cs="Times New Roman"/>
          <w:b w:val="0"/>
          <w:sz w:val="24"/>
        </w:rPr>
        <w:t>YOU ARE NOT REQUIRED TO APPOINT AN AGENT. IF YOU DO NOT WISH TO APPOINT AN AGENT, WRITE 'NONE' IN THE ABOVE SPACE. IF YOU DO NOT NAME AN AGENT, HEALTH CARE PROVIDERS WILL ASK YOUR FAMILY FOR HELP IN DETERMINING YOUR WISHES FOR TREATMENT. NOTE THAT YOU MAY NOT APPOINT YOUR DOCTOR OR OTHER HEALTH CARE PROVIDER AS YOUR AGENT UNLESS RELATED TO YOU BY BLOOD, MARRIAGE OR ADOPTION.</w:t>
      </w:r>
    </w:p>
    <w:p>
      <w:pPr>
        <w:keepNext w:val="0"/>
        <w:spacing w:before="200" w:after="0" w:line="260" w:lineRule="exact"/>
        <w:ind w:left="1080" w:right="0" w:firstLine="0"/>
        <w:jc w:val="both"/>
      </w:pPr>
      <w:r>
        <w:rPr>
          <w:rFonts w:ascii="Times New Roman" w:hAnsi="Times New Roman" w:eastAsia="Times New Roman" w:cs="Times New Roman"/>
          <w:b w:val="0"/>
          <w:sz w:val="24"/>
        </w:rPr>
        <w:t>If my agent is not readily available or if my agent is my spouse and an action for divorce is filed by either of us after the date of this document, I appoint the person or persons named below in the order named. (It is helpful, but not required, to name alternative agents.)</w:t>
      </w:r>
    </w:p>
    <w:p>
      <w:pPr>
        <w:keepNext w:val="0"/>
        <w:spacing w:before="120" w:after="0" w:line="260" w:lineRule="exact"/>
        <w:ind w:left="1080" w:right="0" w:firstLine="0"/>
        <w:jc w:val="left"/>
      </w:pPr>
      <w:r>
        <w:rPr>
          <w:rFonts w:ascii="Times New Roman" w:hAnsi="Times New Roman" w:eastAsia="Times New Roman" w:cs="Times New Roman"/>
          <w:b/>
          <w:sz w:val="24"/>
        </w:rPr>
        <w:t>First Alternative Agent:</w:t>
      </w:r>
    </w:p>
    <w:p>
      <w:pPr>
        <w:keepNext w:val="0"/>
        <w:spacing w:before="120" w:after="0" w:line="260" w:lineRule="exact"/>
        <w:ind w:left="1080" w:right="0" w:firstLine="0"/>
        <w:jc w:val="left"/>
      </w:pPr>
      <w:r>
        <w:rPr>
          <w:rFonts w:ascii="Times New Roman" w:hAnsi="Times New Roman" w:eastAsia="Times New Roman" w:cs="Times New Roman"/>
          <w:b/>
          <w:sz w:val="24"/>
        </w:rPr>
        <w:t>Second Alternative Agent:</w:t>
      </w:r>
    </w:p>
    <w:p>
      <w:pPr>
        <w:keepNext w:val="0"/>
        <w:spacing w:before="120" w:after="0" w:line="260" w:lineRule="exact"/>
        <w:ind w:left="360" w:right="0" w:firstLine="0"/>
        <w:jc w:val="left"/>
      </w:pPr>
      <w:r>
        <w:rPr>
          <w:rFonts w:ascii="Times New Roman" w:hAnsi="Times New Roman" w:eastAsia="Times New Roman" w:cs="Times New Roman"/>
          <w:b w:val="0"/>
          <w:sz w:val="24"/>
        </w:rPr>
        <w:t>PART III</w:t>
      </w:r>
    </w:p>
    <w:p>
      <w:pPr>
        <w:keepNext w:val="0"/>
        <w:spacing w:before="120" w:after="0" w:line="260" w:lineRule="exact"/>
        <w:ind w:left="720" w:right="0" w:firstLine="0"/>
        <w:jc w:val="left"/>
      </w:pPr>
      <w:r>
        <w:rPr>
          <w:rFonts w:ascii="Times New Roman" w:hAnsi="Times New Roman" w:eastAsia="Times New Roman" w:cs="Times New Roman"/>
          <w:b w:val="0"/>
          <w:sz w:val="24"/>
        </w:rPr>
        <w:t>3.1.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Health Care Treatment Instructions in the Event of Terminal Condition or Permanent Unconsciousness (Living Will).</w:t>
      </w:r>
    </w:p>
    <w:p>
      <w:pPr>
        <w:keepNext w:val="0"/>
        <w:spacing w:before="200" w:after="0" w:line="260" w:lineRule="exact"/>
        <w:ind w:left="1080" w:right="0" w:firstLine="0"/>
        <w:jc w:val="both"/>
      </w:pPr>
      <w:r>
        <w:rPr>
          <w:rFonts w:ascii="Times New Roman" w:hAnsi="Times New Roman" w:eastAsia="Times New Roman" w:cs="Times New Roman"/>
          <w:b w:val="0"/>
          <w:sz w:val="24"/>
        </w:rPr>
        <w:t>The following health care treatment instructions exercise my right to make decisions concerning my health care. These instructions are intended to provide clear and convincing evidence of my wishes to be followed when I lack the capacity to make or communicate my treatment decisions:</w:t>
      </w:r>
    </w:p>
    <w:p>
      <w:pPr>
        <w:keepNext w:val="0"/>
        <w:spacing w:before="200" w:after="0" w:line="260" w:lineRule="exact"/>
        <w:ind w:left="1440" w:right="0" w:firstLine="0"/>
        <w:jc w:val="both"/>
      </w:pPr>
      <w:r>
        <w:rPr>
          <w:rFonts w:ascii="Times New Roman" w:hAnsi="Times New Roman" w:eastAsia="Times New Roman" w:cs="Times New Roman"/>
          <w:b w:val="0"/>
          <w:sz w:val="24"/>
        </w:rPr>
        <w:t>IF I SUFFER FROM A TERMINAL CONDITION OR A STATE OF PERMANENT UNCONSCIOUSNESS SUCH AS AN IRREVERSIBLE COMA OR AN IRREVERSIBLE VEGETATIVE STATE AND THERE IS NO REALISTIC HOPE OF SIGNIFICANT RECOVERY, ALL OF THE FOLLOWING APPLY (CROSS OUT ANY TREATMENT INSTRUCTIONS WITH WHICH YOU DO NOT AGREE):</w:t>
      </w:r>
    </w:p>
    <w:p>
      <w:pPr>
        <w:keepNext w:val="0"/>
        <w:spacing w:before="120" w:after="0" w:line="260" w:lineRule="exact"/>
        <w:ind w:left="1800" w:right="0" w:firstLine="0"/>
        <w:jc w:val="left"/>
      </w:pPr>
      <w:r>
        <w:rPr>
          <w:rFonts w:ascii="Times New Roman" w:hAnsi="Times New Roman" w:eastAsia="Times New Roman" w:cs="Times New Roman"/>
          <w:b w:val="0"/>
          <w:sz w:val="24"/>
        </w:rPr>
        <w:t>(a)</w:t>
      </w:r>
    </w:p>
    <w:p>
      <w:pPr>
        <w:keepNext w:val="0"/>
        <w:spacing w:before="120" w:after="0" w:line="260" w:lineRule="exact"/>
        <w:ind w:left="1800" w:right="0" w:firstLine="240"/>
        <w:jc w:val="left"/>
      </w:pPr>
      <w:r>
        <w:rPr>
          <w:rFonts w:ascii="Times New Roman" w:hAnsi="Times New Roman" w:eastAsia="Times New Roman" w:cs="Times New Roman"/>
          <w:b w:val="0"/>
          <w:sz w:val="24"/>
        </w:rPr>
        <w:t xml:space="preserve"> I direct that I be given health care treatment to relieve pain or provide comfort even if such treatment might shorten my life, suppress my appetite or my breathing, or be habit forming.</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120" w:after="0" w:line="260" w:lineRule="exact"/>
        <w:ind w:left="1800" w:right="0" w:firstLine="240"/>
        <w:jc w:val="left"/>
      </w:pPr>
      <w:r>
        <w:rPr>
          <w:rFonts w:ascii="Times New Roman" w:hAnsi="Times New Roman" w:eastAsia="Times New Roman" w:cs="Times New Roman"/>
          <w:b w:val="0"/>
          <w:sz w:val="24"/>
        </w:rPr>
        <w:t xml:space="preserve"> I direct that all life prolonging procedures be withheld or withdrawn.</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120" w:after="0" w:line="260" w:lineRule="exact"/>
        <w:ind w:left="1800" w:right="0" w:firstLine="240"/>
        <w:jc w:val="left"/>
      </w:pPr>
      <w:r>
        <w:rPr>
          <w:rFonts w:ascii="Times New Roman" w:hAnsi="Times New Roman" w:eastAsia="Times New Roman" w:cs="Times New Roman"/>
          <w:b w:val="0"/>
          <w:sz w:val="24"/>
        </w:rPr>
        <w:t xml:space="preserve"> I specifically do not want any of the following as life prolonging procedures (if you wish to receive any of these treatments, write "I do want" after the treatment):</w:t>
      </w:r>
    </w:p>
    <w:p>
      <w:pPr>
        <w:keepNext w:val="0"/>
        <w:spacing w:before="200" w:after="0" w:line="260" w:lineRule="exact"/>
        <w:ind w:left="2160" w:right="0" w:firstLine="0"/>
        <w:jc w:val="both"/>
      </w:pPr>
      <w:r>
        <w:rPr>
          <w:rFonts w:ascii="Times New Roman" w:hAnsi="Times New Roman" w:eastAsia="Times New Roman" w:cs="Times New Roman"/>
          <w:b w:val="0"/>
          <w:sz w:val="24"/>
        </w:rPr>
        <w:t>Heart-Lung Resuscitation (CPR) ____________________</w:t>
      </w:r>
    </w:p>
    <w:p>
      <w:pPr>
        <w:keepNext w:val="0"/>
        <w:spacing w:before="200" w:after="0" w:line="260" w:lineRule="exact"/>
        <w:ind w:left="2160" w:right="0" w:firstLine="0"/>
        <w:jc w:val="both"/>
      </w:pPr>
      <w:r>
        <w:rPr>
          <w:rFonts w:ascii="Times New Roman" w:hAnsi="Times New Roman" w:eastAsia="Times New Roman" w:cs="Times New Roman"/>
          <w:b w:val="0"/>
          <w:sz w:val="24"/>
        </w:rPr>
        <w:t>Mechanical Ventilator (Breathing Machine) ____________________</w:t>
      </w:r>
    </w:p>
    <w:p>
      <w:pPr>
        <w:keepNext w:val="0"/>
        <w:spacing w:before="200" w:after="0" w:line="260" w:lineRule="exact"/>
        <w:ind w:left="2160" w:right="0" w:firstLine="0"/>
        <w:jc w:val="both"/>
      </w:pPr>
      <w:r>
        <w:rPr>
          <w:rFonts w:ascii="Times New Roman" w:hAnsi="Times New Roman" w:eastAsia="Times New Roman" w:cs="Times New Roman"/>
          <w:b w:val="0"/>
          <w:sz w:val="24"/>
        </w:rPr>
        <w:t>Dialysis (Kidney Machine) ____________________</w:t>
      </w:r>
    </w:p>
    <w:p>
      <w:pPr>
        <w:keepNext w:val="0"/>
        <w:spacing w:before="200" w:after="0" w:line="260" w:lineRule="exact"/>
        <w:ind w:left="2160" w:right="0" w:firstLine="0"/>
        <w:jc w:val="both"/>
      </w:pPr>
      <w:r>
        <w:rPr>
          <w:rFonts w:ascii="Times New Roman" w:hAnsi="Times New Roman" w:eastAsia="Times New Roman" w:cs="Times New Roman"/>
          <w:b w:val="0"/>
          <w:sz w:val="24"/>
        </w:rPr>
        <w:t>Surgery ____________________</w:t>
      </w:r>
    </w:p>
    <w:p>
      <w:pPr>
        <w:keepNext w:val="0"/>
        <w:spacing w:before="200" w:after="0" w:line="260" w:lineRule="exact"/>
        <w:ind w:left="2160" w:right="0" w:firstLine="0"/>
        <w:jc w:val="both"/>
      </w:pPr>
      <w:r>
        <w:rPr>
          <w:rFonts w:ascii="Times New Roman" w:hAnsi="Times New Roman" w:eastAsia="Times New Roman" w:cs="Times New Roman"/>
          <w:b w:val="0"/>
          <w:sz w:val="24"/>
        </w:rPr>
        <w:t>Chemotherapy ____________________</w:t>
      </w:r>
    </w:p>
    <w:p>
      <w:pPr>
        <w:keepNext w:val="0"/>
        <w:spacing w:before="200" w:after="0" w:line="260" w:lineRule="exact"/>
        <w:ind w:left="2160" w:right="0" w:firstLine="0"/>
        <w:jc w:val="both"/>
      </w:pPr>
      <w:r>
        <w:rPr>
          <w:rFonts w:ascii="Times New Roman" w:hAnsi="Times New Roman" w:eastAsia="Times New Roman" w:cs="Times New Roman"/>
          <w:b w:val="0"/>
          <w:sz w:val="24"/>
        </w:rPr>
        <w:t>Radiation Treatment ____________________</w:t>
      </w:r>
    </w:p>
    <w:p>
      <w:pPr>
        <w:keepNext w:val="0"/>
        <w:spacing w:before="200" w:after="0" w:line="260" w:lineRule="exact"/>
        <w:ind w:left="2160" w:right="0" w:firstLine="0"/>
        <w:jc w:val="both"/>
      </w:pPr>
      <w:r>
        <w:rPr>
          <w:rFonts w:ascii="Times New Roman" w:hAnsi="Times New Roman" w:eastAsia="Times New Roman" w:cs="Times New Roman"/>
          <w:b w:val="0"/>
          <w:sz w:val="24"/>
        </w:rPr>
        <w:t>Antibiotics ____________________</w:t>
      </w:r>
    </w:p>
    <w:p>
      <w:pPr>
        <w:keepNext w:val="0"/>
        <w:spacing w:before="200" w:after="0" w:line="260" w:lineRule="exact"/>
        <w:ind w:left="1440" w:right="0" w:firstLine="0"/>
        <w:jc w:val="both"/>
      </w:pPr>
      <w:r>
        <w:rPr>
          <w:rFonts w:ascii="Times New Roman" w:hAnsi="Times New Roman" w:eastAsia="Times New Roman" w:cs="Times New Roman"/>
          <w:b w:val="0"/>
          <w:sz w:val="24"/>
        </w:rPr>
        <w:t>Please indicate whether you want nutrition (food) or hydration (water) medically supplied by a tube into your nose, stomach, intestine, or veins if you suffer from a terminal condition or a state of permanent unconsciousness and there is no realistic hope of significant recovery.</w:t>
      </w:r>
    </w:p>
    <w:p>
      <w:pPr>
        <w:keepNext w:val="0"/>
        <w:spacing w:before="120" w:after="0" w:line="260" w:lineRule="exact"/>
        <w:ind w:left="1440" w:right="0" w:firstLine="0"/>
        <w:jc w:val="left"/>
      </w:pPr>
      <w:r>
        <w:rPr>
          <w:rFonts w:ascii="Times New Roman" w:hAnsi="Times New Roman" w:eastAsia="Times New Roman" w:cs="Times New Roman"/>
          <w:b/>
          <w:sz w:val="24"/>
        </w:rPr>
        <w:t>Initial only one statement:</w:t>
      </w:r>
    </w:p>
    <w:p>
      <w:pPr>
        <w:keepNext w:val="0"/>
        <w:spacing w:before="120" w:after="0" w:line="260" w:lineRule="exact"/>
        <w:ind w:left="720" w:right="0" w:firstLine="0"/>
        <w:jc w:val="left"/>
      </w:pPr>
      <w:r>
        <w:rPr>
          <w:rFonts w:ascii="Times New Roman" w:hAnsi="Times New Roman" w:eastAsia="Times New Roman" w:cs="Times New Roman"/>
          <w:b w:val="0"/>
          <w:sz w:val="24"/>
        </w:rPr>
        <w:t>3.2.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Agent's Use of Instructions.</w:t>
      </w:r>
    </w:p>
    <w:p>
      <w:pPr>
        <w:keepNext w:val="0"/>
        <w:spacing w:before="120" w:after="0" w:line="260" w:lineRule="exact"/>
        <w:ind w:left="1080" w:right="0" w:firstLine="0"/>
        <w:jc w:val="left"/>
      </w:pPr>
      <w:r>
        <w:rPr>
          <w:rFonts w:ascii="Times New Roman" w:hAnsi="Times New Roman" w:eastAsia="Times New Roman" w:cs="Times New Roman"/>
          <w:b/>
          <w:sz w:val="24"/>
        </w:rPr>
        <w:t>Initial only one statement:</w:t>
      </w:r>
    </w:p>
    <w:p>
      <w:pPr>
        <w:keepNext w:val="0"/>
        <w:spacing w:before="120" w:after="0" w:line="260" w:lineRule="exact"/>
        <w:ind w:left="1080" w:right="0" w:firstLine="240"/>
        <w:jc w:val="left"/>
      </w:pPr>
      <w:r>
        <w:rPr>
          <w:rFonts w:ascii="Times New Roman" w:hAnsi="Times New Roman" w:eastAsia="Times New Roman" w:cs="Times New Roman"/>
          <w:b w:val="0"/>
          <w:sz w:val="24"/>
        </w:rPr>
        <w:t>If I did not appoint an agent, these instructions shall be followed.</w:t>
      </w:r>
    </w:p>
    <w:p>
      <w:pPr>
        <w:keepNext w:val="0"/>
        <w:spacing w:before="120" w:after="0" w:line="260" w:lineRule="exact"/>
        <w:ind w:left="720" w:right="0" w:firstLine="0"/>
        <w:jc w:val="left"/>
      </w:pPr>
      <w:r>
        <w:rPr>
          <w:rFonts w:ascii="Times New Roman" w:hAnsi="Times New Roman" w:eastAsia="Times New Roman" w:cs="Times New Roman"/>
          <w:b w:val="0"/>
          <w:sz w:val="24"/>
        </w:rPr>
        <w:t>3.3.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Legal Protection.</w:t>
      </w:r>
    </w:p>
    <w:p>
      <w:pPr>
        <w:keepNext w:val="0"/>
        <w:spacing w:before="200" w:after="0" w:line="260" w:lineRule="exact"/>
        <w:ind w:left="1080" w:right="0" w:firstLine="0"/>
        <w:jc w:val="both"/>
      </w:pPr>
      <w:r>
        <w:rPr>
          <w:rFonts w:ascii="Times New Roman" w:hAnsi="Times New Roman" w:eastAsia="Times New Roman" w:cs="Times New Roman"/>
          <w:b w:val="0"/>
          <w:sz w:val="24"/>
        </w:rPr>
        <w:t>Pennsylvania law protects my agent and health care providers from any legal liability for their good faith actions in following my wishes as expressed in this form or in complying with my agent's direction. On behalf of myself, my executors and heirs, I further hold my agents and my health care providers harmless and indemnify them against any claim for their good faith actions in recognizing my agent's authority or in following my treatment instructions.</w:t>
      </w:r>
    </w:p>
    <w:p>
      <w:pPr>
        <w:keepNext w:val="0"/>
        <w:spacing w:before="120" w:after="0" w:line="260" w:lineRule="exact"/>
        <w:ind w:left="720" w:right="0" w:firstLine="0"/>
        <w:jc w:val="left"/>
      </w:pPr>
      <w:r>
        <w:rPr>
          <w:rFonts w:ascii="Times New Roman" w:hAnsi="Times New Roman" w:eastAsia="Times New Roman" w:cs="Times New Roman"/>
          <w:b w:val="0"/>
          <w:sz w:val="24"/>
        </w:rPr>
        <w:t>3.4.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Organ Donation.</w:t>
      </w:r>
    </w:p>
    <w:p>
      <w:pPr>
        <w:keepNext w:val="0"/>
        <w:spacing w:before="120" w:after="0" w:line="260" w:lineRule="exact"/>
        <w:ind w:left="1080" w:right="0" w:firstLine="0"/>
        <w:jc w:val="left"/>
      </w:pPr>
      <w:r>
        <w:rPr>
          <w:rFonts w:ascii="Times New Roman" w:hAnsi="Times New Roman" w:eastAsia="Times New Roman" w:cs="Times New Roman"/>
          <w:b/>
          <w:sz w:val="24"/>
        </w:rPr>
        <w:t>Initial only one statement:</w:t>
      </w:r>
    </w:p>
    <w:p>
      <w:pPr>
        <w:keepNext w:val="0"/>
        <w:spacing w:before="120" w:after="0" w:line="260" w:lineRule="exact"/>
        <w:ind w:left="720" w:right="0" w:firstLine="0"/>
        <w:jc w:val="left"/>
      </w:pPr>
      <w:r>
        <w:rPr>
          <w:rFonts w:ascii="Times New Roman" w:hAnsi="Times New Roman" w:eastAsia="Times New Roman" w:cs="Times New Roman"/>
          <w:b w:val="0"/>
          <w:sz w:val="24"/>
        </w:rPr>
        <w:t>3.5.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Signature.</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is executed in three (3) counterparts, of which this is counterpart No. [counterpart number].</w:t>
      </w:r>
    </w:p>
    <w:p>
      <w:pPr>
        <w:keepNext w:val="0"/>
        <w:spacing w:before="200" w:after="0" w:line="260" w:lineRule="exact"/>
        <w:ind w:left="1080" w:right="0" w:firstLine="0"/>
        <w:jc w:val="both"/>
      </w:pPr>
      <w:r>
        <w:rPr>
          <w:rFonts w:ascii="Times New Roman" w:hAnsi="Times New Roman" w:eastAsia="Times New Roman" w:cs="Times New Roman"/>
          <w:b w:val="0"/>
          <w:sz w:val="24"/>
        </w:rPr>
        <w:t>Having carefully read this document, I have signed it this [Month Day, 20__] revoking all previous health care powers of attorney and medical treatment instructions.</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[name of principal]</w:t>
      </w:r>
    </w:p>
    <w:p>
      <w:pPr>
        <w:keepNext w:val="0"/>
        <w:spacing w:before="120" w:after="0" w:line="260" w:lineRule="exact"/>
        <w:ind w:left="1080" w:right="0" w:firstLine="0"/>
        <w:jc w:val="left"/>
      </w:pPr>
      <w:r>
        <w:rPr>
          <w:rFonts w:ascii="Times New Roman" w:hAnsi="Times New Roman" w:eastAsia="Times New Roman" w:cs="Times New Roman"/>
          <w:b w:val="0"/>
          <w:sz w:val="24"/>
        </w:rPr>
        <w:t>[address of principal]</w:t>
      </w:r>
    </w:p>
    <w:p>
      <w:pPr>
        <w:keepNext w:val="0"/>
        <w:spacing w:before="200" w:after="0" w:line="260" w:lineRule="exact"/>
        <w:ind w:left="1080" w:right="0" w:firstLine="0"/>
        <w:jc w:val="both"/>
      </w:pPr>
      <w:r>
        <w:rPr>
          <w:rFonts w:ascii="Times New Roman" w:hAnsi="Times New Roman" w:eastAsia="Times New Roman" w:cs="Times New Roman"/>
          <w:b w:val="0"/>
          <w:sz w:val="24"/>
        </w:rPr>
        <w:t>Two witnesses at least 18 years of age are required by Pennsylvania law and should witness your signature in each other's presence. A person who signs this document on behalf of and at the direction of a principal may not be a witness. (It is preferable for the witnesses not to be your heirs, your creditors, nor employees of any of your health care providers.)</w:t>
      </w:r>
    </w:p>
    <w:p>
      <w:pPr>
        <w:keepNext w:val="0"/>
        <w:spacing w:before="200" w:after="0" w:line="260" w:lineRule="exact"/>
        <w:ind w:left="1080" w:right="0" w:firstLine="0"/>
        <w:jc w:val="both"/>
      </w:pPr>
      <w:r>
        <w:rPr>
          <w:rFonts w:ascii="Times New Roman" w:hAnsi="Times New Roman" w:eastAsia="Times New Roman" w:cs="Times New Roman"/>
          <w:b w:val="0"/>
          <w:sz w:val="24"/>
        </w:rPr>
        <w:t>The Principal/Declarant knowingly and voluntarily signed this writing in our presence:</w:t>
      </w:r>
    </w:p>
    <w:p>
      <w:pPr>
        <w:keepNext w:val="0"/>
        <w:spacing w:before="120" w:after="0" w:line="260" w:lineRule="exact"/>
        <w:ind w:left="1080" w:right="0" w:firstLine="0"/>
        <w:jc w:val="left"/>
      </w:pPr>
      <w:r>
        <w:rPr>
          <w:rFonts w:ascii="Times New Roman" w:hAnsi="Times New Roman" w:eastAsia="Times New Roman" w:cs="Times New Roman"/>
          <w:b w:val="0"/>
          <w:sz w:val="24"/>
        </w:rPr>
        <w:t>Witness' signature: 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Witness' address: 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Witness' signature: 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Witness' address: ____________________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