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Medical Power of Attorney and Advance Health Care Directive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DURABLE HEALTH CARE POWER OF ATTORNEY</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AND HEALTH CARE TREATMENT INSTRUCTIONS</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 [principal]</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center"/>
      </w:pPr>
      <w:r>
        <w:rPr>
          <w:rFonts w:ascii="Times New Roman" w:hAnsi="Times New Roman" w:eastAsia="Times New Roman" w:cs="Times New Roman"/>
          <w:b/>
          <w:sz w:val="24"/>
        </w:rPr>
        <w:t>LIVING WILL</w:t>
      </w:r>
    </w:p>
    <w:p>
      <w:pPr>
        <w:keepNext w:val="0"/>
        <w:spacing w:before="120" w:after="0" w:line="260" w:lineRule="exact"/>
        <w:ind w:left="360" w:right="0" w:firstLine="0"/>
        <w:jc w:val="left"/>
      </w:pPr>
      <w:r>
        <w:rPr>
          <w:rFonts w:ascii="Times New Roman" w:hAnsi="Times New Roman" w:eastAsia="Times New Roman" w:cs="Times New Roman"/>
          <w:b w:val="0"/>
          <w:sz w:val="24"/>
        </w:rPr>
        <w:t>PART I</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Health Care Decision Making.</w:t>
      </w:r>
    </w:p>
    <w:p>
      <w:pPr>
        <w:keepNext w:val="0"/>
        <w:spacing w:before="200" w:after="0" w:line="260" w:lineRule="exact"/>
        <w:ind w:left="1080" w:right="0" w:firstLine="0"/>
        <w:jc w:val="both"/>
      </w:pPr>
      <w:r>
        <w:rPr>
          <w:rFonts w:ascii="Times New Roman" w:hAnsi="Times New Roman" w:eastAsia="Times New Roman" w:cs="Times New Roman"/>
          <w:b w:val="0"/>
          <w:sz w:val="24"/>
        </w:rPr>
        <w:t>You have the right to decide on the type of health care you want.</w:t>
      </w:r>
    </w:p>
    <w:p>
      <w:pPr>
        <w:keepNext w:val="0"/>
        <w:spacing w:before="200" w:after="0" w:line="260" w:lineRule="exact"/>
        <w:ind w:left="1080" w:right="0" w:firstLine="0"/>
        <w:jc w:val="both"/>
      </w:pPr>
      <w:r>
        <w:rPr>
          <w:rFonts w:ascii="Times New Roman" w:hAnsi="Times New Roman" w:eastAsia="Times New Roman" w:cs="Times New Roman"/>
          <w:b w:val="0"/>
          <w:sz w:val="24"/>
        </w:rPr>
        <w:t>Should you become unable to make or communicate decisions about your medical care, your wishes for medical treatment are most likely to be followed if you express those wishes in advance by: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Naming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to decide treatment for you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Giving health care treatment instructions to your agent or health care provider.</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 health care directive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set of instructions expressing your wishes for medical treatment. It may contain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power of attorney, where you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called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to decide treatment for you,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living will, where you instruct your agent and health care providers to limit health care treatments if you are terminally ill or permanently unconscious.</w:t>
      </w:r>
    </w:p>
    <w:p>
      <w:pPr>
        <w:keepNext w:val="0"/>
        <w:spacing w:before="200" w:after="0" w:line="260" w:lineRule="exact"/>
        <w:ind w:left="1080" w:right="0" w:firstLine="0"/>
        <w:jc w:val="both"/>
      </w:pPr>
      <w:r>
        <w:rPr>
          <w:rFonts w:ascii="Times New Roman" w:hAnsi="Times New Roman" w:eastAsia="Times New Roman" w:cs="Times New Roman"/>
          <w:b w:val="0"/>
          <w:sz w:val="24"/>
        </w:rPr>
        <w:t>You may limit your agent's involvement in deciding your medical treatment so that your agent will speak for you only when you are unable to speak for yourself. You, and not your agent, remain responsible for the cost of your medical care.</w:t>
      </w:r>
    </w:p>
    <w:p>
      <w:pPr>
        <w:keepNext w:val="0"/>
        <w:spacing w:before="200" w:after="0" w:line="260" w:lineRule="exact"/>
        <w:ind w:left="1080" w:right="0" w:firstLine="0"/>
        <w:jc w:val="both"/>
      </w:pPr>
      <w:r>
        <w:rPr>
          <w:rFonts w:ascii="Times New Roman" w:hAnsi="Times New Roman" w:eastAsia="Times New Roman" w:cs="Times New Roman"/>
          <w:b w:val="0"/>
          <w:sz w:val="24"/>
        </w:rPr>
        <w:t>If you do not write down your wishes about your health care in advance, and if later you become unable to make or communicate these decisions, those wishes may not be honored because they may remain unknown to others.</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provider who refuses to honor your wishes about health care must tell you of its refusal and help to transfer you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provider who will honor your wishes.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should give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your advance health care directive to your agent, your physician, and others whom you expect would likely attend to your needs if you become unable to make or communicate decisions about medical care. If your health care wishes change, tell your physician and write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advance health care directive to replace your old one.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wish to consult with knowledgeable, trusted individuals such as family members, your physician, or clergy when considering how to express your values and health care wishes. You are free to create your own advance health care directive to convey your wishes regarding medical treatment. The following form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example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 health care directive that combines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power of attorney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living will.</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Use of This Form.</w:t>
      </w:r>
    </w:p>
    <w:p>
      <w:pPr>
        <w:keepNext w:val="0"/>
        <w:spacing w:before="200" w:after="0" w:line="260" w:lineRule="exact"/>
        <w:ind w:left="1080" w:right="0" w:firstLine="0"/>
        <w:jc w:val="both"/>
      </w:pPr>
      <w:r>
        <w:rPr>
          <w:rFonts w:ascii="Times New Roman" w:hAnsi="Times New Roman" w:eastAsia="Times New Roman" w:cs="Times New Roman"/>
          <w:b w:val="0"/>
          <w:sz w:val="24"/>
        </w:rPr>
        <w:t>Whether you decide to use this form or create your own advance health care directive, you should consult with your physician and your attorney to make sure that your wishes are clearly expressed and comply with the law.</w:t>
      </w:r>
    </w:p>
    <w:p>
      <w:pPr>
        <w:keepNext w:val="0"/>
        <w:spacing w:before="200" w:after="0" w:line="260" w:lineRule="exact"/>
        <w:ind w:left="1080" w:right="0" w:firstLine="0"/>
        <w:jc w:val="both"/>
      </w:pPr>
      <w:r>
        <w:rPr>
          <w:rFonts w:ascii="Times New Roman" w:hAnsi="Times New Roman" w:eastAsia="Times New Roman" w:cs="Times New Roman"/>
          <w:b w:val="0"/>
          <w:sz w:val="24"/>
        </w:rPr>
        <w:t>If you decide to use this form but disagree with any of its statements, you may cross out those statements.</w:t>
      </w:r>
    </w:p>
    <w:p>
      <w:pPr>
        <w:keepNext w:val="0"/>
        <w:spacing w:before="200" w:after="0" w:line="260" w:lineRule="exact"/>
        <w:ind w:left="1080" w:right="0" w:firstLine="0"/>
        <w:jc w:val="both"/>
      </w:pPr>
      <w:r>
        <w:rPr>
          <w:rFonts w:ascii="Times New Roman" w:hAnsi="Times New Roman" w:eastAsia="Times New Roman" w:cs="Times New Roman"/>
          <w:b w:val="0"/>
          <w:sz w:val="24"/>
        </w:rPr>
        <w:t>You may add comments to this form or your own form to help your physician or agent decide your medical care.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is designed to give your agent broad powers to make health care decisions for you whenever you cannot make them for yourself. It is also designed to express your desire to limit care if you suffer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terminal condition or are permanently unconscious. If you do not desire to give your agent broad powers, or you do not wish to limit your care if you are terminally ill or permanently unconscious, you may wish to 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form or to create your own. YOU SHOULD ALSO 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FORM IF YOU WISH TO EXPRESS YOUR PREFERENCES IN MORE DETAIL THAN THIS FORM ALLOWS. In these situations, it is particularly important that you consult with your attorney and physician to make sure that your wishes are clearly expressed.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allows you to tell your agent your goals if you suffer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terminal illness or other extreme and irreversible medical condition, such as advanced Alzheimer's disease. Do you want medical care applied aggressively in these situations or would you consider such aggressive medical care burdensome and undesirable?</w:t>
      </w:r>
    </w:p>
    <w:p>
      <w:pPr>
        <w:keepNext w:val="0"/>
        <w:spacing w:before="200" w:after="0" w:line="260" w:lineRule="exact"/>
        <w:ind w:left="1080" w:right="0" w:firstLine="0"/>
        <w:jc w:val="both"/>
      </w:pPr>
      <w:r>
        <w:rPr>
          <w:rFonts w:ascii="Times New Roman" w:hAnsi="Times New Roman" w:eastAsia="Times New Roman" w:cs="Times New Roman"/>
          <w:b w:val="0"/>
          <w:sz w:val="24"/>
        </w:rPr>
        <w:t>You may choose whether you want your agent to be bound by your instructions or whether you want your agent to be able to decide at the time what course of treatment the agent thinks most fully reflects your wishes and values.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Pennsylvania law protects your agent and health care providers from any legal liability for following in good faith your wishes as expressed in the form or by your agent's direction. It does not otherwise change professional standards or excuse negligence in the way your wishes are carried out. If you have any questions about the law, consult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for guidance.</w:t>
      </w:r>
    </w:p>
    <w:p>
      <w:pPr>
        <w:keepNext w:val="0"/>
        <w:spacing w:before="200" w:after="0" w:line="260" w:lineRule="exact"/>
        <w:ind w:left="1080" w:right="0" w:firstLine="0"/>
        <w:jc w:val="both"/>
      </w:pPr>
      <w:r>
        <w:rPr>
          <w:rFonts w:ascii="Times New Roman" w:hAnsi="Times New Roman" w:eastAsia="Times New Roman" w:cs="Times New Roman"/>
          <w:b w:val="0"/>
          <w:sz w:val="24"/>
        </w:rPr>
        <w:t>This form and explanation are not intended to take the place of specific legal or medical advice, for which you should rely upon your own attorney and physician.</w:t>
      </w:r>
    </w:p>
    <w:p>
      <w:pPr>
        <w:keepNext w:val="0"/>
        <w:spacing w:before="120" w:after="0" w:line="260" w:lineRule="exact"/>
        <w:ind w:left="360" w:right="0" w:firstLine="0"/>
        <w:jc w:val="left"/>
      </w:pPr>
      <w:r>
        <w:rPr>
          <w:rFonts w:ascii="Times New Roman" w:hAnsi="Times New Roman" w:eastAsia="Times New Roman" w:cs="Times New Roman"/>
          <w:b w:val="0"/>
          <w:sz w:val="24"/>
        </w:rPr>
        <w:t>PART II</w:t>
      </w:r>
    </w:p>
    <w:p>
      <w:pPr>
        <w:keepNext w:val="0"/>
        <w:spacing w:before="120" w:after="0" w:line="260" w:lineRule="exact"/>
        <w:ind w:left="72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Durable Health Care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I, [principle], of [city], [county] County, Pennsylvania, appoint the person named below to be my agent to make health and personal care decisions for me.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Effective immediately and continuously until my death or revocation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writing signed by me or someone authorized to make health care treatment decisions for me, I authorize all health care providers or other covered entities to disclose to my agent, upon my agent's request, any information, oral or written, regarding my physical or mental health, including, but not limited to, medical and hospital records and what is otherwise private, privileged, protected, or personal health information, such as health information as defined and described in the Health Insurance Portability and Accountability Act of 1996 (Public Law 104-191, 110 Stat. 2024), the regulations promulgated thereunder, and any other state or local laws and rules. Information disclosed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provider or other covered entity may be re-disclosed and may no longer be subject to the privacy rules provided by 45 C.F.R. § 164.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remainder of this document will take effect when and only when I lack sufficient capacity to make or communicate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choice regarding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or personal care decision as verified by my attending physician. My agent may delegate the authority to make decisions; provided that any such delegation shall not supersede any designation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made by me.</w:t>
      </w:r>
    </w:p>
    <w:p>
      <w:pPr>
        <w:keepNext w:val="0"/>
        <w:spacing w:before="200" w:after="0" w:line="260" w:lineRule="exact"/>
        <w:ind w:left="1080" w:right="0" w:firstLine="0"/>
        <w:jc w:val="both"/>
      </w:pPr>
      <w:r>
        <w:rPr>
          <w:rFonts w:ascii="Times New Roman" w:hAnsi="Times New Roman" w:eastAsia="Times New Roman" w:cs="Times New Roman"/>
          <w:b w:val="0"/>
          <w:sz w:val="24"/>
        </w:rPr>
        <w:t>MY AGENT HAS ALL OF THE FOLLOWING POWERS SUBJECT TO THE HEALTH CARE TREATMENT INSTRUCTIONS THAT FOLLOW IN PART III (CROSS OUT ANY POWERS YOU DO NOT WANT TO GIVE YOUR AGENT):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To authorize, withhold, or withdraw medical care and surgical procedures.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To authorize, withhold, or withdraw nutrition (food) or hydration (water) medically supplied by tube through my nose, stomach, intestines, or veins.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To authorize my admission to or discharge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medical, nursing, residential, or similar facility and to make agreements for my care and health insurance for my care, including hospice and/or palliative care.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To hire and fire medical, social service, and other support personnel responsible for my care.</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To take any legal action necessary to do what I have directed.</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To request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physician responsible for my care issue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do-not-resuscitate (DNR) order, including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out-of-hospital DNR order, and sign any required documents and consents.</w:t>
      </w:r>
    </w:p>
    <w:p>
      <w:pPr>
        <w:keepNext w:val="0"/>
        <w:spacing w:before="120" w:after="0" w:line="260" w:lineRule="exact"/>
        <w:ind w:left="72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Agent.</w:t>
      </w:r>
    </w:p>
    <w:p>
      <w:pPr>
        <w:keepNext w:val="0"/>
        <w:spacing w:before="200" w:after="0" w:line="260" w:lineRule="exact"/>
        <w:ind w:left="1080" w:right="0" w:firstLine="0"/>
        <w:jc w:val="both"/>
      </w:pPr>
      <w:r>
        <w:rPr>
          <w:rFonts w:ascii="Times New Roman" w:hAnsi="Times New Roman" w:eastAsia="Times New Roman" w:cs="Times New Roman"/>
          <w:b/>
          <w:sz w:val="24"/>
        </w:rPr>
        <w:t>I appoint the following individual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ARE NOT REQUIRED TO APPOINT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IF YOU DO NOT WISH TO APPOINT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WRITE 'NONE' IN THE ABOVE SPACE. IF YOU DO NOT NAME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HEALTH CARE PROVIDERS WILL ASK YOUR FAMILY FOR HELP IN DETERMINING YOUR WISHES FOR TREATMENT. NOTE THAT YOU MAY NOT APPOINT YOUR DOCTOR OR OTHER HEALTH CARE PROVIDER AS YOUR AGENT UNLESS RELATED TO YOU BY BLOOD, MARRIAGE OR ADOPTION.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my agent is not readily available or if my agent is my spouse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for divorce is filed by either of us after the date of this document, I appoint the person or persons named below in the order named. (It is helpful, but not required, to name alternative agents.)</w:t>
      </w:r>
    </w:p>
    <w:p>
      <w:pPr>
        <w:keepNext w:val="0"/>
        <w:spacing w:before="120" w:after="0" w:line="260" w:lineRule="exact"/>
        <w:ind w:left="1080" w:right="0" w:firstLine="0"/>
        <w:jc w:val="left"/>
      </w:pPr>
      <w:r>
        <w:rPr>
          <w:rFonts w:ascii="Times New Roman" w:hAnsi="Times New Roman" w:eastAsia="Times New Roman" w:cs="Times New Roman"/>
          <w:b/>
          <w:sz w:val="24"/>
        </w:rPr>
        <w:t>First Alternative Agent:</w:t>
      </w:r>
    </w:p>
    <w:p>
      <w:pPr>
        <w:keepNext w:val="0"/>
        <w:spacing w:before="120" w:after="0" w:line="260" w:lineRule="exact"/>
        <w:ind w:left="1080" w:right="0" w:firstLine="0"/>
        <w:jc w:val="left"/>
      </w:pPr>
      <w:r>
        <w:rPr>
          <w:rFonts w:ascii="Times New Roman" w:hAnsi="Times New Roman" w:eastAsia="Times New Roman" w:cs="Times New Roman"/>
          <w:b/>
          <w:sz w:val="24"/>
        </w:rPr>
        <w:t>Second Alternative Agent:</w:t>
      </w:r>
    </w:p>
    <w:p>
      <w:pPr>
        <w:keepNext w:val="0"/>
        <w:spacing w:before="120" w:after="0" w:line="260" w:lineRule="exact"/>
        <w:ind w:left="360" w:right="0" w:firstLine="0"/>
        <w:jc w:val="left"/>
      </w:pPr>
      <w:r>
        <w:rPr>
          <w:rFonts w:ascii="Times New Roman" w:hAnsi="Times New Roman" w:eastAsia="Times New Roman" w:cs="Times New Roman"/>
          <w:b w:val="0"/>
          <w:sz w:val="24"/>
        </w:rPr>
        <w:t>PART III</w:t>
      </w:r>
    </w:p>
    <w:p>
      <w:pPr>
        <w:keepNext w:val="0"/>
        <w:spacing w:before="120" w:after="0" w:line="260" w:lineRule="exact"/>
        <w:ind w:left="72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Health Care Treatment Instructions in the Event of Terminal Condition or Permanent Unconsciousness (Living Will).</w:t>
      </w:r>
    </w:p>
    <w:p>
      <w:pPr>
        <w:keepNext w:val="0"/>
        <w:spacing w:before="200" w:after="0" w:line="260" w:lineRule="exact"/>
        <w:ind w:left="1080" w:right="0" w:firstLine="0"/>
        <w:jc w:val="both"/>
      </w:pPr>
      <w:r>
        <w:rPr>
          <w:rFonts w:ascii="Times New Roman" w:hAnsi="Times New Roman" w:eastAsia="Times New Roman" w:cs="Times New Roman"/>
          <w:b w:val="0"/>
          <w:sz w:val="24"/>
        </w:rPr>
        <w:t>The following health care treatment instructions exercise my right to make decisions concerning my health care. These instructions are intended to provide clear and convincing evidence of my wishes to be followed when I lack the capacity to make or communicate my treatment decisions: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I SUFFER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TERMINAL CONDITION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OF PERMANENT UNCONSCIOUSNESS SUCH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IRREVERSIBLE COMA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IRREVERSIBLE VEGETATIVE STATE AND THERE IS NO REALISTIC HOPE OF SIGNIFICANT RECOVERY, ALL OF THE FOLLOWING APPLY (CROSS OUT ANY TREATMENT INSTRUCTIONS WITH WHICH YOU DO NOT AGREE):</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 direct that I be given health care treatment to relieve pain or provide comfort even if such treatment might shorten my life, suppress my appetite or my breathing, or be habit forming.</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 direct that all life prolonging procedures be withheld or withdrawn.</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 specifically do not want any of the following as life prolonging procedures (if you wish to receive any of these treatments, write "I do want" after the treatment):</w:t>
      </w:r>
    </w:p>
    <w:p>
      <w:pPr>
        <w:keepNext w:val="0"/>
        <w:spacing w:before="200" w:after="0" w:line="260" w:lineRule="exact"/>
        <w:ind w:left="2160" w:right="0" w:firstLine="0"/>
        <w:jc w:val="both"/>
      </w:pPr>
      <w:r>
        <w:rPr>
          <w:rFonts w:ascii="Times New Roman" w:hAnsi="Times New Roman" w:eastAsia="Times New Roman" w:cs="Times New Roman"/>
          <w:b w:val="0"/>
          <w:sz w:val="24"/>
        </w:rPr>
        <w:t>Heart-Lung Resuscitation (CPR)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Mechanical Ventilator (Breathing Machine)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Dialysis (Kidney Machine)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Surgery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Chemotherapy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Radiation Treatment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Antibiotics 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Please indicate whether you want nutrition (food) or hydration (water) medically supplied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tube into your nose, stomach, intestine, or veins if you suffer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terminal condition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of permanent unconsciousness and there is no realistic hope of significant recovery.</w:t>
      </w:r>
    </w:p>
    <w:p>
      <w:pPr>
        <w:keepNext w:val="0"/>
        <w:spacing w:before="120" w:after="0" w:line="260" w:lineRule="exact"/>
        <w:ind w:left="1440" w:right="0" w:firstLine="0"/>
        <w:jc w:val="left"/>
      </w:pPr>
      <w:r>
        <w:rPr>
          <w:rFonts w:ascii="Times New Roman" w:hAnsi="Times New Roman" w:eastAsia="Times New Roman" w:cs="Times New Roman"/>
          <w:b/>
          <w:sz w:val="24"/>
        </w:rPr>
        <w:t>Initial only one statement:</w:t>
      </w:r>
    </w:p>
    <w:p>
      <w:pPr>
        <w:keepNext w:val="0"/>
        <w:spacing w:before="120" w:after="0" w:line="260" w:lineRule="exact"/>
        <w:ind w:left="72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Agent's Use of Instructions.</w:t>
      </w:r>
    </w:p>
    <w:p>
      <w:pPr>
        <w:keepNext w:val="0"/>
        <w:spacing w:before="120" w:after="0" w:line="260" w:lineRule="exact"/>
        <w:ind w:left="1080" w:right="0" w:firstLine="0"/>
        <w:jc w:val="left"/>
      </w:pPr>
      <w:r>
        <w:rPr>
          <w:rFonts w:ascii="Times New Roman" w:hAnsi="Times New Roman" w:eastAsia="Times New Roman" w:cs="Times New Roman"/>
          <w:b/>
          <w:sz w:val="24"/>
        </w:rPr>
        <w:t>Initial only one statement: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If I did not appoint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these instructions shall be followed.</w:t>
      </w:r>
    </w:p>
    <w:p>
      <w:pPr>
        <w:keepNext w:val="0"/>
        <w:spacing w:before="120" w:after="0" w:line="260" w:lineRule="exact"/>
        <w:ind w:left="72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Legal Protection.</w:t>
      </w:r>
    </w:p>
    <w:p>
      <w:pPr>
        <w:keepNext w:val="0"/>
        <w:spacing w:before="200" w:after="0" w:line="260" w:lineRule="exact"/>
        <w:ind w:left="1080" w:right="0" w:firstLine="0"/>
        <w:jc w:val="both"/>
      </w:pPr>
      <w:r>
        <w:rPr>
          <w:rFonts w:ascii="Times New Roman" w:hAnsi="Times New Roman" w:eastAsia="Times New Roman" w:cs="Times New Roman"/>
          <w:b w:val="0"/>
          <w:sz w:val="24"/>
        </w:rPr>
        <w:t>Pennsylvania law protects my agent and health care providers from any legal liability for their good faith actions in following my wishes as expressed in this form or in complying with my agent's direction. On behalf of myself, my executors and heirs, I further hold my agents and my health care providers harmless and indemnify them against any claim for their good faith actions in recognizing my agent's authority or in following my treatment instructions.</w:t>
      </w:r>
    </w:p>
    <w:p>
      <w:pPr>
        <w:keepNext w:val="0"/>
        <w:spacing w:before="120" w:after="0" w:line="260" w:lineRule="exact"/>
        <w:ind w:left="72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 Donation.</w:t>
      </w:r>
    </w:p>
    <w:p>
      <w:pPr>
        <w:keepNext w:val="0"/>
        <w:spacing w:before="120" w:after="0" w:line="260" w:lineRule="exact"/>
        <w:ind w:left="1080" w:right="0" w:firstLine="0"/>
        <w:jc w:val="left"/>
      </w:pPr>
      <w:r>
        <w:rPr>
          <w:rFonts w:ascii="Times New Roman" w:hAnsi="Times New Roman" w:eastAsia="Times New Roman" w:cs="Times New Roman"/>
          <w:b/>
          <w:sz w:val="24"/>
        </w:rPr>
        <w:t>Initial only one statement:</w:t>
      </w:r>
    </w:p>
    <w:p>
      <w:pPr>
        <w:keepNext w:val="0"/>
        <w:spacing w:before="120" w:after="0" w:line="260" w:lineRule="exact"/>
        <w:ind w:left="720" w:right="0" w:firstLine="0"/>
        <w:jc w:val="left"/>
      </w:pP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Signature.</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executed in three (3) counterparts, of which this is counterpart No. [counterpart number].</w:t>
      </w:r>
    </w:p>
    <w:p>
      <w:pPr>
        <w:keepNext w:val="0"/>
        <w:spacing w:before="200" w:after="0" w:line="260" w:lineRule="exact"/>
        <w:ind w:left="1080" w:right="0" w:firstLine="0"/>
        <w:jc w:val="both"/>
      </w:pPr>
      <w:r>
        <w:rPr>
          <w:rFonts w:ascii="Times New Roman" w:hAnsi="Times New Roman" w:eastAsia="Times New Roman" w:cs="Times New Roman"/>
          <w:b w:val="0"/>
          <w:sz w:val="24"/>
        </w:rPr>
        <w:t>Having carefully read this document, I have signed it this [Month Day, 20__] revoking all previous health care powers of attorney and medical treatment instructions.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1080" w:right="0" w:firstLine="0"/>
        <w:jc w:val="left"/>
      </w:pPr>
      <w:r>
        <w:rPr>
          <w:rFonts w:ascii="Times New Roman" w:hAnsi="Times New Roman" w:eastAsia="Times New Roman" w:cs="Times New Roman"/>
          <w:b w:val="0"/>
          <w:sz w:val="24"/>
        </w:rPr>
        <w:t>[address of principal]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Two witnesses at least 18 years of age are required by Pennsylvania law and should witness your signature in each other's presence.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signs this document on behalf of and at the direction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may not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witness. (It is preferable for the witnesses not to be your heirs, your creditors, nor employees of any of your health care providers.)</w:t>
      </w:r>
    </w:p>
    <w:p>
      <w:pPr>
        <w:keepNext w:val="0"/>
        <w:spacing w:before="200" w:after="0" w:line="260" w:lineRule="exact"/>
        <w:ind w:left="1080" w:right="0" w:firstLine="0"/>
        <w:jc w:val="both"/>
      </w:pPr>
      <w:r>
        <w:rPr>
          <w:rFonts w:ascii="Times New Roman" w:hAnsi="Times New Roman" w:eastAsia="Times New Roman" w:cs="Times New Roman"/>
          <w:b w:val="0"/>
          <w:sz w:val="24"/>
        </w:rPr>
        <w:t>The Principal/Declarant knowingly and voluntarily signed this writing in our presence:</w:t>
      </w:r>
    </w:p>
    <w:p>
      <w:pPr>
        <w:keepNext w:val="0"/>
        <w:spacing w:before="120" w:after="0" w:line="260" w:lineRule="exact"/>
        <w:ind w:left="1080" w:right="0" w:firstLine="0"/>
        <w:jc w:val="left"/>
      </w:pPr>
      <w:r>
        <w:rPr>
          <w:rFonts w:ascii="Times New Roman" w:hAnsi="Times New Roman" w:eastAsia="Times New Roman" w:cs="Times New Roman"/>
          <w:b w:val="0"/>
          <w:sz w:val="24"/>
        </w:rPr>
        <w:t>Witness' signature: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Witness' address: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Witness' signature: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Witness' address: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