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Medicare Part D Prescription Drug Coverage Notice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Important Notice From [plan sponsor] About Your Prescription Drug Coverage and Medicare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Please read this notice carefully and keep it where you can find it. This notice has information about your current prescription drug coverage with [plan sponsor] and about your options under Medicare's prescription drug coverage. This information can help you decide whether or not you want to join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Medicare drug plan. Information about where you can get help to make decisions about your prescription drug coverage is at the end of this notice.</w:t>
      </w:r>
    </w:p>
    <w:p>
      <w:pPr>
        <w:keepNext w:val="0"/>
        <w:spacing w:before="200" w:after="0" w:line="260" w:lineRule="exact"/>
        <w:ind w:left="360" w:right="0" w:firstLine="0"/>
        <w:jc w:val="both"/>
      </w:pPr>
      <w:r>
        <w:rPr>
          <w:rFonts w:ascii="Times New Roman" w:hAnsi="Times New Roman" w:eastAsia="Times New Roman" w:cs="Times New Roman"/>
          <w:b w:val="0"/>
          <w:sz w:val="24"/>
        </w:rPr>
        <w:t>There are three important things you need to know about your current coverage and Medicare's prescription drug coverage:</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Medicare prescription drug coverage became available in 2006 to everyone with Medicare. You can get this coverage if you join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Medicare Prescription Drug Plan or join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Medicare Advantage Plan (like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HMO or PPO) that offers prescription drug coverage. All Medicare drug plans provide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standard level of coverage set by Medicare. Some plans may also offer more coverage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higher monthly premium.</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[Plan sponsor] has determined that the prescription drug coverage offered by the [plan name] is, on average for all plan participants, NOT expected to pay out as much as standard Medicare prescription drug coverage pays. Therefore, your coverage is considered Non-Creditable Coverage. This is important because, most likely, you will get more help with your drug costs if you join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Medicare drug plan, than if you only have prescription drug coverage from the [plan name]. This also is important because it may mean that you may pay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higher premium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penalty) if you do not join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Medicare drug plan when you first become eligible.</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 can keep your current coverage from [plan name]. However, because your coverage is non-creditable, you have decisions to make about Medicare prescription drug coverage that may affect how much you pay for that coverage, depending on if and when you join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drug plan. When you make your decision, you should compare your current coverage, including what drugs are covered, with the coverage and cost of the plans offering Medicare prescription drug coverage in your area. Read this notice carefully. It explains your options.</w:t>
      </w:r>
    </w:p>
    <w:p>
      <w:pPr>
        <w:keepNext w:val="0"/>
        <w:spacing w:before="120" w:after="0" w:line="260" w:lineRule="exact"/>
        <w:ind w:left="360" w:right="0" w:firstLine="0"/>
        <w:jc w:val="left"/>
      </w:pPr>
      <w:r>
        <w:rPr>
          <w:rFonts w:ascii="Times New Roman" w:hAnsi="Times New Roman" w:eastAsia="Times New Roman" w:cs="Times New Roman"/>
          <w:b/>
          <w:sz w:val="24"/>
        </w:rPr>
        <w:t xml:space="preserve">When Can You Join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Medicare Drug Plan?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can join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Medicare drug plan when you first become eligible for Medicare and each year from October 15th to December 7th.</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However, if you decide to drop your current coverage with [plan sponsor], since it is employer sponsored group coverage, you will be eligible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two (2) month Special Enrollment Period to join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Medicare drug plan; however you also may pay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higher premium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penalty) because you did not have creditable coverage under [plan name].</w:t>
      </w:r>
    </w:p>
    <w:p>
      <w:pPr>
        <w:keepNext w:val="0"/>
        <w:spacing w:before="120" w:after="0" w:line="260" w:lineRule="exact"/>
        <w:ind w:left="360" w:right="0" w:firstLine="0"/>
        <w:jc w:val="left"/>
      </w:pPr>
      <w:r>
        <w:rPr>
          <w:rFonts w:ascii="Times New Roman" w:hAnsi="Times New Roman" w:eastAsia="Times New Roman" w:cs="Times New Roman"/>
          <w:b/>
          <w:sz w:val="24"/>
        </w:rPr>
        <w:t xml:space="preserve">When Will You Pay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Higher Premium (Penalty) to Join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Medicare Drug Plan?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Since the coverage under [plan name], is not creditable, depending on how long you go without creditable prescription drug coverage you may pay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penalty to join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Medicare drug plan. Starting with the end of the last month that you were first eligible to join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Medicare drug plan but didn't join, if you go 63 continuous days or longer without prescription drug coverage that's creditable, your monthly premium may go up by at least 1% of the Medicare base beneficiary premium per month for every month that you did not have that coverage. For example, if you go nineteen months without creditable coverage, your premium may consistently be at least 19% higher than the Medicare base beneficiary premium. You may have to pay this higher premium (penalty) as long as you have Medicare prescription drug coverage. In addition, you may have to wait until the following October to join.</w:t>
      </w:r>
    </w:p>
    <w:p>
      <w:pPr>
        <w:keepNext w:val="0"/>
        <w:spacing w:before="120" w:after="0" w:line="260" w:lineRule="exact"/>
        <w:ind w:left="360" w:right="0" w:firstLine="0"/>
        <w:jc w:val="left"/>
      </w:pPr>
      <w:r>
        <w:rPr>
          <w:rFonts w:ascii="Times New Roman" w:hAnsi="Times New Roman" w:eastAsia="Times New Roman" w:cs="Times New Roman"/>
          <w:b/>
          <w:sz w:val="24"/>
        </w:rPr>
        <w:t xml:space="preserve">What Happens to Your Current Coverage If You Decide to Join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Medicare Drug Plan?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decide to join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Medicare drug plan, your current [plan sponsor] coverage [will OR will not] be affected. If you do decide to join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Medicare drug plan and drop your current [plan sponsor] coverage, be aware that you and your dependents [will OR will not] be able to get this coverage back.</w:t>
      </w:r>
    </w:p>
    <w:p>
      <w:pPr>
        <w:keepNext w:val="0"/>
        <w:spacing w:before="120" w:after="0" w:line="260" w:lineRule="exact"/>
        <w:ind w:left="360" w:right="0" w:firstLine="0"/>
        <w:jc w:val="left"/>
      </w:pPr>
      <w:r>
        <w:rPr>
          <w:rFonts w:ascii="Times New Roman" w:hAnsi="Times New Roman" w:eastAsia="Times New Roman" w:cs="Times New Roman"/>
          <w:b/>
          <w:sz w:val="24"/>
        </w:rPr>
        <w:t>For More Information About this Notice or Your Current Prescription Drug Coverage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Contact [name] at [telephone number]. NOTE: You'll get this notice each year. You will also get it before the next period you can join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Medicare drug plan, and if this coverage through [plan name] changes. You also may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notice at any time.</w:t>
      </w:r>
    </w:p>
    <w:p>
      <w:pPr>
        <w:keepNext w:val="0"/>
        <w:spacing w:before="120" w:after="0" w:line="260" w:lineRule="exact"/>
        <w:ind w:left="360" w:right="0" w:firstLine="0"/>
        <w:jc w:val="left"/>
      </w:pPr>
      <w:r>
        <w:rPr>
          <w:rFonts w:ascii="Times New Roman" w:hAnsi="Times New Roman" w:eastAsia="Times New Roman" w:cs="Times New Roman"/>
          <w:b/>
          <w:sz w:val="24"/>
        </w:rPr>
        <w:t>For More Information About Your Options Under Medicare Prescription Drug Coverage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More detailed information about Medicare plans that offer prescription drug coverage is in the "Medicare &amp; You" handbook. You'll get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handbook in the mail every year from Medicare. You may also be contacted directly by Medicare drug plans. For more information about Medicare prescription drug coverage:</w:t>
      </w:r>
    </w:p>
    <w:p>
      <w:pPr>
        <w:keepNext w:val="0"/>
        <w:spacing w:before="200" w:after="0" w:line="260" w:lineRule="exact"/>
        <w:ind w:left="1080" w:right="0" w:firstLine="0"/>
        <w:jc w:val="both"/>
      </w:pPr>
      <w:r>
        <w:rPr>
          <w:rFonts w:ascii="Times New Roman" w:hAnsi="Times New Roman" w:eastAsia="Times New Roman" w:cs="Times New Roman"/>
          <w:b w:val="0"/>
          <w:sz w:val="24"/>
        </w:rPr>
        <w:t>• Visit www.medicare.gov.</w:t>
      </w:r>
    </w:p>
    <w:p>
      <w:pPr>
        <w:keepNext w:val="0"/>
        <w:spacing w:before="200" w:after="0" w:line="260" w:lineRule="exact"/>
        <w:ind w:left="1080" w:right="0" w:firstLine="0"/>
        <w:jc w:val="both"/>
      </w:pPr>
      <w:r>
        <w:rPr>
          <w:rFonts w:ascii="Times New Roman" w:hAnsi="Times New Roman" w:eastAsia="Times New Roman" w:cs="Times New Roman"/>
          <w:b w:val="0"/>
          <w:sz w:val="24"/>
        </w:rPr>
        <w:t>• Call your State Health Insurance Assistance Program (see the inside back cover of your copy of the "Medicare &amp; You" handbook for their telephone number).</w:t>
      </w:r>
    </w:p>
    <w:p>
      <w:pPr>
        <w:keepNext w:val="0"/>
        <w:spacing w:before="200" w:after="0" w:line="260" w:lineRule="exact"/>
        <w:ind w:left="1080" w:right="0" w:firstLine="0"/>
        <w:jc w:val="both"/>
      </w:pPr>
      <w:r>
        <w:rPr>
          <w:rFonts w:ascii="Times New Roman" w:hAnsi="Times New Roman" w:eastAsia="Times New Roman" w:cs="Times New Roman"/>
          <w:b w:val="0"/>
          <w:sz w:val="24"/>
        </w:rPr>
        <w:t>• Call 1-800-MEDICARE (1-800-633-4227). TTY users should call 1-877-486-2048.</w:t>
      </w:r>
    </w:p>
    <w:p>
      <w:pPr>
        <w:keepNext w:val="0"/>
        <w:spacing w:before="200" w:after="0" w:line="260" w:lineRule="exact"/>
        <w:ind w:left="720" w:right="0" w:firstLine="0"/>
        <w:jc w:val="both"/>
      </w:pPr>
      <w:r>
        <w:rPr>
          <w:rFonts w:ascii="Times New Roman" w:hAnsi="Times New Roman" w:eastAsia="Times New Roman" w:cs="Times New Roman"/>
          <w:b w:val="0"/>
          <w:sz w:val="24"/>
        </w:rPr>
        <w:t>If you have limited income and resources, extra help paying for Medicare prescription drug coverage is available. For information about this extra help, visit Social Security on the web at www.socialsecurity.gov, or call them at 1-800-772-1213 (TTY 1-800-325-0778).</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