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Meeting Competition Defense Competitive Offer Verification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[head of sales department]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FROM: [name of sales representative]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recently became aware that competitors including [names of competitors] are making offers of lower prices available to customers in [geographic area] for [name of products]. The price terms being made available to customers are [price terms, including such terms as credit, cash discount, free goods, allowances, and special services]. I received reports of these offers from [name of customer representatives] on [dates]. Several customers, including [names], showed me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offers made to them, which are attached [if not attached, explain that the customer refused to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cc: Law Department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