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Meeting Competition Defense Customer Letter Verifying Competitor’s Offer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[sales representative’s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[company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[company 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[customer name]: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letter confirms that [name of competitor] has offered my firm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sales arrangement which includes these terms: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Products involved, including category, class, model, size and any other relevant information: _____________________________________________________________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price offered: _________________________________________________________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Other terms of payment offered, including credit terms, discounts, free goods, allowances, special services: ________________________________________________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offer: ____________________________________________________________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Quantity of the product involved: ____________________________________________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Any time limitations on competitor’s offer: 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information is provided to allow [company name] to meet the offer of [name of competitor].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competitor’s offer is ________ is not ________ attached. I have ____ have not ___ allowed [name of company sales representative] to see the competitor’s offer.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Meeting the competitor’s offer is necessary for [customer name] to continue to do business with [company name] and for [customer name] to place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order with [company name].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[customer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