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Meeting Competition Defense Price Verification Form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Introduction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Federal law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offering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to meet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competitor’s lower price must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the offer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was made. Also, the company can only meet, but not exceed, the lower price. To ensure that all appropriate steps are taken to verify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competitor’s lower offer, [company name] requires that you complete this form to the extent possible and submit it for review by the law department </w:t>
      </w:r>
      <w:r>
        <w:rPr>
          <w:rFonts w:ascii="Times New Roman" w:hAnsi="Times New Roman" w:eastAsia="Times New Roman" w:cs="Times New Roman"/>
          <w:b/>
          <w:sz w:val="24"/>
        </w:rPr>
        <w:t>before</w:t>
      </w:r>
      <w:r>
        <w:rPr>
          <w:rFonts w:ascii="Times New Roman" w:hAnsi="Times New Roman" w:eastAsia="Times New Roman" w:cs="Times New Roman"/>
          <w:b w:val="0"/>
          <w:sz w:val="24"/>
        </w:rPr>
        <w:t xml:space="preserve"> you offer any price concession. Whenever possible, complete all questions in the form. If the information to complete the form is not available, obtain as much information as possible and provide that information on the form. You must return the form, even if only partially completed,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competitor’s bid can be met. You must describe in full the price concession you wish to offer the customer.</w:t>
      </w:r>
    </w:p>
    <w:p>
      <w:pPr>
        <w:keepNext w:val="0"/>
        <w:spacing w:before="200" w:after="0" w:line="260" w:lineRule="exact"/>
        <w:ind w:left="720" w:right="0" w:firstLine="0"/>
        <w:jc w:val="both"/>
      </w:pPr>
      <w:r>
        <w:rPr>
          <w:rFonts w:ascii="Times New Roman" w:hAnsi="Times New Roman" w:eastAsia="Times New Roman" w:cs="Times New Roman"/>
          <w:b w:val="0"/>
          <w:sz w:val="24"/>
        </w:rPr>
        <w:t>Send the completed form to [legal counsel].</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BASIC INFORMATION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Obtain the following information about the competitive bid: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customer: 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competitor(s):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Competitor’s price(s): 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Terms offered (such as credit, cash discount, free goods, allowances, special services): 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Product involved (including description of category, class, size and other relevant data: 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Quantity of product involved: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time limitations on competitor’s offer: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THE COMPETITIVE OFFER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Request that the customer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verifying that the competitive offer was made.</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customer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verification letter (such as the attached Meeting Competition Defense Customer Letter Verifying Competitor’s Offer). Return the original signed letter with this form.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customer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verification letter other than the one you provided, be sure that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it includes the following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Name of competitor: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The date offer was made: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Description of offer: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Use of the attached form letter is preferred. </w:t>
      </w:r>
      <w:r>
        <w:rPr>
          <w:rFonts w:ascii="Times New Roman" w:hAnsi="Times New Roman" w:eastAsia="Times New Roman" w:cs="Times New Roman"/>
          <w:b w:val="0"/>
          <w:sz w:val="24"/>
        </w:rPr>
        <w:t>If the customer signs the verification letter, no further verification is needed; skip to Part IV.</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COMPETITOR’S OFFER SHEET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customer does not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verifying the competitive offer, request that the customer provide the competitor’s offer sheet or other similar documentation. Return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document with this form:</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identify:</w:t>
      </w:r>
    </w:p>
    <w:p>
      <w:pPr>
        <w:keepNext w:val="0"/>
        <w:spacing w:before="200" w:after="0" w:line="260" w:lineRule="exact"/>
        <w:ind w:left="1440" w:right="0" w:firstLine="0"/>
        <w:jc w:val="both"/>
      </w:pPr>
      <w:r>
        <w:rPr>
          <w:rFonts w:ascii="Times New Roman" w:hAnsi="Times New Roman" w:eastAsia="Times New Roman" w:cs="Times New Roman"/>
          <w:b w:val="0"/>
          <w:sz w:val="24"/>
        </w:rPr>
        <w:t>The document provided: 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Person providing the document: 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Name of competitor: 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Date of document: 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Products involved: 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Competitor’s price: 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Other information: __________________________________________________________________________________________________________________________________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the customer provides the offer sheet or similar documents, no further verification is needed; skip to Part IV.</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customer refuses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verification letter or provide the offer sheet or similar documents, please provide this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reasons were given for the customer’s refusing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verification letter or provide the documents? __________________________________________________________________________________________________________________________________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verification letter 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sheet is obtained, further verification of the competitor’s prices is needed as provided in Part IV.</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INFORMATION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Did the customer threaten to terminate its purchases from [company name] or place its order with the competitor if [company name] did not meet the competitor’s price?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Yes___________ No____________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 any information obtained during this negotiation or in past dealings with the customer that shows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realistic threat. Specifically, note whether [company name] has ever lost sales to this customer because [company name] failed to meet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competitor’s price. If so, please indicate:</w:t>
      </w:r>
    </w:p>
    <w:p>
      <w:pPr>
        <w:keepNext w:val="0"/>
        <w:spacing w:before="200" w:after="0" w:line="260" w:lineRule="exact"/>
        <w:ind w:left="1800" w:right="0" w:firstLine="0"/>
        <w:jc w:val="both"/>
      </w:pPr>
      <w:r>
        <w:rPr>
          <w:rFonts w:ascii="Times New Roman" w:hAnsi="Times New Roman" w:eastAsia="Times New Roman" w:cs="Times New Roman"/>
          <w:b w:val="0"/>
          <w:sz w:val="24"/>
        </w:rPr>
        <w:t>Date of lost prior sale: 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Name of competitor: 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Did customer inform [company name] of the competitive offer?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Has this customer in the past told [company name] that it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offer, and accurately stated the competitor’s price on those occasions?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Yes ____________ No 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yes:</w:t>
      </w:r>
    </w:p>
    <w:p>
      <w:pPr>
        <w:keepNext w:val="0"/>
        <w:spacing w:before="200" w:after="0" w:line="260" w:lineRule="exact"/>
        <w:ind w:left="1440" w:right="0" w:firstLine="0"/>
        <w:jc w:val="both"/>
      </w:pPr>
      <w:r>
        <w:rPr>
          <w:rFonts w:ascii="Times New Roman" w:hAnsi="Times New Roman" w:eastAsia="Times New Roman" w:cs="Times New Roman"/>
          <w:b w:val="0"/>
          <w:sz w:val="24"/>
        </w:rPr>
        <w:t>When did the customer do this? 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Discuss the circumstances, indicating the basis for your belief that the competitor’s price was as represented on those past occasions;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competitor’s offer sheet, similar reports from other customers of competitor’s price. 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any other [company name] customers reported that the competitor has offered them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low price?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Yes____________ No____________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yes, identify:</w:t>
      </w:r>
    </w:p>
    <w:p>
      <w:pPr>
        <w:keepNext w:val="0"/>
        <w:spacing w:before="200" w:after="0" w:line="260" w:lineRule="exact"/>
        <w:ind w:left="1440" w:right="0" w:firstLine="0"/>
        <w:jc w:val="both"/>
      </w:pPr>
      <w:r>
        <w:rPr>
          <w:rFonts w:ascii="Times New Roman" w:hAnsi="Times New Roman" w:eastAsia="Times New Roman" w:cs="Times New Roman"/>
          <w:b w:val="0"/>
          <w:sz w:val="24"/>
        </w:rPr>
        <w:t>Customer name: 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The date: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The substance of communication: 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have received no direct reports from other customers, but have received information from some other source, identify:</w:t>
      </w:r>
    </w:p>
    <w:p>
      <w:pPr>
        <w:keepNext w:val="0"/>
        <w:spacing w:before="200" w:after="0" w:line="260" w:lineRule="exact"/>
        <w:ind w:left="1080" w:right="0" w:firstLine="0"/>
        <w:jc w:val="both"/>
      </w:pPr>
      <w:r>
        <w:rPr>
          <w:rFonts w:ascii="Times New Roman" w:hAnsi="Times New Roman" w:eastAsia="Times New Roman" w:cs="Times New Roman"/>
          <w:b w:val="0"/>
          <w:sz w:val="24"/>
        </w:rPr>
        <w:t>Other sources: 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 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Substance of information received: 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Has [company name] recently lost sales to other customers because of this competitor?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Yes__________ No____________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yes, identify:</w:t>
      </w:r>
    </w:p>
    <w:p>
      <w:pPr>
        <w:keepNext w:val="0"/>
        <w:spacing w:before="200" w:after="0" w:line="260" w:lineRule="exact"/>
        <w:ind w:left="1440" w:right="0" w:firstLine="0"/>
        <w:jc w:val="both"/>
      </w:pPr>
      <w:r>
        <w:rPr>
          <w:rFonts w:ascii="Times New Roman" w:hAnsi="Times New Roman" w:eastAsia="Times New Roman" w:cs="Times New Roman"/>
          <w:b w:val="0"/>
          <w:sz w:val="24"/>
        </w:rPr>
        <w:t>Customer: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Describe any communications you had with such customer: 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Describe any information regarding the reason why customer made purchases from competitor: 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product/model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is being offered to your customer possibly being discontinued by the competitor? This would suggest that the lower price is accurate. Yes____________ No____________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your competitor coming out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high-end-model with more features than the one being offered? This would also suggest that the lower price is credible. Yes____________ No____________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Has this customer ever misrepresented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quotation to you in the past? If it has, then be extremely careful, and be sure that to corroborate the statement of the customer, at least one of the other above factors is also present. Yes____________ No____________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INFORMATION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have the competitor’s price list?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Yes____________ No____________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so, attach the price list.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How did you obtain this price list? 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any additional measures you have taken to verify the competitor’s reported offer: ____________________________________________________________________________________________________________________________________________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You may not obtain price lists from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competitor and may not contact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competitor to verify it has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competitive offer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customer.</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CONCESSION REQUESTED:</w:t>
      </w:r>
    </w:p>
    <w:p>
      <w:pPr>
        <w:keepNext w:val="0"/>
        <w:spacing w:before="200" w:after="0" w:line="260" w:lineRule="exact"/>
        <w:ind w:left="720" w:right="0" w:firstLine="0"/>
        <w:jc w:val="both"/>
      </w:pPr>
      <w:r>
        <w:rPr>
          <w:rFonts w:ascii="Times New Roman" w:hAnsi="Times New Roman" w:eastAsia="Times New Roman" w:cs="Times New Roman"/>
          <w:b w:val="0"/>
          <w:sz w:val="24"/>
        </w:rPr>
        <w:t>Please describe the price concession you want to make to meet/match the competitive offer, including:</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Product (brand and model) involved: 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Quantity to be included in price concession: 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locations to be included: 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Price to be offered: 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Current price to customer: 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terms of sale requested to be changed to meet competitive offer: 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are the current terms of sale? 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Name/title of person submitting price verification form: 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form completed: 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