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Meeting Competition Defense Price Verification Form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[head of sales department]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FROM: [name of sales representative]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[date], I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sales call on [customer name]. I met with [name of customer’s representative]. I offered to sell [name of product] at [price terms], our standard price. [name of customer’s representative] informed me that his/her firm had received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offer from [competitor’s name] to sell [name of product and volume of product covered by competitive offer] at [price terms, including such terms as credit, cash discount, free goods, allowances, and special services]. [name of customer’s representative] showed me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offer, which is attached [if not attached, explain that the customer refused to provide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customer’s representative] advised me that his firm would accept the competitor’s offer unless we met it.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decided to meet the competitor’s offer and agreed to sell [name of product and volume of product] to [name of customer] at [price terms, including such terms as credit, cash, discount, allowances, and special services].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cc: Law Department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