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Meeting of Shareholders Results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Notice of Authorized Action of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Please take notice that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special meeting of the shareholders of [corporation name], held on the [day] day of [month and year], it was resolved by the vote of [applicable numbers, percentages, etc., e.g., two-thirds,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majority, etc.] of the shareholders entitled to vote thereon,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quorum being present, that the corporation [the action(s) authorized at special shareholders' meeting].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Dated,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Signed 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President.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Signed 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Secretary.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