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Member's Notice of Dissent to Proposed Merger or Consolidation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NOTICE OF DISSENT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accordance with Section 1002(e) of the Limited Liability Company Law of the State of New York, I [name of Member], the undersigned Member of [name of LLC], hereby provide written notice of dissent to the proposed [as applicable (e.g., merger/consolidation)] of said limited liability company with [name of other business entity] as described in the proposed agreement annexed to the notice of meeting to vote on said transaction.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Pursuant to N.Y. Ltd. Liab. Co. Law § 1002(e),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[name of LLC], L.L.C. with voting rights, I am entitled to object to the transaction by means of this written notice of dissent. I provide this notice of dissent by filing same in person at the office of [name of LLC] at [address of LLC] on [date], which date is prior to the meeting at which the vote will be conducted regarding the proposed [as applicable (e.g., merger/consolidation)].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 w:val="0"/>
          <w:sz w:val="24"/>
        </w:rPr>
        <w:t>Signature of dissenting Member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