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 Request to Inspect and Copy Records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[Name of Manager]</w:t>
      </w:r>
    </w:p>
    <w:p>
      <w:pPr>
        <w:keepNext w:val="0"/>
        <w:spacing w:before="60" w:after="0" w:line="260" w:lineRule="exact"/>
        <w:ind w:left="360" w:right="0" w:firstLine="0"/>
        <w:jc w:val="both"/>
      </w:pPr>
      <w:r>
        <w:rPr>
          <w:rFonts w:ascii="Times New Roman" w:hAnsi="Times New Roman" w:eastAsia="Times New Roman" w:cs="Times New Roman"/>
          <w:b w:val="0"/>
          <w:sz w:val="24"/>
        </w:rPr>
        <w:t>[Address of Manager]</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 </w:t>
      </w:r>
      <w:r>
        <w:rPr>
          <w:rFonts w:ascii="Times New Roman" w:hAnsi="Times New Roman" w:eastAsia="Times New Roman" w:cs="Times New Roman"/>
          <w:b w:val="0"/>
          <w:sz w:val="24"/>
        </w:rPr>
        <w:t>Request to Inspect and Copy Records</w:t>
      </w:r>
    </w:p>
    <w:p>
      <w:pPr>
        <w:keepNext w:val="0"/>
        <w:spacing w:before="200" w:after="0" w:line="260" w:lineRule="exact"/>
        <w:ind w:left="360" w:right="0" w:firstLine="0"/>
        <w:jc w:val="both"/>
      </w:pPr>
      <w:r>
        <w:rPr>
          <w:rFonts w:ascii="Times New Roman" w:hAnsi="Times New Roman" w:eastAsia="Times New Roman" w:cs="Times New Roman"/>
          <w:b w:val="0"/>
          <w:sz w:val="24"/>
        </w:rPr>
        <w:t>Dear Sir or Madam:</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[name of LLC], L.L.C., I hereby notify you that I wish to inspect and copy records of the company in accordance with Section 1102 of the New York Limited Liability Company Law. I will pay the cost of copying.</w:t>
      </w:r>
    </w:p>
    <w:p>
      <w:pPr>
        <w:keepNext w:val="0"/>
        <w:spacing w:before="200" w:after="0" w:line="260" w:lineRule="exact"/>
        <w:ind w:left="360" w:right="0" w:firstLine="0"/>
        <w:jc w:val="both"/>
      </w:pPr>
      <w:r>
        <w:rPr>
          <w:rFonts w:ascii="Times New Roman" w:hAnsi="Times New Roman" w:eastAsia="Times New Roman" w:cs="Times New Roman"/>
          <w:b w:val="0"/>
          <w:sz w:val="24"/>
        </w:rPr>
        <w:t>The documents I would like made available for my inspection are the following:</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list of the full name and last known mailing address of each manager;</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list of the full name and last known mailing address of each member, together with the contribution and the share of profits and losses of each member or information from which such share can be readily derived;</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Organization and all amendments thereto or restatements thereof, together with executed copies of any powers of attorney pursuant to which any certificate or amendment has been executed;</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Operating Agreement, any amendments thereto and any amended and restated agreement;</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company's federal, state and local income tax returns and reports for the three most recent fiscal years; and</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financial statements maintained by the company for the three most recent fiscal years of the limited liability company.</w:t>
      </w:r>
    </w:p>
    <w:p>
      <w:pPr/>
    </w:p>
    <w:p>
      <w:pPr>
        <w:keepNext w:val="0"/>
        <w:spacing w:before="200" w:after="0" w:line="260" w:lineRule="exact"/>
        <w:ind w:left="360" w:right="0" w:firstLine="0"/>
        <w:jc w:val="both"/>
      </w:pPr>
      <w:r>
        <w:rPr>
          <w:rFonts w:ascii="Times New Roman" w:hAnsi="Times New Roman" w:eastAsia="Times New Roman" w:cs="Times New Roman"/>
          <w:b w:val="0"/>
          <w:sz w:val="24"/>
        </w:rPr>
        <w:t>Regards,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(Signature of Member)</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