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Members' Consent for Action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UNANIMOUS WRITTEN CONSENT TO COMPANY ACTION OF THE MEMBERS OF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 OF LLC] (the "Company")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[STATE] Limited Liability Company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the authority contained in Article [X] of the Operating Agreement of the Company, the undersigned, being all of the Members of the Company, do hereby take and adopt the following action in writing, without meeting: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Adoption of Bylaws.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bylaws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are hereby adopted as the bylaws of the Company.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Election of Managers.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Until otherwise determined by the Members, the number of Managers of the Company shall be three (3). The following persons are hereby designated Managers of the Company, to serve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period of one year or until their successors are duly designated or elected: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this [DAY] day of [MONTH, YEAR] in the County of [COUNTY], [STATE].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