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Memorandum of Agreement (MOA) Between Employers Governing Non-compete Obligations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Memorandum of Agreement is made and entered into between [company name] (Company 1) and [company name] (Company 2).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Company 1 and [employee name] (Employee) are parties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Non-compete, Customer and Employee Non-solicitation, and Confidentiality Agreement entered into on [date] ("Non-compete Agreement") (attached hereto as Addendum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Company 2 intends to employ Employee in the position of [title] effective on or about [date].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Company 1 and Company 2 hereby agree to the following: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Company 1 agrees that it will not require Employee to comply with the Non-competition Provisions set forth in Paragraph [number] of the Non-compete Agreement and that it will not otherwise seek to enforce those provisions with respect to Employee's employment with Company 2.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Notwithstanding the above, all other provisions of the Non-compete Agreement remain enforceable and in full effect including, but not limited to, the provisions governing Non-disclosure of Confidential and Proprietary Information and Non-Solicitation set forth in paragraphs [number] and [number] of the Non-compete Agreement.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Agreed to this [day] day of [month], [year].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Company 1]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Company 2]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