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Memorandum of Easement and Right-of-Way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NOTICE OF CONFIDENTIALITY RIGHTS: IF YOU ARE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 YOU MAY REMOVE OR STRIKE ANY OR ALL OF THE FOLLOWING INFORMATION FROM ANY INSTRUMENT THAT TRANSFERS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INTEREST IN REAL PROPERTY BEFORE IT IS FILED FOR RECORD IN THE PUBLIC RECORDS: YOUR SOCIAL SECURITY NUMBER OR YOUR DRIVER’S LICENSE NUMBER.</w:t>
      </w:r>
    </w:p>
    <w:p>
      <w:pPr>
        <w:keepNext w:val="0"/>
        <w:spacing w:before="200" w:after="0" w:line="260" w:lineRule="exact"/>
        <w:ind w:left="360" w:right="0" w:firstLine="0"/>
        <w:jc w:val="both"/>
      </w:pPr>
      <w:r>
        <w:rPr>
          <w:rFonts w:ascii="Times New Roman" w:hAnsi="Times New Roman" w:eastAsia="Times New Roman" w:cs="Times New Roman"/>
          <w:b/>
          <w:sz w:val="24"/>
        </w:rPr>
        <w:t>Memorandum of Easement and Right-of-Way Agreement</w:t>
      </w:r>
    </w:p>
    <w:p>
      <w:pPr>
        <w:keepNext w:val="0"/>
        <w:spacing w:before="200" w:after="0" w:line="260" w:lineRule="exact"/>
        <w:ind w:left="360" w:right="0" w:firstLine="0"/>
        <w:jc w:val="both"/>
      </w:pPr>
      <w:r>
        <w:rPr>
          <w:rFonts w:ascii="Times New Roman" w:hAnsi="Times New Roman" w:eastAsia="Times New Roman" w:cs="Times New Roman"/>
          <w:b/>
          <w:sz w:val="24"/>
        </w:rPr>
        <w:t>(the “Memorandum”)</w:t>
      </w:r>
    </w:p>
    <w:p>
      <w:pPr>
        <w:keepNext w:val="0"/>
        <w:spacing w:before="200" w:after="0" w:line="260" w:lineRule="exact"/>
        <w:ind w:left="360" w:right="0" w:firstLine="0"/>
        <w:jc w:val="both"/>
      </w:pPr>
      <w:r>
        <w:rPr>
          <w:rFonts w:ascii="Times New Roman" w:hAnsi="Times New Roman" w:eastAsia="Times New Roman" w:cs="Times New Roman"/>
          <w:b/>
          <w:sz w:val="24"/>
        </w:rPr>
        <w:t>Date:</w:t>
      </w:r>
      <w:r>
        <w:rPr>
          <w:rFonts w:ascii="Times New Roman" w:hAnsi="Times New Roman" w:eastAsia="Times New Roman" w:cs="Times New Roman"/>
          <w:b w:val="0"/>
          <w:sz w:val="24"/>
        </w:rPr>
        <w:t xml:space="preserve"> [Date]</w:t>
      </w:r>
    </w:p>
    <w:p>
      <w:pPr>
        <w:keepNext w:val="0"/>
        <w:spacing w:before="200" w:after="0" w:line="260" w:lineRule="exact"/>
        <w:ind w:left="360" w:right="0" w:firstLine="0"/>
        <w:jc w:val="both"/>
      </w:pPr>
      <w:r>
        <w:rPr>
          <w:rFonts w:ascii="Times New Roman" w:hAnsi="Times New Roman" w:eastAsia="Times New Roman" w:cs="Times New Roman"/>
          <w:b/>
          <w:sz w:val="24"/>
        </w:rPr>
        <w:t>Grantor:</w:t>
      </w:r>
      <w:r>
        <w:rPr>
          <w:rFonts w:ascii="Times New Roman" w:hAnsi="Times New Roman" w:eastAsia="Times New Roman" w:cs="Times New Roman"/>
          <w:b w:val="0"/>
          <w:sz w:val="24"/>
        </w:rPr>
        <w:t xml:space="preserve"> [Name], [marital status,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man],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e.g., [State] limited liability company or [State] limited partnership]</w:t>
      </w:r>
    </w:p>
    <w:p>
      <w:pPr>
        <w:keepNext w:val="0"/>
        <w:spacing w:before="200" w:after="0" w:line="260" w:lineRule="exact"/>
        <w:ind w:left="360" w:right="0" w:firstLine="0"/>
        <w:jc w:val="both"/>
      </w:pPr>
      <w:r>
        <w:rPr>
          <w:rFonts w:ascii="Times New Roman" w:hAnsi="Times New Roman" w:eastAsia="Times New Roman" w:cs="Times New Roman"/>
          <w:b/>
          <w:sz w:val="24"/>
        </w:rPr>
        <w:t>Grantor’s Mailing 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[County] County</w:t>
      </w:r>
    </w:p>
    <w:p>
      <w:pPr>
        <w:keepNext w:val="0"/>
        <w:spacing w:before="200" w:after="0" w:line="260" w:lineRule="exact"/>
        <w:ind w:left="360" w:right="0" w:firstLine="0"/>
        <w:jc w:val="both"/>
      </w:pPr>
      <w:r>
        <w:rPr>
          <w:rFonts w:ascii="Times New Roman" w:hAnsi="Times New Roman" w:eastAsia="Times New Roman" w:cs="Times New Roman"/>
          <w:b/>
          <w:sz w:val="24"/>
        </w:rPr>
        <w:t>Grantee:</w:t>
      </w:r>
      <w:r>
        <w:rPr>
          <w:rFonts w:ascii="Times New Roman" w:hAnsi="Times New Roman" w:eastAsia="Times New Roman" w:cs="Times New Roman"/>
          <w:b w:val="0"/>
          <w:sz w:val="24"/>
        </w:rPr>
        <w:t xml:space="preserve"> [Name], [marital status,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man], or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[type of entity, e.g., [State] limited liability company or [State] limited partnership]</w:t>
      </w:r>
    </w:p>
    <w:p>
      <w:pPr>
        <w:keepNext w:val="0"/>
        <w:spacing w:before="200" w:after="0" w:line="260" w:lineRule="exact"/>
        <w:ind w:left="360" w:right="0" w:firstLine="0"/>
        <w:jc w:val="both"/>
      </w:pPr>
      <w:r>
        <w:rPr>
          <w:rFonts w:ascii="Times New Roman" w:hAnsi="Times New Roman" w:eastAsia="Times New Roman" w:cs="Times New Roman"/>
          <w:b/>
          <w:sz w:val="24"/>
        </w:rPr>
        <w:t>Grantee’s Mailing 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[County] County</w:t>
      </w:r>
    </w:p>
    <w:p>
      <w:pPr>
        <w:keepNext w:val="0"/>
        <w:spacing w:before="200" w:after="0" w:line="260" w:lineRule="exact"/>
        <w:ind w:left="360" w:right="0" w:firstLine="0"/>
        <w:jc w:val="both"/>
      </w:pPr>
      <w:r>
        <w:rPr>
          <w:rFonts w:ascii="Times New Roman" w:hAnsi="Times New Roman" w:eastAsia="Times New Roman" w:cs="Times New Roman"/>
          <w:b/>
          <w:sz w:val="24"/>
        </w:rPr>
        <w:t>Easement Purpose:</w:t>
      </w:r>
      <w:r>
        <w:rPr>
          <w:rFonts w:ascii="Times New Roman" w:hAnsi="Times New Roman" w:eastAsia="Times New Roman" w:cs="Times New Roman"/>
          <w:b w:val="0"/>
          <w:sz w:val="24"/>
        </w:rPr>
        <w:t xml:space="preserve"> For the installation, construction, operation, maintenance, replacement, repair, upgrade, and removal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pipeline as single water transmission line (the “Pipeline”) in, on, under and within the Property (defined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attached hereto). </w:t>
      </w:r>
    </w:p>
    <w:p>
      <w:pPr>
        <w:keepNext w:val="0"/>
        <w:spacing w:before="200" w:after="0" w:line="260" w:lineRule="exact"/>
        <w:ind w:left="360" w:right="0" w:firstLine="0"/>
        <w:jc w:val="both"/>
      </w:pPr>
      <w:r>
        <w:rPr>
          <w:rFonts w:ascii="Times New Roman" w:hAnsi="Times New Roman" w:eastAsia="Times New Roman" w:cs="Times New Roman"/>
          <w:b/>
          <w:sz w:val="24"/>
        </w:rPr>
        <w:t>Consideration:</w:t>
      </w:r>
      <w:r>
        <w:rPr>
          <w:rFonts w:ascii="Times New Roman" w:hAnsi="Times New Roman" w:eastAsia="Times New Roman" w:cs="Times New Roman"/>
          <w:b w:val="0"/>
          <w:sz w:val="24"/>
        </w:rPr>
        <w:t xml:space="preserve"> TEN AND NO/100 DOLLARS ($50.00) and other good and valuable consideration, the receipt and sufficiency of which are acknowledged by Grantor.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Memorandum is recorded in the Real Property Records of [County] County, [STATE NAME], to give notice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and Right-of-Way Agreement, dated of even date herewith, executed by Grantor and Grantee under which Grantee has acquired certain easement rights on, over and across the Property according to the terms and conditions set forth therein.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Memorandum is made this [date] day of [Month], [Year].</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[ENTITY NAME],</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[type of entity]</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[Title]</w:t>
      </w:r>
    </w:p>
    <w:p>
      <w:pPr>
        <w:keepNext w:val="0"/>
        <w:spacing w:before="120" w:after="0" w:line="260" w:lineRule="exact"/>
        <w:ind w:left="360" w:right="0" w:firstLine="0"/>
        <w:jc w:val="left"/>
      </w:pPr>
      <w:r>
        <w:rPr>
          <w:rFonts w:ascii="Times New Roman" w:hAnsi="Times New Roman" w:eastAsia="Times New Roman" w:cs="Times New Roman"/>
          <w:b w:val="0"/>
          <w:sz w:val="24"/>
        </w:rPr>
        <w:t>Or if individuals:</w:t>
      </w:r>
    </w:p>
    <w:p>
      <w:pPr>
        <w:keepNext w:val="0"/>
        <w:spacing w:before="120" w:after="0" w:line="260" w:lineRule="exact"/>
        <w:ind w:left="360" w:right="0" w:firstLine="0"/>
        <w:jc w:val="left"/>
      </w:pPr>
      <w:r>
        <w:rPr>
          <w:rFonts w:ascii="Times New Roman" w:hAnsi="Times New Roman" w:eastAsia="Times New Roman" w:cs="Times New Roman"/>
          <w:b/>
          <w:sz w:val="24"/>
        </w:rPr>
        <w:t>GRANTORS:</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sz w:val="24"/>
        </w:rPr>
        <w:t>GRANTEE:</w:t>
      </w:r>
    </w:p>
    <w:p>
      <w:pPr>
        <w:keepNext w:val="0"/>
        <w:spacing w:before="120" w:after="0" w:line="260" w:lineRule="exact"/>
        <w:ind w:left="360" w:right="0" w:firstLine="0"/>
        <w:jc w:val="left"/>
      </w:pPr>
      <w:r>
        <w:rPr>
          <w:rFonts w:ascii="Times New Roman" w:hAnsi="Times New Roman" w:eastAsia="Times New Roman" w:cs="Times New Roman"/>
          <w:b w:val="0"/>
          <w:sz w:val="24"/>
        </w:rPr>
        <w:t>[ENTITY NAME],</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[type of entity]</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[Title]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360" w:right="0" w:firstLine="0"/>
        <w:jc w:val="both"/>
      </w:pP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Sworn to and subscribed before me this [day] day of [Month], [year] by [Grantor’s Name], [Title] of [Entity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[type of entity].</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[State]</w:t>
      </w:r>
    </w:p>
    <w:p>
      <w:pPr>
        <w:keepNext w:val="0"/>
        <w:spacing w:before="120" w:after="0" w:line="260" w:lineRule="exact"/>
        <w:ind w:left="360" w:right="0" w:firstLine="0"/>
        <w:jc w:val="left"/>
      </w:pPr>
      <w:r>
        <w:rPr>
          <w:rFonts w:ascii="Times New Roman" w:hAnsi="Times New Roman" w:eastAsia="Times New Roman" w:cs="Times New Roman"/>
          <w:b w:val="0"/>
          <w:sz w:val="24"/>
        </w:rPr>
        <w:t>[Seal]</w:t>
      </w:r>
    </w:p>
    <w:p>
      <w:pPr>
        <w:keepNext w:val="0"/>
        <w:spacing w:before="200" w:after="0" w:line="260" w:lineRule="exact"/>
        <w:ind w:left="360" w:right="0" w:firstLine="0"/>
        <w:jc w:val="both"/>
      </w:pPr>
      <w:r>
        <w:rPr>
          <w:rFonts w:ascii="Times New Roman" w:hAnsi="Times New Roman" w:eastAsia="Times New Roman" w:cs="Times New Roman"/>
          <w:b w:val="0"/>
          <w:sz w:val="24"/>
        </w:rPr>
        <w:t>State of [State] )</w:t>
      </w:r>
    </w:p>
    <w:p>
      <w:pPr>
        <w:keepNext w:val="0"/>
        <w:spacing w:before="200" w:after="0" w:line="260" w:lineRule="exact"/>
        <w:ind w:left="360" w:right="0" w:firstLine="0"/>
        <w:jc w:val="both"/>
      </w:pP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Sworn to and subscribed before me this [day] day of [Month], [year] by [Grantee’s Name], [Title] of [Entity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[type of entity].</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State of [State]</w:t>
      </w:r>
    </w:p>
    <w:p>
      <w:pPr>
        <w:keepNext w:val="0"/>
        <w:spacing w:before="120" w:after="0" w:line="260" w:lineRule="exact"/>
        <w:ind w:left="360" w:right="0" w:firstLine="0"/>
        <w:jc w:val="left"/>
      </w:pPr>
      <w:r>
        <w:rPr>
          <w:rFonts w:ascii="Times New Roman" w:hAnsi="Times New Roman" w:eastAsia="Times New Roman" w:cs="Times New Roman"/>
          <w:b w:val="0"/>
          <w:sz w:val="24"/>
        </w:rPr>
        <w:t>[Seal]</w:t>
      </w:r>
    </w:p>
    <w:p>
      <w:pPr>
        <w:keepNext w:val="0"/>
        <w:spacing w:before="200" w:after="0" w:line="260" w:lineRule="exact"/>
        <w:ind w:left="360" w:right="0" w:firstLine="0"/>
        <w:jc w:val="both"/>
      </w:pPr>
      <w:r>
        <w:rPr>
          <w:rFonts w:ascii="Times New Roman" w:hAnsi="Times New Roman" w:eastAsia="Times New Roman" w:cs="Times New Roman"/>
          <w:b w:val="0"/>
          <w:sz w:val="24"/>
        </w:rPr>
        <w:t>PREPARED IN THE OFFICE OF:</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360" w:right="0" w:firstLine="0"/>
        <w:jc w:val="both"/>
      </w:pPr>
      <w:r>
        <w:rPr>
          <w:rFonts w:ascii="Times New Roman" w:hAnsi="Times New Roman" w:eastAsia="Times New Roman" w:cs="Times New Roman"/>
          <w:b w:val="0"/>
          <w:sz w:val="24"/>
        </w:rPr>
        <w:t>[Grantee’s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 as well as Property Address, if possible]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