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Memorandum of Law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CIRCUIT COURT OF THE [CIRCUIT NUMBER] JUDICIAL CIRCUIT [NAME OF COUNTY] COUNTY, ILLINOIS</w:t>
      </w:r>
    </w:p>
    <w:p>
      <w:pPr>
        <w:keepNext w:val="0"/>
        <w:spacing w:before="120" w:after="0" w:line="260" w:lineRule="exact"/>
        <w:ind w:left="360" w:right="0" w:firstLine="0"/>
        <w:jc w:val="left"/>
      </w:pPr>
      <w:r>
        <w:rPr>
          <w:rFonts w:ascii="Times New Roman" w:hAnsi="Times New Roman" w:eastAsia="Times New Roman" w:cs="Times New Roman"/>
          <w:b/>
          <w:sz w:val="24"/>
        </w:rPr>
        <w:t>MEMORANDUM OF LAW IN SUPPORT OF [MOVING PARTY DESIGNATION, E.G., DEFENDANT] [PARTY NAME]'S</w:t>
      </w:r>
      <w:r>
        <w:rPr>
          <w:rFonts w:ascii="Times New Roman" w:hAnsi="Times New Roman" w:eastAsia="Times New Roman" w:cs="Times New Roman"/>
          <w:sz w:val="24"/>
        </w:rPr>
        <w:br/>
      </w:r>
      <w:r>
        <w:rPr>
          <w:rFonts w:ascii="Times New Roman" w:hAnsi="Times New Roman" w:eastAsia="Times New Roman" w:cs="Times New Roman"/>
          <w:b/>
          <w:sz w:val="24"/>
        </w:rPr>
        <w:t>MOTION [RELIEF SOUGHT, E.G., "FOR SUMMARY JUDGMENT"]</w:t>
      </w:r>
    </w:p>
    <w:p>
      <w:pPr>
        <w:keepNext w:val="0"/>
        <w:spacing w:before="120" w:after="0" w:line="260" w:lineRule="exact"/>
        <w:ind w:left="720" w:right="0" w:firstLine="0"/>
        <w:jc w:val="left"/>
      </w:pPr>
      <w:r>
        <w:rPr>
          <w:rFonts w:ascii="Times New Roman" w:hAnsi="Times New Roman" w:eastAsia="Times New Roman" w:cs="Times New Roman"/>
          <w:b/>
          <w:sz w:val="24"/>
        </w:rPr>
        <w:t>TABLE OF CONTENTS</w:t>
      </w:r>
    </w:p>
    <w:p>
      <w:pPr>
        <w:keepNext w:val="0"/>
        <w:spacing w:before="200" w:after="0" w:line="260" w:lineRule="exact"/>
        <w:ind w:left="1080" w:right="0" w:firstLine="0"/>
        <w:jc w:val="both"/>
      </w:pPr>
      <w:r>
        <w:rPr>
          <w:rFonts w:ascii="Times New Roman" w:hAnsi="Times New Roman" w:eastAsia="Times New Roman" w:cs="Times New Roman"/>
          <w:b w:val="0"/>
          <w:sz w:val="24"/>
        </w:rPr>
        <w:t>Preliminary Statement…………………………………………………………………... [page no.]</w:t>
      </w:r>
    </w:p>
    <w:p>
      <w:pPr>
        <w:keepNext w:val="0"/>
        <w:spacing w:before="200" w:after="0" w:line="260" w:lineRule="exact"/>
        <w:ind w:left="1080" w:right="0" w:firstLine="0"/>
        <w:jc w:val="both"/>
      </w:pPr>
      <w:r>
        <w:rPr>
          <w:rFonts w:ascii="Times New Roman" w:hAnsi="Times New Roman" w:eastAsia="Times New Roman" w:cs="Times New Roman"/>
          <w:b w:val="0"/>
          <w:sz w:val="24"/>
        </w:rPr>
        <w:t>Statement of Facts……………………………………………………………………….. [page no.]</w:t>
      </w:r>
    </w:p>
    <w:p>
      <w:pPr>
        <w:keepNext w:val="0"/>
        <w:spacing w:before="200" w:after="0" w:line="260" w:lineRule="exact"/>
        <w:ind w:left="1080" w:right="0" w:firstLine="0"/>
        <w:jc w:val="both"/>
      </w:pPr>
      <w:r>
        <w:rPr>
          <w:rFonts w:ascii="Times New Roman" w:hAnsi="Times New Roman" w:eastAsia="Times New Roman" w:cs="Times New Roman"/>
          <w:b w:val="0"/>
          <w:sz w:val="24"/>
        </w:rPr>
        <w:t>Legal Argument…………………………………………………………………………. [page no.]</w:t>
      </w:r>
    </w:p>
    <w:p>
      <w:pPr>
        <w:keepNext w:val="0"/>
        <w:spacing w:before="200" w:after="0" w:line="260" w:lineRule="exact"/>
        <w:ind w:left="1080" w:right="0" w:firstLine="0"/>
        <w:jc w:val="both"/>
      </w:pPr>
      <w:r>
        <w:rPr>
          <w:rFonts w:ascii="Times New Roman" w:hAnsi="Times New Roman" w:eastAsia="Times New Roman" w:cs="Times New Roman"/>
          <w:b w:val="0"/>
          <w:sz w:val="24"/>
        </w:rPr>
        <w:t>[Subheading: Strongest argument]……………………………………………………… [page no.]</w:t>
      </w:r>
    </w:p>
    <w:p>
      <w:pPr>
        <w:keepNext w:val="0"/>
        <w:spacing w:before="200" w:after="0" w:line="260" w:lineRule="exact"/>
        <w:ind w:left="1080" w:right="0" w:firstLine="0"/>
        <w:jc w:val="both"/>
      </w:pPr>
      <w:r>
        <w:rPr>
          <w:rFonts w:ascii="Times New Roman" w:hAnsi="Times New Roman" w:eastAsia="Times New Roman" w:cs="Times New Roman"/>
          <w:b w:val="0"/>
          <w:sz w:val="24"/>
        </w:rPr>
        <w:t>[Subheading: Next strongest argument] ……………………………………………….. [page no.]</w:t>
      </w:r>
    </w:p>
    <w:p>
      <w:pPr>
        <w:keepNext w:val="0"/>
        <w:spacing w:before="120" w:after="0" w:line="260" w:lineRule="exact"/>
        <w:ind w:left="720" w:right="0" w:firstLine="0"/>
        <w:jc w:val="left"/>
      </w:pPr>
      <w:r>
        <w:rPr>
          <w:rFonts w:ascii="Times New Roman" w:hAnsi="Times New Roman" w:eastAsia="Times New Roman" w:cs="Times New Roman"/>
          <w:b/>
          <w:sz w:val="24"/>
        </w:rPr>
        <w:t>TABLE OF AUTHORITIES</w:t>
      </w:r>
    </w:p>
    <w:p>
      <w:pPr>
        <w:keepNext w:val="0"/>
        <w:spacing w:before="200" w:after="0" w:line="260" w:lineRule="exact"/>
        <w:ind w:left="1080" w:right="0" w:firstLine="0"/>
        <w:jc w:val="both"/>
      </w:pPr>
      <w:r>
        <w:rPr>
          <w:rFonts w:ascii="Times New Roman" w:hAnsi="Times New Roman" w:eastAsia="Times New Roman" w:cs="Times New Roman"/>
          <w:b/>
          <w:sz w:val="24"/>
        </w:rPr>
        <w:t>Cases</w:t>
      </w:r>
    </w:p>
    <w:p>
      <w:pPr>
        <w:keepNext w:val="0"/>
        <w:spacing w:before="200" w:after="0" w:line="260" w:lineRule="exact"/>
        <w:ind w:left="1080" w:right="0" w:firstLine="0"/>
        <w:jc w:val="both"/>
      </w:pPr>
      <w:r>
        <w:rPr>
          <w:rFonts w:ascii="Times New Roman" w:hAnsi="Times New Roman" w:eastAsia="Times New Roman" w:cs="Times New Roman"/>
          <w:b w:val="0"/>
          <w:sz w:val="24"/>
        </w:rPr>
        <w:t>[Case name and citation]………………………………………………………………... [page no.]</w:t>
      </w:r>
    </w:p>
    <w:p>
      <w:pPr>
        <w:keepNext w:val="0"/>
        <w:spacing w:before="200" w:after="0" w:line="260" w:lineRule="exact"/>
        <w:ind w:left="1080" w:right="0" w:firstLine="0"/>
        <w:jc w:val="both"/>
      </w:pPr>
      <w:r>
        <w:rPr>
          <w:rFonts w:ascii="Times New Roman" w:hAnsi="Times New Roman" w:eastAsia="Times New Roman" w:cs="Times New Roman"/>
          <w:b/>
          <w:sz w:val="24"/>
        </w:rPr>
        <w:t>Statutes</w:t>
      </w:r>
    </w:p>
    <w:p>
      <w:pPr>
        <w:keepNext w:val="0"/>
        <w:spacing w:before="200" w:after="0" w:line="260" w:lineRule="exact"/>
        <w:ind w:left="1080" w:right="0" w:firstLine="0"/>
        <w:jc w:val="both"/>
      </w:pPr>
      <w:r>
        <w:rPr>
          <w:rFonts w:ascii="Times New Roman" w:hAnsi="Times New Roman" w:eastAsia="Times New Roman" w:cs="Times New Roman"/>
          <w:b w:val="0"/>
          <w:sz w:val="24"/>
        </w:rPr>
        <w:t>[Statute citation]…………………………………………………………………………. [page no.]</w:t>
      </w:r>
    </w:p>
    <w:p>
      <w:pPr>
        <w:keepNext w:val="0"/>
        <w:spacing w:before="200" w:after="0" w:line="260" w:lineRule="exact"/>
        <w:ind w:left="1080" w:right="0" w:firstLine="0"/>
        <w:jc w:val="both"/>
      </w:pPr>
      <w:r>
        <w:rPr>
          <w:rFonts w:ascii="Times New Roman" w:hAnsi="Times New Roman" w:eastAsia="Times New Roman" w:cs="Times New Roman"/>
          <w:b/>
          <w:sz w:val="24"/>
        </w:rPr>
        <w:t>Regulations</w:t>
      </w:r>
    </w:p>
    <w:p>
      <w:pPr>
        <w:keepNext w:val="0"/>
        <w:spacing w:before="200" w:after="0" w:line="260" w:lineRule="exact"/>
        <w:ind w:left="1080" w:right="0" w:firstLine="0"/>
        <w:jc w:val="both"/>
      </w:pPr>
      <w:r>
        <w:rPr>
          <w:rFonts w:ascii="Times New Roman" w:hAnsi="Times New Roman" w:eastAsia="Times New Roman" w:cs="Times New Roman"/>
          <w:b w:val="0"/>
          <w:sz w:val="24"/>
        </w:rPr>
        <w:t>[Regulation citation]……………………………………………………………………. [page no.]</w:t>
      </w:r>
    </w:p>
    <w:p>
      <w:pPr>
        <w:keepNext w:val="0"/>
        <w:spacing w:before="120" w:after="0" w:line="260" w:lineRule="exact"/>
        <w:ind w:left="720" w:right="0" w:firstLine="0"/>
        <w:jc w:val="left"/>
      </w:pPr>
      <w:r>
        <w:rPr>
          <w:rFonts w:ascii="Times New Roman" w:hAnsi="Times New Roman" w:eastAsia="Times New Roman" w:cs="Times New Roman"/>
          <w:b/>
          <w:sz w:val="24"/>
        </w:rPr>
        <w:t>PRELIMINARY STATEMENT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[Moving party designation, e.g., Defendant] [party name], by and through [his/her/its] attorneys, respectfully submits this memorandum of law in support of its motion, under [legal basis for motion,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statute], to [specific relief sought, such as "dismiss Plaintiff's complaint"].</w:t>
      </w:r>
    </w:p>
    <w:p>
      <w:pPr>
        <w:keepNext w:val="0"/>
        <w:spacing w:before="200" w:after="0" w:line="260" w:lineRule="exact"/>
        <w:ind w:left="1080" w:right="0" w:firstLine="0"/>
        <w:jc w:val="both"/>
      </w:pPr>
      <w:r>
        <w:rPr>
          <w:rFonts w:ascii="Times New Roman" w:hAnsi="Times New Roman" w:eastAsia="Times New Roman" w:cs="Times New Roman"/>
          <w:b w:val="0"/>
          <w:sz w:val="24"/>
        </w:rPr>
        <w:t>[Insert concise summary of factual and legal points justifying relief sought in successive paragraphs].</w:t>
      </w:r>
    </w:p>
    <w:p>
      <w:pPr>
        <w:keepNext w:val="0"/>
        <w:spacing w:before="200" w:after="0" w:line="260" w:lineRule="exact"/>
        <w:ind w:left="1080" w:right="0" w:firstLine="0"/>
        <w:jc w:val="both"/>
      </w:pPr>
      <w:r>
        <w:rPr>
          <w:rFonts w:ascii="Times New Roman" w:hAnsi="Times New Roman" w:eastAsia="Times New Roman" w:cs="Times New Roman"/>
          <w:b w:val="0"/>
          <w:sz w:val="24"/>
        </w:rPr>
        <w:t>[Continue with concise summary of factual and legal points justifying relief sought in successive paragraphs].</w:t>
      </w:r>
    </w:p>
    <w:p>
      <w:pPr>
        <w:keepNext w:val="0"/>
        <w:spacing w:before="120" w:after="0" w:line="260" w:lineRule="exact"/>
        <w:ind w:left="720" w:right="0" w:firstLine="0"/>
        <w:jc w:val="left"/>
      </w:pPr>
      <w:r>
        <w:rPr>
          <w:rFonts w:ascii="Times New Roman" w:hAnsi="Times New Roman" w:eastAsia="Times New Roman" w:cs="Times New Roman"/>
          <w:b/>
          <w:sz w:val="24"/>
        </w:rPr>
        <w:t>STATEMENT OF FACTS</w:t>
      </w:r>
    </w:p>
    <w:p>
      <w:pPr>
        <w:keepNext w:val="0"/>
        <w:spacing w:before="200" w:after="0" w:line="260" w:lineRule="exact"/>
        <w:ind w:left="1080" w:right="0" w:firstLine="0"/>
        <w:jc w:val="both"/>
      </w:pPr>
      <w:r>
        <w:rPr>
          <w:rFonts w:ascii="Times New Roman" w:hAnsi="Times New Roman" w:eastAsia="Times New Roman" w:cs="Times New Roman"/>
          <w:b w:val="0"/>
          <w:sz w:val="24"/>
        </w:rPr>
        <w:t>[Insert relevant facts that support your legal claim for relief in successive paragraphs.]</w:t>
      </w:r>
    </w:p>
    <w:p>
      <w:pPr>
        <w:keepNext w:val="0"/>
        <w:spacing w:before="200" w:after="0" w:line="260" w:lineRule="exact"/>
        <w:ind w:left="1080" w:right="0" w:firstLine="0"/>
        <w:jc w:val="both"/>
      </w:pPr>
      <w:r>
        <w:rPr>
          <w:rFonts w:ascii="Times New Roman" w:hAnsi="Times New Roman" w:eastAsia="Times New Roman" w:cs="Times New Roman"/>
          <w:b w:val="0"/>
          <w:sz w:val="24"/>
        </w:rPr>
        <w:t>[Continue with relevant facts that support your legal claim for relief in successive paragraphs.]</w:t>
      </w:r>
    </w:p>
    <w:p>
      <w:pPr>
        <w:keepNext w:val="0"/>
        <w:spacing w:before="120" w:after="0" w:line="260" w:lineRule="exact"/>
        <w:ind w:left="720" w:right="0" w:firstLine="0"/>
        <w:jc w:val="left"/>
      </w:pPr>
      <w:r>
        <w:rPr>
          <w:rFonts w:ascii="Times New Roman" w:hAnsi="Times New Roman" w:eastAsia="Times New Roman" w:cs="Times New Roman"/>
          <w:b/>
          <w:sz w:val="24"/>
        </w:rPr>
        <w:t>LEGAL ARGUMENT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[Introduce the applicable law in successive paragraphs, e.g., "Under Section 2-1005 of the Code of Civil Procedure,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entitled to summary judgment where . .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overview of why the court should grant your relief. This section may look much like the preliminary statement, with each separate argument identified for the court's convenience. Your subheadings should generally track each argument you list.]</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[Strongest Argument, e.g., "Plaintiff's Complaint Is Barred by the Statute of Limitations"].</w:t>
      </w:r>
    </w:p>
    <w:p>
      <w:pPr>
        <w:keepNext w:val="0"/>
        <w:spacing w:before="200" w:after="0" w:line="260" w:lineRule="exact"/>
        <w:ind w:left="1800" w:right="0" w:firstLine="0"/>
        <w:jc w:val="both"/>
      </w:pPr>
      <w:r>
        <w:rPr>
          <w:rFonts w:ascii="Times New Roman" w:hAnsi="Times New Roman" w:eastAsia="Times New Roman" w:cs="Times New Roman"/>
          <w:b w:val="0"/>
          <w:sz w:val="24"/>
        </w:rPr>
        <w:t>[Apply the applicable law to the facts presented in successive paragraphs, incorporating any case law or other authority that supports your claim for relief.]</w:t>
      </w:r>
    </w:p>
    <w:p>
      <w:pPr>
        <w:keepNext w:val="0"/>
        <w:spacing w:before="200" w:after="0" w:line="260" w:lineRule="exact"/>
        <w:ind w:left="1800" w:right="0" w:firstLine="0"/>
        <w:jc w:val="both"/>
      </w:pPr>
      <w:r>
        <w:rPr>
          <w:rFonts w:ascii="Times New Roman" w:hAnsi="Times New Roman" w:eastAsia="Times New Roman" w:cs="Times New Roman"/>
          <w:b w:val="0"/>
          <w:sz w:val="24"/>
        </w:rPr>
        <w:t>[Continue to apply the applicable law to the facts presented in successive paragraphs, incorporating any case law or other authority that supports your claim for relief.]</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[Next Strongest Argument, e.g., "Plaintiff's Claim Cannot Be Equitably Tolled."]</w:t>
      </w:r>
    </w:p>
    <w:p>
      <w:pPr>
        <w:keepNext w:val="0"/>
        <w:spacing w:before="200" w:after="0" w:line="260" w:lineRule="exact"/>
        <w:ind w:left="1800" w:right="0" w:firstLine="0"/>
        <w:jc w:val="both"/>
      </w:pPr>
      <w:r>
        <w:rPr>
          <w:rFonts w:ascii="Times New Roman" w:hAnsi="Times New Roman" w:eastAsia="Times New Roman" w:cs="Times New Roman"/>
          <w:b w:val="0"/>
          <w:sz w:val="24"/>
        </w:rPr>
        <w:t>[Apply the applicable law to the facts presented in successive paragraphs, incorporating any case law or other authority that supports your claim for relief.]</w:t>
      </w:r>
    </w:p>
    <w:p>
      <w:pPr>
        <w:keepNext w:val="0"/>
        <w:spacing w:before="200" w:after="0" w:line="260" w:lineRule="exact"/>
        <w:ind w:left="1800" w:right="0" w:firstLine="0"/>
        <w:jc w:val="both"/>
      </w:pPr>
      <w:r>
        <w:rPr>
          <w:rFonts w:ascii="Times New Roman" w:hAnsi="Times New Roman" w:eastAsia="Times New Roman" w:cs="Times New Roman"/>
          <w:b w:val="0"/>
          <w:sz w:val="24"/>
        </w:rPr>
        <w:t>[Continue to apply the applicable law to the facts presented in successive paragraphs, incorporating any case law or other authority that supports your claim for relief.]</w:t>
      </w:r>
    </w:p>
    <w:p>
      <w:pPr>
        <w:keepNext w:val="0"/>
        <w:spacing w:before="120" w:after="0" w:line="260" w:lineRule="exact"/>
        <w:ind w:left="720" w:right="0" w:firstLine="0"/>
        <w:jc w:val="left"/>
      </w:pPr>
      <w:r>
        <w:rPr>
          <w:rFonts w:ascii="Times New Roman" w:hAnsi="Times New Roman" w:eastAsia="Times New Roman" w:cs="Times New Roman"/>
          <w:b/>
          <w:sz w:val="24"/>
        </w:rPr>
        <w:t>CONCLUSION</w:t>
      </w:r>
    </w:p>
    <w:p>
      <w:pPr>
        <w:keepNext w:val="0"/>
        <w:spacing w:before="200" w:after="0" w:line="260" w:lineRule="exact"/>
        <w:ind w:left="1080" w:right="0" w:firstLine="0"/>
        <w:jc w:val="both"/>
      </w:pPr>
      <w:r>
        <w:rPr>
          <w:rFonts w:ascii="Times New Roman" w:hAnsi="Times New Roman" w:eastAsia="Times New Roman" w:cs="Times New Roman"/>
          <w:b w:val="0"/>
          <w:sz w:val="24"/>
        </w:rPr>
        <w:t>For the foregoing reasons, [moving party designation, e.g., Defendant] [party name] respectfully requests that this Court [grant specific relief sought, such as "dismiss Plaintiff's complaint under 735 ILCS 5/2-615"], and grant any such other relief as the Court deems just and proper.</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 ______________________________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One of its attorneys</w:t>
      </w:r>
    </w:p>
    <w:p>
      <w:pPr>
        <w:keepNext w:val="0"/>
        <w:spacing w:before="200" w:after="0" w:line="260" w:lineRule="exact"/>
        <w:ind w:left="360" w:right="0" w:firstLine="0"/>
        <w:jc w:val="both"/>
      </w:pPr>
      <w:r>
        <w:rPr>
          <w:rFonts w:ascii="Times New Roman" w:hAnsi="Times New Roman" w:eastAsia="Times New Roman" w:cs="Times New Roman"/>
          <w:b w:val="0"/>
          <w:sz w:val="24"/>
        </w:rPr>
        <w:t>[Counsel's Name]</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Illinois Bar No. [number]</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Facsimile: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[Email]</w:t>
      </w:r>
    </w:p>
    <w:p>
      <w:pPr>
        <w:keepNext w:val="0"/>
        <w:spacing w:before="200" w:after="0" w:line="260" w:lineRule="exact"/>
        <w:ind w:left="360" w:right="0" w:firstLine="0"/>
        <w:jc w:val="both"/>
      </w:pPr>
      <w:r>
        <w:rPr>
          <w:rFonts w:ascii="Times New Roman" w:hAnsi="Times New Roman" w:eastAsia="Times New Roman" w:cs="Times New Roman"/>
          <w:b w:val="0"/>
          <w:sz w:val="24"/>
        </w:rPr>
        <w:t>Firm No.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 [Party]</w:t>
      </w:r>
    </w:p>
    <w:p>
      <w:pPr/>
    </w:p>
    <w:p>
      <w:pPr>
        <w:keepNext w:val="0"/>
        <w:spacing w:before="200" w:after="0" w:line="260" w:lineRule="exact"/>
        <w:ind w:left="360" w:right="0" w:firstLine="0"/>
        <w:jc w:val="center"/>
      </w:pPr>
      <w:r>
        <w:rPr>
          <w:rFonts w:ascii="Times New Roman" w:hAnsi="Times New Roman" w:eastAsia="Times New Roman" w:cs="Times New Roman"/>
          <w:b/>
          <w:sz w:val="24"/>
        </w:rPr>
        <w:t>EXHIBIT</w:t>
      </w:r>
      <w:r>
        <w:rPr>
          <w:rFonts w:ascii="Times New Roman" w:hAnsi="Times New Roman" w:eastAsia="Times New Roman" w:cs="Times New Roman"/>
          <w:b w:val="0"/>
          <w:sz w:val="24"/>
        </w:rPr>
        <w:t xml:space="preserve"> [number or letter]</w:t>
      </w:r>
    </w:p>
    <w:p>
      <w:pPr>
        <w:keepNext w:val="0"/>
        <w:spacing w:before="120" w:after="0" w:line="260" w:lineRule="exact"/>
        <w:ind w:left="72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w:t>
      </w:r>
      <w:r>
        <w:rPr>
          <w:rFonts w:ascii="Times New Roman" w:hAnsi="Times New Roman" w:eastAsia="Times New Roman" w:cs="Times New Roman"/>
          <w:b/>
          <w:sz w:val="24"/>
        </w:rPr>
        <w:t>Memorandum in Support of [Moving Party Designation, e.g., Defendant] [Party Name]'s Motion [Relief Sought, e.g., "for Summary Judgment"]</w:t>
      </w:r>
      <w:r>
        <w:rPr>
          <w:rFonts w:ascii="Times New Roman" w:hAnsi="Times New Roman" w:eastAsia="Times New Roman" w:cs="Times New Roman"/>
          <w:b w:val="0"/>
          <w:sz w:val="24"/>
        </w:rPr>
        <w:t xml:space="preserve"> was served on the following parties by [insert form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120" w:after="0" w:line="260" w:lineRule="exact"/>
        <w:ind w:left="1080" w:right="0" w:firstLine="0"/>
        <w:jc w:val="left"/>
      </w:pPr>
      <w:r>
        <w:rPr>
          <w:rFonts w:ascii="Times New Roman" w:hAnsi="Times New Roman" w:eastAsia="Times New Roman" w:cs="Times New Roman"/>
          <w:b w:val="0"/>
          <w:sz w:val="24"/>
        </w:rPr>
        <w:t xml:space="preserve">________________ </w:t>
      </w:r>
    </w:p>
    <w:p>
      <w:pPr>
        <w:keepNext w:val="0"/>
        <w:spacing w:before="120" w:after="0" w:line="260" w:lineRule="exact"/>
        <w:ind w:left="108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