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Memorandum of Law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SUPREME COURT OF THE STATE OF NEW YORK [COUNTY] COUNTY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MEMORANDUM OF LAW IN SUPPORT OF [PLAINTIFF OR DEFENDANT]'S MOTION TO [COMPEL OR STAY] ARBITRATION</w:t>
      </w:r>
    </w:p>
    <w:p>
      <w:pPr/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CONTENTS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Preliminary Statement…………………………………………………………..………...[page no.]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Legal Argument………………………………………………………………...………….[page no.]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[Subheading I]…...…………………………………………...………………...…………[page no.]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TABLE OF AUTHORITIES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Cases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[Case name and citation]………………………………………………………………...[page no.]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Statutes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[Statute citation]………………………………………………………………….……….[page no.]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Regulations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[Regulation citation]…………………………………………….….….….…………….[page no.]</w:t>
      </w:r>
    </w:p>
    <w:p>
      <w:pPr/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PRELIMINARY STATEMENT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Plaintiff [name] respectfully submits this memorandum of law in support of [his/her/its] Motion to Compel Arbitration. 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On [date] Plaintiff and Defendant entered into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contract (the "Contract") that contained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binding arbitration provision. The arbitration provision provided: [language from arbitration agreement that states what disputes are covered]. See Exhibit [number], attached to the accompanying Affirmation of [name] ("[Name] Aff.").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In direct contravention of this provision, Defendant filed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complaint in the Supreme Court of New York State, [county name] County, asserting claims arising out of and relating to the Contract. Specifically, Plaintiff alleges [summarize the allegations].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[Any additional information that summarizes your argument.]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For these reasons, and the reasons set forth herein, Plaintiff respectfully requests that this Court grant this motion and compel Defendant to arbitrate pursuant to the Contract.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STATEMENT OF FACTS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On [date] Plaintiff sent the Contract to Defendant via Federal Express. [citation]. The Contract contained the following relevant arbitration provision: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[language from contract].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Ex.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On [date], Defendant verbally confirmed to Plaintiff that [he/she] received and reviewed the Contract. [citation]. During that phone call, Defendant further confirmed that [he/she] had no revisions to the Contract and would return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executed copy. [citation]. On [date], Plaintiff received the signed Contract from Defendant [citation].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ARGUMENT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law in New York is well-settled that, when faced with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motion to compel arbitration, the court must decide three specific issues: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Whether there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valid agreement to arbitrate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Whether there has been full compliance with that agreement –and–</w:t>
      </w:r>
    </w:p>
    <w:p>
      <w:pPr>
        <w:keepNext w:val="0"/>
        <w:spacing w:before="120" w:after="0" w:line="260" w:lineRule="exact"/>
        <w:ind w:left="144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Whether the claim sought to be arbitrated is barred by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limitation under C.P.L.R. § 7502(b)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C.P.L.R. § 7503(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). In the present case, there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valid agreement to arbitrate, there has been full compliance with the agreement, and the claim sought to be arbitrated is not barred by C.P.L.R. § 7502(b).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The Contract [Is/Is Not] Valid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valid agreement to arbitrate must "be clear, explicit and unequivocal . . . and must not depend upon implication or subtlety." Waldron v. Goddess, 461 N.E.2d 273, 276 (N.Y. 1984); see also N.Y. C.P.L.R. § 7501.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In this case, the Contract _____. [Explain, with references to your facts, why the contract is or is not valid].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There [Has/Has Not] Been Full Compliance with the Contract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The Contract in the present case [has/has not] been fully complied with. [Explain, relying on relevant cases and your specific facts.]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C.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The Claims [Are/Are Not] Time-Barred</w:t>
      </w:r>
    </w:p>
    <w:p>
      <w:pPr>
        <w:keepNext w:val="0"/>
        <w:spacing w:before="200" w:after="0" w:line="260" w:lineRule="exact"/>
        <w:ind w:left="144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Plaintiff's claims in this case [are/are not] time-barred. See N.Y. C.P.L.R. § 7502(b). [Explain, relying on relevant cases and your specific facts.]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CONCLUSION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For the reasons and arguments stated herein, Plaintiff respectfully requests that the Court grant [his/her/its] Motion to [Compel/Stay] Arbitration.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Respectfully submitted,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[Counsel's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Telephone: [Number]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Facsimile: [Number]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E-mail: [E-mail]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Attorneys for Plaintiff [plaintiff's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TO: [counsel's name]</w:t>
      </w:r>
    </w:p>
    <w:p>
      <w:pPr>
        <w:keepNext w:val="0"/>
        <w:spacing w:before="6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[firm name]</w:t>
      </w:r>
    </w:p>
    <w:p>
      <w:pPr>
        <w:keepNext w:val="0"/>
        <w:spacing w:before="6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Attorneys for [party]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