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Mental Health Treatment Declaration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Mental Health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principal], having the capacity to make mental health decisions, authorize my designated health care agent to make certain decisions on my behalf regarding my mental health care. If I have not expressed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choice in this document, I authorize my agent to make the decision that my agent determines is the decision I would make if I were competent to do so.</w:t>
      </w:r>
    </w:p>
    <w:p>
      <w:pPr>
        <w:keepNext w:val="0"/>
        <w:spacing w:before="200" w:after="0" w:line="260" w:lineRule="exact"/>
        <w:ind w:left="720" w:right="0" w:firstLine="0"/>
        <w:jc w:val="both"/>
      </w:pPr>
      <w:r>
        <w:rPr>
          <w:rFonts w:ascii="Times New Roman" w:hAnsi="Times New Roman" w:eastAsia="Times New Roman" w:cs="Times New Roman"/>
          <w:b w:val="0"/>
          <w:sz w:val="24"/>
        </w:rPr>
        <w:t>I understand that mental health care includes any care, treatment, service, or procedure to maintain, diagnose, treat, or provide for mental health, including any medication program and therapeutic treatment. Electroconvulsive therapy may be administered only if I have specifically consented to it in this document. I will be the subject of laboratory trials or research only if specifically provided for in this document. Mental health care does not include psychosurgery or termination of parental rights.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understand that my incapacity will be determined by examination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psychiatrist and one of the following: another psychiatrist, psychologist, family physician, attending physician, or mental health treatment professional. Whenever possible, one of the decision-makers shall be one of my treating professionals.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Agent.</w:t>
      </w:r>
    </w:p>
    <w:p>
      <w:pPr>
        <w:keepNext w:val="0"/>
        <w:spacing w:before="200" w:after="0" w:line="260" w:lineRule="exact"/>
        <w:ind w:left="1080" w:right="0" w:firstLine="0"/>
        <w:jc w:val="both"/>
      </w:pPr>
      <w:r>
        <w:rPr>
          <w:rFonts w:ascii="Times New Roman" w:hAnsi="Times New Roman" w:eastAsia="Times New Roman" w:cs="Times New Roman"/>
          <w:b w:val="0"/>
          <w:sz w:val="24"/>
        </w:rPr>
        <w:t>I hereby designate and appoint the following person as my agent to make mental health care decisions for me as authorized in this document:</w:t>
      </w:r>
    </w:p>
    <w:p>
      <w:pPr>
        <w:keepNext w:val="0"/>
        <w:spacing w:before="200" w:after="0" w:line="260" w:lineRule="exact"/>
        <w:ind w:left="1080" w:right="0" w:firstLine="0"/>
        <w:jc w:val="center"/>
      </w:pPr>
      <w:r>
        <w:rPr>
          <w:rFonts w:ascii="Times New Roman" w:hAnsi="Times New Roman" w:eastAsia="Times New Roman" w:cs="Times New Roman"/>
          <w:b w:val="0"/>
          <w:sz w:val="24"/>
        </w:rPr>
        <w:t>[name of designated agent]</w:t>
      </w:r>
    </w:p>
    <w:p>
      <w:pPr>
        <w:keepNext w:val="0"/>
        <w:spacing w:before="120" w:after="0" w:line="260" w:lineRule="exact"/>
        <w:ind w:left="108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principal)</w:t>
      </w:r>
    </w:p>
    <w:p>
      <w:pPr>
        <w:keepNext w:val="0"/>
        <w:spacing w:before="120" w:after="0" w:line="260" w:lineRule="exact"/>
        <w:ind w:left="1080" w:right="0" w:firstLine="0"/>
        <w:jc w:val="left"/>
      </w:pPr>
      <w:r>
        <w:rPr>
          <w:rFonts w:ascii="Times New Roman" w:hAnsi="Times New Roman" w:eastAsia="Times New Roman" w:cs="Times New Roman"/>
          <w:b w:val="0"/>
          <w:sz w:val="24"/>
        </w:rPr>
        <w:t>Address of principal: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Telephone number of principal: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Witness #1</w:t>
      </w:r>
    </w:p>
    <w:p>
      <w:pPr>
        <w:keepNext w:val="0"/>
        <w:spacing w:before="120" w:after="0" w:line="260" w:lineRule="exact"/>
        <w:ind w:left="1080" w:right="0" w:firstLine="0"/>
        <w:jc w:val="left"/>
      </w:pPr>
      <w:r>
        <w:rPr>
          <w:rFonts w:ascii="Times New Roman" w:hAnsi="Times New Roman" w:eastAsia="Times New Roman" w:cs="Times New Roman"/>
          <w:b w:val="0"/>
          <w:sz w:val="24"/>
        </w:rPr>
        <w:t>Address of Witness #1: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Telephone number of Witness #1: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Witness #2</w:t>
      </w:r>
    </w:p>
    <w:p>
      <w:pPr>
        <w:keepNext w:val="0"/>
        <w:spacing w:before="120" w:after="0" w:line="260" w:lineRule="exact"/>
        <w:ind w:left="1080" w:right="0" w:firstLine="0"/>
        <w:jc w:val="left"/>
      </w:pPr>
      <w:r>
        <w:rPr>
          <w:rFonts w:ascii="Times New Roman" w:hAnsi="Times New Roman" w:eastAsia="Times New Roman" w:cs="Times New Roman"/>
          <w:b w:val="0"/>
          <w:sz w:val="24"/>
        </w:rPr>
        <w:t>Address of Witness #2: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Telephone number of Witness #2: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Agent's Acceptance.</w:t>
      </w:r>
    </w:p>
    <w:p>
      <w:pPr>
        <w:keepNext w:val="0"/>
        <w:spacing w:before="200" w:after="0" w:line="260" w:lineRule="exact"/>
        <w:ind w:left="1440" w:right="0" w:firstLine="0"/>
        <w:jc w:val="both"/>
      </w:pPr>
      <w:r>
        <w:rPr>
          <w:rFonts w:ascii="Times New Roman" w:hAnsi="Times New Roman" w:eastAsia="Times New Roman" w:cs="Times New Roman"/>
          <w:b w:val="0"/>
          <w:sz w:val="24"/>
        </w:rPr>
        <w:t>I hereby accept designation as mental health care agent for [name of principal].</w:t>
      </w:r>
    </w:p>
    <w:p>
      <w:pPr>
        <w:keepNext w:val="0"/>
        <w:spacing w:before="120" w:after="0" w:line="260" w:lineRule="exact"/>
        <w:ind w:left="1440" w:right="0" w:firstLine="0"/>
        <w:jc w:val="left"/>
      </w:pPr>
      <w:r>
        <w:rPr>
          <w:rFonts w:ascii="Times New Roman" w:hAnsi="Times New Roman" w:eastAsia="Times New Roman" w:cs="Times New Roman"/>
          <w:b w:val="0"/>
          <w:sz w:val="24"/>
        </w:rPr>
        <w:t>Agent's signature: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[name of agent]</w:t>
      </w:r>
    </w:p>
    <w:p>
      <w:pPr>
        <w:keepNext w:val="0"/>
        <w:spacing w:before="120" w:after="0" w:line="260" w:lineRule="exact"/>
        <w:ind w:left="1440" w:right="0" w:firstLine="0"/>
        <w:jc w:val="left"/>
      </w:pPr>
      <w:r>
        <w:rPr>
          <w:rFonts w:ascii="Times New Roman" w:hAnsi="Times New Roman" w:eastAsia="Times New Roman" w:cs="Times New Roman"/>
          <w:b w:val="0"/>
          <w:sz w:val="24"/>
        </w:rPr>
        <w:t>Address of designated agent: 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Telephone number of designated agent: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Alternative Agent.</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that my first agent is unavailable or unable to serve as my mental health care agent, I hereby designate and appoint the following individual as my alternative mental health care agent to make mental health care decisions for me as authorized in this document:</w:t>
      </w:r>
    </w:p>
    <w:p>
      <w:pPr>
        <w:keepNext w:val="0"/>
        <w:spacing w:before="200" w:after="0" w:line="260" w:lineRule="exact"/>
        <w:ind w:left="1080" w:right="0" w:firstLine="0"/>
        <w:jc w:val="center"/>
      </w:pPr>
      <w:r>
        <w:rPr>
          <w:rFonts w:ascii="Times New Roman" w:hAnsi="Times New Roman" w:eastAsia="Times New Roman" w:cs="Times New Roman"/>
          <w:b w:val="0"/>
          <w:sz w:val="24"/>
        </w:rPr>
        <w:t>[name of designated alternative agent]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Alternative Agent's Acceptance.</w:t>
      </w:r>
    </w:p>
    <w:p>
      <w:pPr>
        <w:keepNext w:val="0"/>
        <w:spacing w:before="200" w:after="0" w:line="260" w:lineRule="exact"/>
        <w:ind w:left="1800" w:right="0" w:firstLine="0"/>
        <w:jc w:val="both"/>
      </w:pPr>
      <w:r>
        <w:rPr>
          <w:rFonts w:ascii="Times New Roman" w:hAnsi="Times New Roman" w:eastAsia="Times New Roman" w:cs="Times New Roman"/>
          <w:b w:val="0"/>
          <w:sz w:val="24"/>
        </w:rPr>
        <w:t>I hereby accept designation as alternative mental health care agent for [name of principal].</w:t>
      </w:r>
    </w:p>
    <w:p>
      <w:pPr>
        <w:keepNext w:val="0"/>
        <w:spacing w:before="120" w:after="0" w:line="260" w:lineRule="exact"/>
        <w:ind w:left="1800" w:right="0" w:firstLine="0"/>
        <w:jc w:val="left"/>
      </w:pPr>
      <w:r>
        <w:rPr>
          <w:rFonts w:ascii="Times New Roman" w:hAnsi="Times New Roman" w:eastAsia="Times New Roman" w:cs="Times New Roman"/>
          <w:b w:val="0"/>
          <w:sz w:val="24"/>
        </w:rPr>
        <w:t>Alternative agent's signature:</w:t>
      </w:r>
    </w:p>
    <w:p>
      <w:pPr>
        <w:keepNext w:val="0"/>
        <w:spacing w:before="120" w:after="0" w:line="260" w:lineRule="exact"/>
        <w:ind w:left="180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[name of designated alternative agent]</w:t>
      </w:r>
    </w:p>
    <w:p>
      <w:pPr>
        <w:keepNext w:val="0"/>
        <w:spacing w:before="120" w:after="0" w:line="260" w:lineRule="exact"/>
        <w:ind w:left="1800" w:right="0" w:firstLine="0"/>
        <w:jc w:val="left"/>
      </w:pPr>
      <w:r>
        <w:rPr>
          <w:rFonts w:ascii="Times New Roman" w:hAnsi="Times New Roman" w:eastAsia="Times New Roman" w:cs="Times New Roman"/>
          <w:b w:val="0"/>
          <w:sz w:val="24"/>
        </w:rPr>
        <w:t>Address of designated alternative agent: 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Telephone number of designated alternative agent: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When This Power of Attorney Becomes Effective.</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will become effective at the following designated time:</w:t>
      </w:r>
    </w:p>
    <w:p>
      <w:pPr>
        <w:keepNext w:val="0"/>
        <w:spacing w:before="200" w:after="0" w:line="260" w:lineRule="exact"/>
        <w:ind w:left="1440" w:right="0" w:firstLine="0"/>
        <w:jc w:val="both"/>
      </w:pPr>
      <w:r>
        <w:rPr>
          <w:rFonts w:ascii="Times New Roman" w:hAnsi="Times New Roman" w:eastAsia="Times New Roman" w:cs="Times New Roman"/>
          <w:b w:val="0"/>
          <w:sz w:val="24"/>
        </w:rPr>
        <w:t>(  ) When I am deemed incapable of making mental health care decisions.</w:t>
      </w:r>
    </w:p>
    <w:p>
      <w:pPr>
        <w:keepNext w:val="0"/>
        <w:spacing w:before="200" w:after="0" w:line="260" w:lineRule="exact"/>
        <w:ind w:left="1440" w:right="0" w:firstLine="0"/>
        <w:jc w:val="both"/>
      </w:pPr>
      <w:r>
        <w:rPr>
          <w:rFonts w:ascii="Times New Roman" w:hAnsi="Times New Roman" w:eastAsia="Times New Roman" w:cs="Times New Roman"/>
          <w:b w:val="0"/>
          <w:sz w:val="24"/>
        </w:rPr>
        <w:t>(  ) When the following conditions are met:</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Granted to My Mental Health Care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grant to my agent full power and authority to make mental health care decisions for me consistent with the instructions and limitations set forth in this power of attorney. If I have not expressed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choice in this power of attorney, I authorize my agent to make the decision that my agent determines is the decision I would make if I were competent to do so.</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Treatment Preferences.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Treatment Facility.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 In the event that I require commitment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psychiatric treatment facility, I would prefer to be admitted to the following facility:</w:t>
      </w:r>
    </w:p>
    <w:p>
      <w:pPr>
        <w:keepNext w:val="0"/>
        <w:spacing w:before="200" w:after="0" w:line="260" w:lineRule="exact"/>
        <w:ind w:left="1440" w:right="0" w:firstLine="0"/>
        <w:jc w:val="center"/>
      </w:pPr>
      <w:r>
        <w:rPr>
          <w:rFonts w:ascii="Times New Roman" w:hAnsi="Times New Roman" w:eastAsia="Times New Roman" w:cs="Times New Roman"/>
          <w:b w:val="0"/>
          <w:sz w:val="24"/>
        </w:rPr>
        <w:t>[name and address of facility]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 In the event that I require commitment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psychiatric treatment facility, I do not wish to be committed to the following facility:</w:t>
      </w:r>
    </w:p>
    <w:p>
      <w:pPr>
        <w:keepNext w:val="0"/>
        <w:spacing w:before="200" w:after="0" w:line="260" w:lineRule="exact"/>
        <w:ind w:left="1440" w:right="0" w:firstLine="0"/>
        <w:jc w:val="center"/>
      </w:pPr>
      <w:r>
        <w:rPr>
          <w:rFonts w:ascii="Times New Roman" w:hAnsi="Times New Roman" w:eastAsia="Times New Roman" w:cs="Times New Roman"/>
          <w:b w:val="0"/>
          <w:sz w:val="24"/>
        </w:rPr>
        <w:t>[name and address of facility]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understand that my physician may have to place me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that is not my preference.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Preferences Regarding Medications for Psychiatric Treatment.</w:t>
      </w:r>
    </w:p>
    <w:p>
      <w:pPr>
        <w:keepNext w:val="0"/>
        <w:spacing w:before="200" w:after="0" w:line="260" w:lineRule="exact"/>
        <w:ind w:left="1440" w:right="0" w:firstLine="0"/>
        <w:jc w:val="both"/>
      </w:pPr>
      <w:r>
        <w:rPr>
          <w:rFonts w:ascii="Times New Roman" w:hAnsi="Times New Roman" w:eastAsia="Times New Roman" w:cs="Times New Roman"/>
          <w:b w:val="0"/>
          <w:sz w:val="24"/>
        </w:rPr>
        <w:t>(  ) I consent to the medications that my agent agrees to after consultation with my treating physician and any other persons my agent considers appropriate.</w:t>
      </w:r>
    </w:p>
    <w:p>
      <w:pPr>
        <w:keepNext w:val="0"/>
        <w:spacing w:before="200" w:after="0" w:line="260" w:lineRule="exact"/>
        <w:ind w:left="1440" w:right="0" w:firstLine="0"/>
        <w:jc w:val="both"/>
      </w:pPr>
      <w:r>
        <w:rPr>
          <w:rFonts w:ascii="Times New Roman" w:hAnsi="Times New Roman" w:eastAsia="Times New Roman" w:cs="Times New Roman"/>
          <w:b w:val="0"/>
          <w:sz w:val="24"/>
        </w:rPr>
        <w:t>(  ) I consent to the medications that my agent agrees to, with the following exceptions or limitations:</w:t>
      </w:r>
    </w:p>
    <w:p>
      <w:pPr>
        <w:keepNext w:val="0"/>
        <w:spacing w:before="200" w:after="0" w:line="260" w:lineRule="exact"/>
        <w:ind w:left="1440" w:right="0" w:firstLine="0"/>
        <w:jc w:val="center"/>
      </w:pPr>
      <w:r>
        <w:rPr>
          <w:rFonts w:ascii="Times New Roman" w:hAnsi="Times New Roman" w:eastAsia="Times New Roman" w:cs="Times New Roman"/>
          <w:b w:val="0"/>
          <w:sz w:val="24"/>
        </w:rPr>
        <w:t>[exceptions or limitations]</w:t>
      </w:r>
    </w:p>
    <w:p>
      <w:pPr>
        <w:keepNext w:val="0"/>
        <w:spacing w:before="200" w:after="0" w:line="260" w:lineRule="exact"/>
        <w:ind w:left="1440" w:right="0" w:firstLine="0"/>
        <w:jc w:val="both"/>
      </w:pPr>
      <w:r>
        <w:rPr>
          <w:rFonts w:ascii="Times New Roman" w:hAnsi="Times New Roman" w:eastAsia="Times New Roman" w:cs="Times New Roman"/>
          <w:b w:val="0"/>
          <w:sz w:val="24"/>
        </w:rPr>
        <w:t>This exception or limitation applies to generic, brand name, and trade name equivalents.</w:t>
      </w:r>
    </w:p>
    <w:p>
      <w:pPr>
        <w:keepNext w:val="0"/>
        <w:spacing w:before="200" w:after="0" w:line="260" w:lineRule="exact"/>
        <w:ind w:left="1440" w:right="0" w:firstLine="0"/>
        <w:jc w:val="both"/>
      </w:pPr>
      <w:r>
        <w:rPr>
          <w:rFonts w:ascii="Times New Roman" w:hAnsi="Times New Roman" w:eastAsia="Times New Roman" w:cs="Times New Roman"/>
          <w:b w:val="0"/>
          <w:sz w:val="24"/>
        </w:rPr>
        <w:t>(  ) My agent is not authorized to consent to the use of any medications.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Preferences Regarding Electroconvulsive Therapy (ECT).</w:t>
      </w:r>
    </w:p>
    <w:p>
      <w:pPr>
        <w:keepNext w:val="0"/>
        <w:spacing w:before="200" w:after="0" w:line="260" w:lineRule="exact"/>
        <w:ind w:left="1440" w:right="0" w:firstLine="0"/>
        <w:jc w:val="both"/>
      </w:pPr>
      <w:r>
        <w:rPr>
          <w:rFonts w:ascii="Times New Roman" w:hAnsi="Times New Roman" w:eastAsia="Times New Roman" w:cs="Times New Roman"/>
          <w:b w:val="0"/>
          <w:sz w:val="24"/>
        </w:rPr>
        <w:t>(  ) My agent is authorized to consent to the administration of electroconvulsive therapy.</w:t>
      </w:r>
    </w:p>
    <w:p>
      <w:pPr>
        <w:keepNext w:val="0"/>
        <w:spacing w:before="200" w:after="0" w:line="260" w:lineRule="exact"/>
        <w:ind w:left="1440" w:right="0" w:firstLine="0"/>
        <w:jc w:val="both"/>
      </w:pPr>
      <w:r>
        <w:rPr>
          <w:rFonts w:ascii="Times New Roman" w:hAnsi="Times New Roman" w:eastAsia="Times New Roman" w:cs="Times New Roman"/>
          <w:b w:val="0"/>
          <w:sz w:val="24"/>
        </w:rPr>
        <w:t>(  ) My agent is not authorized to consent to the administration of electroconvulsive therapy.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Preferences for Experimental Studies or Drug Trials.</w:t>
      </w:r>
    </w:p>
    <w:p>
      <w:pPr>
        <w:keepNext w:val="0"/>
        <w:spacing w:before="200" w:after="0" w:line="260" w:lineRule="exact"/>
        <w:ind w:left="1440" w:right="0" w:firstLine="0"/>
        <w:jc w:val="both"/>
      </w:pPr>
      <w:r>
        <w:rPr>
          <w:rFonts w:ascii="Times New Roman" w:hAnsi="Times New Roman" w:eastAsia="Times New Roman" w:cs="Times New Roman"/>
          <w:b w:val="0"/>
          <w:sz w:val="24"/>
        </w:rPr>
        <w:t>(  ) My agent is authorized to consent to my participation in experimental studies if, after consultation with my treating physician and any other individuals my agent deems appropriate, my agent believes that the potential benefits to me outweigh the possible risks to me.</w:t>
      </w:r>
    </w:p>
    <w:p>
      <w:pPr>
        <w:keepNext w:val="0"/>
        <w:spacing w:before="200" w:after="0" w:line="260" w:lineRule="exact"/>
        <w:ind w:left="1440" w:right="0" w:firstLine="0"/>
        <w:jc w:val="both"/>
      </w:pPr>
      <w:r>
        <w:rPr>
          <w:rFonts w:ascii="Times New Roman" w:hAnsi="Times New Roman" w:eastAsia="Times New Roman" w:cs="Times New Roman"/>
          <w:b w:val="0"/>
          <w:sz w:val="24"/>
        </w:rPr>
        <w:t>(  ) My agent is not authorized to consent to my participation in experimental studies.</w:t>
      </w:r>
    </w:p>
    <w:p>
      <w:pPr>
        <w:keepNext w:val="0"/>
        <w:spacing w:before="200" w:after="0" w:line="260" w:lineRule="exact"/>
        <w:ind w:left="1440" w:right="0" w:firstLine="0"/>
        <w:jc w:val="both"/>
      </w:pPr>
      <w:r>
        <w:rPr>
          <w:rFonts w:ascii="Times New Roman" w:hAnsi="Times New Roman" w:eastAsia="Times New Roman" w:cs="Times New Roman"/>
          <w:b w:val="0"/>
          <w:sz w:val="24"/>
        </w:rPr>
        <w:t>(  ) My agent is authorized to consent to my participation in drug trials if, after consultation with my treating physician and any other individuals my agent deems appropriate, my agent believes that the potential benefits to me outweigh the possible risks to me.</w:t>
      </w:r>
    </w:p>
    <w:p>
      <w:pPr>
        <w:keepNext w:val="0"/>
        <w:spacing w:before="200" w:after="0" w:line="260" w:lineRule="exact"/>
        <w:ind w:left="1440" w:right="0" w:firstLine="0"/>
        <w:jc w:val="both"/>
      </w:pPr>
      <w:r>
        <w:rPr>
          <w:rFonts w:ascii="Times New Roman" w:hAnsi="Times New Roman" w:eastAsia="Times New Roman" w:cs="Times New Roman"/>
          <w:b w:val="0"/>
          <w:sz w:val="24"/>
        </w:rPr>
        <w:t>(  ) My agent is not authorized to consent to my participation in drug trials.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Information and Instructions.</w:t>
      </w:r>
    </w:p>
    <w:p>
      <w:pPr>
        <w:keepNext w:val="0"/>
        <w:spacing w:before="200" w:after="0" w:line="260" w:lineRule="exact"/>
        <w:ind w:left="1440" w:right="0" w:firstLine="0"/>
        <w:jc w:val="center"/>
      </w:pPr>
      <w:r>
        <w:rPr>
          <w:rFonts w:ascii="Times New Roman" w:hAnsi="Times New Roman" w:eastAsia="Times New Roman" w:cs="Times New Roman"/>
          <w:b w:val="0"/>
          <w:sz w:val="24"/>
        </w:rPr>
        <w:t>[describe information and instructions]</w:t>
      </w:r>
    </w:p>
    <w:p>
      <w:pPr>
        <w:keepNext w:val="0"/>
        <w:spacing w:before="200" w:after="0" w:line="260" w:lineRule="exact"/>
        <w:ind w:left="1440" w:right="0" w:firstLine="0"/>
        <w:jc w:val="both"/>
      </w:pPr>
      <w:r>
        <w:rPr>
          <w:rFonts w:ascii="Times New Roman" w:hAnsi="Times New Roman" w:eastAsia="Times New Roman" w:cs="Times New Roman"/>
          <w:b w:val="0"/>
          <w:sz w:val="24"/>
        </w:rPr>
        <w:t>Examples of additional information and instructions that may be included: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 Activities that help or worsen symptoms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 Type of intervention preferred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crisis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 Mental and physical health history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 Dietary requirements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 Religious preferences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 Temporary custody of children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 Family notification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 Limitations on release or disclosure of mental health records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matters of importance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may be revoked in whole or in part at any time, either orally or in writing, as long as I have not been found to be incapable of making mental health decisions.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My revocation will be effective upon communication to my attending physician or other mental health care provider, either by 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to my revocation, of the intent to revoke. If I choose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instruction contained in this power of attorney in the manner specified, I understand that the other instructions contained in this power of attorney will remain effective until:</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revoke this power of attorney in its entirety;</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mental health power of attorney; or</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two years after the date this document was executed.</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200" w:after="0" w:line="260" w:lineRule="exact"/>
        <w:ind w:left="1080" w:right="0" w:firstLine="0"/>
        <w:jc w:val="both"/>
      </w:pPr>
      <w:r>
        <w:rPr>
          <w:rFonts w:ascii="Times New Roman" w:hAnsi="Times New Roman" w:eastAsia="Times New Roman" w:cs="Times New Roman"/>
          <w:b w:val="0"/>
          <w:sz w:val="24"/>
        </w:rPr>
        <w:t>I understand that this power of attorney will automatically terminate two years from the date of execution unless I am deemed incapable of making mental health care decisions at the time the power of attorney would expire.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Preference as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Court-Appointed Guardian.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understand that I may nominate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my person for consideration by the court if incapacity proceedings are commenced pursuant to 20 Pa. Cons. Stat. § 5511. I understand that the court will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in accordance with my most recent nomination except for good cause or disqualification.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decides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I desire the following person to be appointed:</w:t>
      </w:r>
    </w:p>
    <w:p>
      <w:pPr>
        <w:keepNext w:val="0"/>
        <w:spacing w:before="200" w:after="0" w:line="260" w:lineRule="exact"/>
        <w:ind w:left="1080" w:right="0" w:firstLine="0"/>
        <w:jc w:val="center"/>
      </w:pPr>
      <w:r>
        <w:rPr>
          <w:rFonts w:ascii="Times New Roman" w:hAnsi="Times New Roman" w:eastAsia="Times New Roman" w:cs="Times New Roman"/>
          <w:b w:val="0"/>
          <w:sz w:val="24"/>
        </w:rPr>
        <w:t>[name, address, telephone number of designated guardian]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my person will not give the guardian the power to revoke, suspend, or terminate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 Upon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I authorize the guardian to revoke, suspend, or terminate this power of attorney.</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 am making this power of attorney on the [day] of [month], [year].</w:t>
      </w:r>
    </w:p>
    <w:p>
      <w:pPr>
        <w:keepNext w:val="0"/>
        <w:spacing w:before="120" w:after="0" w:line="260" w:lineRule="exact"/>
        <w:ind w:left="108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  [name of principal]</w:t>
      </w:r>
    </w:p>
    <w:p>
      <w:pPr>
        <w:keepNext w:val="0"/>
        <w:spacing w:before="120" w:after="0" w:line="260" w:lineRule="exact"/>
        <w:ind w:left="1080" w:right="0" w:firstLine="0"/>
        <w:jc w:val="left"/>
      </w:pPr>
      <w:r>
        <w:rPr>
          <w:rFonts w:ascii="Times New Roman" w:hAnsi="Times New Roman" w:eastAsia="Times New Roman" w:cs="Times New Roman"/>
          <w:b w:val="0"/>
          <w:sz w:val="24"/>
        </w:rPr>
        <w:t>Address of principal: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Telephone number of principal: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Witness #1</w:t>
      </w:r>
    </w:p>
    <w:p>
      <w:pPr>
        <w:keepNext w:val="0"/>
        <w:spacing w:before="120" w:after="0" w:line="260" w:lineRule="exact"/>
        <w:ind w:left="1080" w:right="0" w:firstLine="0"/>
        <w:jc w:val="left"/>
      </w:pPr>
      <w:r>
        <w:rPr>
          <w:rFonts w:ascii="Times New Roman" w:hAnsi="Times New Roman" w:eastAsia="Times New Roman" w:cs="Times New Roman"/>
          <w:b w:val="0"/>
          <w:sz w:val="24"/>
        </w:rPr>
        <w:t>Address of Witness #1: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Telephone number of Witness #1: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Witness #2</w:t>
      </w:r>
    </w:p>
    <w:p>
      <w:pPr>
        <w:keepNext w:val="0"/>
        <w:spacing w:before="120" w:after="0" w:line="260" w:lineRule="exact"/>
        <w:ind w:left="1080" w:right="0" w:firstLine="0"/>
        <w:jc w:val="left"/>
      </w:pPr>
      <w:r>
        <w:rPr>
          <w:rFonts w:ascii="Times New Roman" w:hAnsi="Times New Roman" w:eastAsia="Times New Roman" w:cs="Times New Roman"/>
          <w:b w:val="0"/>
          <w:sz w:val="24"/>
        </w:rPr>
        <w:t>Address of Witness #2: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Telephone number of Witness #2: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If the principal making this power of attorney is unable to sign it, another individual may sign on behalf of and at the direction of the principal. Signature of person signing on my behalf:</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keepNext w:val="0"/>
        <w:spacing w:before="120" w:after="0" w:line="260" w:lineRule="exact"/>
        <w:ind w:left="108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Telephone number: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