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Merchandising License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AGREEMENT made [date of agreement] between [name of licensor], [state of incorporation or formation of licensor] (“Production Company/Licensor”) and [name of licensee] [state of incorporation or formation of licensee] (“Licensee”) with respect to certain merchandising rights in the motion picture entitled [name of motion picture] (the “Picture”).</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LICENSE:</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Grant of License: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Production Company/Licensor grants to Licensee for the Term (as defined below) of this Agreement, subject to the terms and conditions herein contained, and Licensee hereby accepts, the exclusive right, license and privilege to utilize (i) the names, characters, artists’ portrayal of characters, likenesses and visual representations as included in the Picture, and (ii) props, devices, machines and accessories as used in the Picture (collectively, the "Property") solely and only in connection with the manufacture, advertising, distribution and sale of the article or articles specified in Schedule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attached hereto and by this reference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hereof (such articles being referred to herein as "Licensed Products") under the terms and conditions stated herein. Licensee agrees that it will not utilize the Property in any manner not specifically authorized by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Limited Grant: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Nothing in this Agreement shall be construed to prevent Production Company/Licensor from granting any other licenses for the use of the Property in any manner whatsoever, except that Production Company/Licensor agrees that, except as provided herein, it will grant no other licenses effective during the Term, for use in the Licensed Territory of the Licensed Product(s). Production Company/Licensor specifically reserves all rights not herein granted, including, without limitation, premium rights. For purposes of this Agreement, premium rights shall mean use of the Property in such manner as to identify it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product or service other than the Licensed Products. It is clearly understood that the Licensed Products may not be sold for use, or be used as, premiums, self-liquidators, containers, or for any secondary use without the prior written consent of the Production Company/Licensor.</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TERRITORY: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license hereby granted extends only to the territory described in Schedule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attached hereto and by this reference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hereof (hereinafter "Licensed Territory"). Licensee agrees that it will not make, or authorize, any use, direct or indirect, of the Licensed Products or Property other than within the Licensed Territory, and that it will not knowingly sell articles covered by this Agreement to persons who intend or are likely to resell them outside the Licensed Territory, to the extent this restriction is permitted by law.</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LICENSE PERIOD:</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License granted hereunder shall be effective and terminate as of the dates specified in Schedule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(“the Term”) attached hereto and by this reference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hereof, unless sooner terminated in accordance with the terms and conditions hereof.</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EXCLUSION: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Anything in this Agreement to the contrary notwithstanding, Licensee's rights hereunder shall not include the right to, and Licensee hereby warrants that it will not, use the Property for any endorsement, including but not limited to the Licensed Product(s).</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PAYMENT:</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Guaranteed Minimum Compensation: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Licensee shall pay to Production Company/Licensor, as Guaranteed Minimum Compensation under this Agreement, not less than the minimum amount specified for the respective period of time set forth in Schedule "</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(attached hereto and by this reference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hereof) and such Guaranteed Minimum Compensation shall be paid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and at the time specified in Schedule "</w:t>
      </w:r>
      <w:r>
        <w:rPr>
          <w:rFonts w:ascii="Times New Roman" w:hAnsi="Times New Roman" w:eastAsia="Times New Roman" w:cs="Times New Roman"/>
          <w:b w:val="0"/>
          <w:sz w:val="24"/>
        </w:rPr>
        <w:t>D.</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Percentage Compensation: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Licensee agrees to pay Production Company/Licensor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sum equal to the percentage specified in Schedule "</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in connection with the distribution of any units of the Licensed Products covered by this Agreement ("Percentage Compensation") whether to third parties, to its affiliated, associated or subsidiary companies, or otherwise, whether or not billed.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Percentage Compensation shall also be paid by Licensee to Production Company/Licensor on all Licensed Products distributed by Licensee to any of its affiliated, associated or subsidiary companies.</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PERIODIC STATEMENTS: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Within [time period, e.g., thirty (30) days] after the initial shipment of the Licensed Products covered by this Agreement, and [promptly] on the [specific day for the issuance of statements, e.g., 20th day] of each month thereafter, Licensee shall furnish to Production Company/Licensor complete and accurate statements, certified to be accurate by Licensee, showing the number, description and sales price of the Licensed Products distributed and/or sold by Licensee during [the preceding month],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of any returns made during [the preceding month]. Such statements shall be furnished to Production Company/Licensor [whether or not any of / only if some of] the Licensed Products have been sold during [the month] for which such statements are due. Percentage Compensation as provided in Schedule "</w:t>
      </w:r>
      <w:r>
        <w:rPr>
          <w:rFonts w:ascii="Times New Roman" w:hAnsi="Times New Roman" w:eastAsia="Times New Roman" w:cs="Times New Roman"/>
          <w:b w:val="0"/>
          <w:sz w:val="24"/>
        </w:rPr>
        <w:t>E.</w:t>
      </w:r>
      <w:r>
        <w:rPr>
          <w:rFonts w:ascii="Times New Roman" w:hAnsi="Times New Roman" w:eastAsia="Times New Roman" w:cs="Times New Roman"/>
          <w:b w:val="0"/>
          <w:sz w:val="24"/>
        </w:rPr>
        <w:t>" shall be payable by the Licensee simultaneously with the rendering of statements. Receipt or acceptance by Production Company/Licensor of the statements furnished pursuant to this Agreement or of any sums paid hereunder shall not preclude Production Company/Licensor from questioning the correctness thereof at any time, and if any inconsistencies or mistakes are discovered in such statements or payments, they shall immediately be rectified and the appropriate payments made by Licensee. Time is of the essence with respect to all payments hereunder.</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BOOKS AND RECORDS: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Licensee agrees to keep accurate books of account and records covering all transactions relating to the License granted, and Production Company/Licensor and its duly authorized representatives shall have the right [upon reasonable advance notice] [at all reasonable hours of the business day], [and no more than [frequency of  inspection of records, e.g., two] times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 period for such inspections, e.g., 12-] month period],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examination of said books of account and records and of all other documents and material, whether in the possession or under the control of Licensee or otherwise, with respect to the subject matter and the terms of this Agreement and shall have free and full access to make extracts and/or copies. All books of account and records shall be kept available for at least [records retention period, e.g., two (2) years] after the expiration or termination of this License, and Licensee agrees to permit inspection thereof by Production Company/Licensor during such [post-license record retention period, e.g., two (2) year] period as well. The receipt or acceptance by Production Company/Licensor of any statements furnished pursuant to this Agreement or of any Percentage Compensation paid hereunder (or the cashing of any checks paid hereunder) shall not preclude Production Company/Licensor from questioning the correctness thereof at any time prior to the date [specify post-license retention period, e.g., two (2) years] after the conclusion of the Term, and if any inconsistencies or mistakes are discovered in such statements or payments, they shall immediately be rectified and the appropriate payments made by Licensee. Payment shall be made in United States funds. Domestic taxes payable in the Licensed Territory shall be Licensee’s responsibility.</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COPYRIGHT AND TRADEMARK NOTICES: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Copyright and Trademark Notices: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Licensee shall cause to be imprinted irremovably and legibly on all Licensed Products and on at least the principal face of all packaging, enclosure materials and advertising materials for the Licensed Products the complete copyright notice: © [date of copyright and name of copyright owner]. The year of the copyright notice shall be the year in which the latest revision of the respective Licensed Products, packaging, enclosure or advertising is first placed on sale, sold or publicly distributed by the Licensee under the authority from Production Company/Licensor.</w:t>
      </w:r>
    </w:p>
    <w:p>
      <w:pPr>
        <w:keepNext w:val="0"/>
        <w:spacing w:before="200" w:after="0" w:line="260" w:lineRule="exact"/>
        <w:ind w:left="1080" w:right="0" w:firstLine="0"/>
        <w:jc w:val="both"/>
      </w:pPr>
      <w:r>
        <w:rPr>
          <w:rFonts w:ascii="Times New Roman" w:hAnsi="Times New Roman" w:eastAsia="Times New Roman" w:cs="Times New Roman"/>
          <w:b w:val="0"/>
          <w:sz w:val="24"/>
        </w:rPr>
        <w:t>Licensee shall also cause to be imprinted irremovably and legibly on all Licensed Products and on at least the principal face of all packaging, enclosure materials and advertising materials for the Licensed Products the appropriate trademark notice, either "TM" or ® as Production Company/Licensor shall determine, and shall affix the notice as specified by Production Company/Licensor.</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Copyright Samples, Approval and Registration:</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Prior to the production of any particular Licensed Product or of any packaging, enclosure, promotion and advertising, Licensee shall deliver, at Licensee's expense, to Production Company/Licensor the following:</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set of art work and sketches and actual samples, if available, of the applicable Licensed Product; and</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its packaging, enclosures, promotional materials and advertising;</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Promptly after the first public sale or distribution, Licensee shall deliver, at Licensee's expense, [number of samples to be provided to Production Company/Licensor, e.g., four (4) complete] samples of each Licensed Product, packaging, enclosure, promotion and advertising for copyright and trademark registration at Production Company/Licensor's discretion and expense; however, Production Company/Licensor has no obligation to obtain such registration(s). Licensee will advise Production Company/Licensor in writing of the date of first public sale and distribution. Copyrights and trademarks in all such material shall be owned by Production Company/Licensor.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for Production Company/Licensor's written approval of the copyright and trademark form and of the manner and style of use of the Property. Once Production Company/Licensor approves the trademark or copyright notice, Licensee will not deviate from the Production Company/Licensor-approved notice. Licensee shall make such deliveries to Production Company/Licensor each time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Licensed Product, packaging, enclosure, promotion or advertising is to be produced. Public sale and distribution will not be made until Production Company/Licensor's approval pursuant to this Subclause </w:t>
      </w:r>
      <w:r>
        <w:rPr>
          <w:rFonts w:ascii="Times New Roman" w:hAnsi="Times New Roman" w:eastAsia="Times New Roman" w:cs="Times New Roman"/>
          <w:b w:val="0"/>
          <w:sz w:val="24"/>
        </w:rPr>
        <w:t>8.</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is received.</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PRODUCTION COMPANY/LICENSOR'S APPROVAL OF LICENSED PRODUCTS, ADVERTISING, CONTAINERS, MATERIALS, ETC.:</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quality and style of the Licensed Products as well as any carton, container, packing or wrapping material shall be subject to the express written approval of Production Company/Licensor prior to distribution and sale thereof by Licensee. Also, each and every tag, label, imprint or other device used in connection with any Licensed Products and all advertising, promotional or display material bearing the Property and/or Licensed Products shall be submitted by Licensee to Production Company/Licensor for express written approval prior to use by Licensee. Such approval may be granted or withheld as Production Company/Licensor in its sole discretion may determine. Licensee shall, before selling or distributing any of the Licensed Products, furnish to Production Company/Licensor free of cost, for its express written approval, [number of samples to be provided to production company/licensor, e.g., three (3)] prototype samples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each Licensed Product, (b) each type of carton, container, packing and wrapping material used with each Licensed Product, (c) each and every tag, label, imprint or other device used in connection with any Licensed Product, and (d) all advertising, storyboard, script, promotional or display material bearing the Property and/or Licensed Products. Samples shall be sent to Production Company/Licensor by means permitting certification of receipt at the mailing address stated in the notice clause herein. Failure by Production Company/Licensor to ([approve] or  [disapprove]) in writing any of the samples furnished to Production Company/Licensor within [approval time period, e.g., fourteen (14) days] from the date of submission thereof, shall be deemed ([disapproval] or [approval]) thereof. After samples have been approved pursuant to this clause, Licensee shall not depart therefrom in any respect without the express prior written approval of Production Company/Licensor. The prototypes shall conform to the requirements of Clause </w:t>
      </w:r>
      <w:r>
        <w:rPr>
          <w:rFonts w:ascii="Times New Roman" w:hAnsi="Times New Roman" w:eastAsia="Times New Roman" w:cs="Times New Roman"/>
          <w:b w:val="0"/>
          <w:sz w:val="24"/>
        </w:rPr>
        <w:t>8.</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PROTECTION OF PRODUCTION COMPANY/LICENSOR'S RIGHTS AND INTERESTS: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Production Company/Licensor and Licensee agree that Licensee's utilization of the Property upon or in connection with the manufacture, distribution and sale of the Licensed Products is conditioned upon Production Company/Licensor's protection of its rights and obtaining the goodwill resulting from such use. Licensee agrees to protect Production Company/Licensor's rights and goodwill as set forth in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Goodwill and Protection:</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Licensee recognizes the great value of the publicity and goodwill associated with the Property and, in such connection, acknowledges that such goodwill exclusively belongs to [name of production company/licensor] and that the Property has acquired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secondary meaning in the mind of the purchasing public. Licensee further acknowledges that all rights in any additional material, new versions, translations, rearrangements, or other changes in the Property which may be created by or for Licensee shall be and will remain the exclusive property of [name of production company/licensor] and the same shall be and will remain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the Property under the terms and conditions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Licensee shall assist Production Company/Licensor and/or Production Company/Licensor's authorized agents to all reasonable extents requested by Production Company/Licensor in obtaining and maintaining in Production Company/Licensor's name any and all available protection of Production Company/Licensor's rights in and to the Property; specifically, Licensee agrees to sign documents, give testimony, provide exhibits, provide facts and otherwise cooperate with Production Company/Licensor and its agents in obtaining registrations, assignments, certificates and the like evidencing Production Company/Licensor's rights in the Property. Pursuant to the foregoing, Licensee shall assign over to Production Company/Licensor, at Production Company/Licensor's request, formal and absolute title, subject to the License granted herein, to any protectable new version, variation, revision, arrangement or compilation of the Property, ownership of which shall be absolute in Production Company/Licensor.</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Production Company/Licensor may, if it so desires, and in its reasonable discretion, commence or prosecute any claims or suits against infringement of its right in the Property and may, if it so desires, join Licensee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in such suit. Licensee shall notify Production Company/Licensor in writing of any activities which Licensee believes to be infringements or utilization by others of the Property or articles of the same general class as the Licensed Products, or otherwise. Production Company/Licensor shall have the sole right to determine whether or not any action shall be undertaken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such activity and shall have sole discretion in the accommodation or settlement of any controversies relating thereto. Licensee shall not institute any suit or take any action regarding any such infringement or imitation without first obtaining the written consent of Production Company/Licensor to do so.</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Indemnification By Licensee:</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For purposes of this Subclause </w:t>
      </w:r>
      <w:r>
        <w:rPr>
          <w:rFonts w:ascii="Times New Roman" w:hAnsi="Times New Roman" w:eastAsia="Times New Roman" w:cs="Times New Roman"/>
          <w:b w:val="0"/>
          <w:sz w:val="24"/>
        </w:rPr>
        <w:t>10.</w:t>
      </w:r>
      <w:r>
        <w:rPr>
          <w:rFonts w:ascii="Times New Roman" w:hAnsi="Times New Roman" w:eastAsia="Times New Roman" w:cs="Times New Roman"/>
          <w:b w:val="0"/>
          <w:sz w:val="24"/>
        </w:rPr>
        <w:t>(b)</w:t>
      </w:r>
      <w:r>
        <w:rPr>
          <w:rFonts w:ascii="Times New Roman" w:hAnsi="Times New Roman" w:eastAsia="Times New Roman" w:cs="Times New Roman"/>
          <w:b w:val="0"/>
          <w:sz w:val="24"/>
        </w:rPr>
        <w:t>, "Indemnified Parties" refer to Production Company/Licensor, [if applicable, name of copyright owner if other than Production Company/Licensor], and their parents, subsidiaries and affiliates, and co-producers and co-venturers of Production Company/Licensor [if applicable, name of copyright owner if other than Production Company/Licensor], and the performers and other personnel in or associated with the Property and licensees (other than Licensee) of rights relating to the Property, and the person or firm whose rights are being licensed hereunder and, where applicable, sponsors of the Property and their respective advertising agencies, and officers, directors, employees and agents of each of the foregoing and all persons connected with and/or employed by them and each of them. Except for the rights licensed hereunder by Production Company/Licensor to Licensee, Licensee hereby indemnifies and shall hold harmless the Indemnified Parties and each of them from and against the costs and expenses of any and all claims, demands, causes of action and judgments arising out of the unauthorized use of any patent, process, method or device, or out of infringement of any copyright, trade name or patent, or libel or invasion of the right of privacy, publicity, or other property right, or failure to perform, or any defect in or use of the Licensed Products, or the infringement or breach of any other personal or property right of any person, firm or corporation by Licensee, its officers, employees, agents or anyone, directly or indirectly, acting by, through, on behalf of, or pursuant to contractual or any other relationship with Licensee in connection with the preparation, manufacture, distribution, advertising, promotion and/or sale of the Licensed Products and/or any material relating thereto and/or naming or referring to any performers, personnel, marks and/or elements. With respect to the foregoing indemnity, Licensee shall defend and hold harmless Indemnified Parties and each of them at no cost or expense to them whatsoever, including but not limited to attorneys' fees and court costs. Production Company/Licensor shall have the right but not the obligation to defend any such action or proceeding with outside attorneys of its own selection.</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Product Liability Insurance: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Licensee shall obtain and maintain at its sole cost and expense throughout the term standard Product Liability Insurance, the form of which must be acceptable to Production Company/Licensor,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insurance company licensed to do business in the State of (name of state) naming Production Company/Licensor and each and all the Indemnified Parties described in Subclause 10(b) above, as additional named insureds, which policy shall provide protection against any and all claims, demands and causes of action arising out of any defects or failures to perform, alleged or otherwise, in the Licensed Products or any material used in connection therewith or any use thereof. The amount of coverage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minimum of [minimum insurance coverage amount, e.g., One Million Dollars ($1,000,000)] combined single limit for each single occurrence for bodily injury and [insurance coverage amount for damage to property, e.g., One Hundred Thousand Dollars ($100,000)] for property damage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deductible no greater than [deductible amount, e.g., Twenty-five Thousand Dollars ($25,000)]. The policy shall provide for [notice period for changes in the insurance policy, e.g., thirty (30)] days’ notice to Licensee [and Production Company/Licensor] from the insurer by Registered Mail, return receipt requested, in the event of any modification, cancellation or termination. Licensee agrees to furnish Production Company/Licensor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certified copy of the policy providing such coverage within [time period to provide certified copy, e.g., thirty (30) days] after the date of this Agreement and in no event shall Licensee manufacture, distribute or sell the Licensed Products prior to receipt by Production Company/Licensor of such evidence of insurance.</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Advertiser's Liability Insurance: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Licensee shall obtain and maintain at its sole cost and expense throughout the term standard Advertiser’s Liability Insurance, the form of which must be acceptable to Production Company/Licensor,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insurance company licensed to do business in the State of [name of state in which insurance company is licensed] naming Production Company/Licensor and each and all Indemnified Parties described in Subclause 10(b) above as additional named insureds. The amount and coverage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minimum of [minimum insurance limits, e.g., Five Hundred Thousand Dollars/One Million Dollars ($500,000/$1,000,000)]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deductible no greater than [deductible amount, e.g., Twenty-five Thousand Dollars ($25,000)]. The policy shall provide for [ime period for notice of changes to the policy, e.g., thirty (30)] days’ notice to Licensee and Production Company/Licensor from the insurer by Registered Mail, return receipt requested, in the event of any modification, cancellation or termination. Licensee agrees to furnish Production Company/Licensor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certified copy of the policy providing such coverage within [time period to provide proof of coverage, e.g., thirty (30) days] after the date of this Agreement and in no event shall Licensee manufacture, distribute or sell the Licensed Products prior to receipt by Production Company/Licensor of such evidence of insurance.</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No Production Company/Licensor Warranty:</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Production Company/Licensor makes no warranty or representation as to the amount of gross sales or net sales or profits Licensee will derive hereunder. Production Company/Licensor makes no warranty or representation concerning the quality of the Property or that production of the Property will be completed or that the Property will be released. Production Company/Licensor shall not be under any obligation whatsoever to continue the distribution of the Property or to continue to use any element of the Property. If the Picture is not completed, and release thereof not commenced in the United States within [time period for completion and release of the motion picture, e.g., one (1) year] after the date of this Agreement, by reason of fire, earthquake, labor dispute, lockout, strike, act of God or public enemy, any local, state, federal, national or international law, governmental order or regulation, or any other cause beyond Production Company/Licensor’s control, including but not limited to the death, illness or incapacity of the director or of any principal member of the cast of the Picture, this Agreement shall terminate at the expiration of said [same time period for completion and release of the motion picture, e.g., one (1) year] period and Production Company/Licensor’s only liability shall be to return to Licensee the unrecouped portion, if any, of the Guaranteed Minimum Compensation theretofore paid by Licensee to Production Company/Licensor [provided Licensee demands said refund within [time period for licensee’s demand for refund, e.g., thirty (30) days] after the expiration of said [same time period for licensee’s demand for refund, e.g., one (1) year] period, in which event Production Company/Licensor shall make said refund within [time period for issuance of refund, e.g., thirty (30) days] after receiving said demand.</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SPECIFIC UNDERTAKINGS OF THE PARTIES: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Production Company/Licensor warrants, represents and agrees that:</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It has certain ownership rights in and has the right to grant licenses to utilize the names (including the name of the Picture), characters, artists' portrayals of characters, likenesses and visual representations as included in the Picture and to grant the rights to the Property granted Licensee in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Production Company/Licensor warrants, represents and agrees that:</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It will not dispute the title of Production Company/Licensor in and to the Property or any copyright or trademark pertaining thereto, nor will it attack the validity of the License granted hereunder;</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It will not harm, misuse or bring into disrepute the Property or any part thereof;</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It will manufacture, sell and distribute the Licensed Products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ethical manner and in accordance with the terms and intent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(iv)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It will not create any expenses chargeable to Production Company/Licensor;</w:t>
      </w:r>
    </w:p>
    <w:p>
      <w:pPr>
        <w:keepNext w:val="0"/>
        <w:spacing w:before="120" w:after="0" w:line="260" w:lineRule="exact"/>
        <w:ind w:left="1440" w:right="0" w:firstLine="0"/>
        <w:jc w:val="left"/>
      </w:pPr>
      <w:r>
        <w:rPr>
          <w:rFonts w:ascii="Times New Roman" w:hAnsi="Times New Roman" w:eastAsia="Times New Roman" w:cs="Times New Roman"/>
          <w:b w:val="0"/>
          <w:sz w:val="24"/>
        </w:rPr>
        <w:t>(v)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It will not enter into any sublicense or agency agreement for the sale or distribution of the Licensed Products;</w:t>
      </w:r>
    </w:p>
    <w:p>
      <w:pPr>
        <w:keepNext w:val="0"/>
        <w:spacing w:before="120" w:after="0" w:line="260" w:lineRule="exact"/>
        <w:ind w:left="1440" w:right="0" w:firstLine="0"/>
        <w:jc w:val="left"/>
      </w:pPr>
      <w:r>
        <w:rPr>
          <w:rFonts w:ascii="Times New Roman" w:hAnsi="Times New Roman" w:eastAsia="Times New Roman" w:cs="Times New Roman"/>
          <w:b w:val="0"/>
          <w:sz w:val="24"/>
        </w:rPr>
        <w:t>(vi)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It will not enter into any agreement relating to the Property for commercial tie-ups or promotions or otherwise with any person or entity engaged, in whole or in part, in the production of motion pictures or television without the prior written consent of Production Company/Licensor. Licensee's advertising on television is not subject to the provisions of this subclause;</w:t>
      </w:r>
    </w:p>
    <w:p>
      <w:pPr>
        <w:keepNext w:val="0"/>
        <w:spacing w:before="120" w:after="0" w:line="260" w:lineRule="exact"/>
        <w:ind w:left="1440" w:right="0" w:firstLine="0"/>
        <w:jc w:val="left"/>
      </w:pPr>
      <w:r>
        <w:rPr>
          <w:rFonts w:ascii="Times New Roman" w:hAnsi="Times New Roman" w:eastAsia="Times New Roman" w:cs="Times New Roman"/>
          <w:b w:val="0"/>
          <w:sz w:val="24"/>
        </w:rPr>
        <w:t>(vii)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It will manufacture, sell and distribute Licensed Products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high standard and of such quality, style and appearance as shall in the judgment of Production Company/Licensor be reasonably adequate and suited to their exploitation to the best advantage and to the protection and enhancement of the Property and the goodwill pertaining thereto; that such articles will be manufactured, packaged, sold, distributed and advertised in accordance with all applicable (whether national, federal, state, provincial or local) laws; and that the policy of sale, distribution and/or exploitation by Licensee shall be of high standard and at the best advantage of the Property and that the same shall in no manner reflect adversely upon the good name of Production Company/Licensor, or the Property;</w:t>
      </w:r>
    </w:p>
    <w:p>
      <w:pPr>
        <w:keepNext w:val="0"/>
        <w:spacing w:before="120" w:after="0" w:line="260" w:lineRule="exact"/>
        <w:ind w:left="1440" w:right="0" w:firstLine="0"/>
        <w:jc w:val="left"/>
      </w:pPr>
      <w:r>
        <w:rPr>
          <w:rFonts w:ascii="Times New Roman" w:hAnsi="Times New Roman" w:eastAsia="Times New Roman" w:cs="Times New Roman"/>
          <w:b w:val="0"/>
          <w:sz w:val="24"/>
        </w:rPr>
        <w:t>(viii)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It will diligently and continuously solicit sales of the Licensed Products and actively offer the Licensed Products for sale, and make distribution in order to meet orders for the articles covered by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(ix)</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It will sell and distribute the articles covered by this Agreement outright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competitive price and not for more than the price generally and customarily charged the trade by Licensee, and only to the public by direct mail order sales, to jobbers, wholesalers and distributors for sale and distribution to retail stores and merchants, and to retail stores and merchants for sale and distribution direct to the public. Licensee shall not, without prior written consent of Production Company/Licensor, sell or distribute such articles to jobbers, wholesalers, distributors, retail stores or merchants whose sales or distribution are or will be made for publicity or promotional tie-up purposes, premiums, giveaways or similar methods of merchandising. If any sale is made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price to any of Licensee's parents, affiliates or subsidiaries or to any other person, firm or corporation related in any manner to Licensee or its officers, directors or major stockholders,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Percentage Compensation shall be paid on such sale based upon the price generally charged the trade by Licensee.</w:t>
      </w:r>
    </w:p>
    <w:p>
      <w:pPr>
        <w:keepNext w:val="0"/>
        <w:spacing w:before="200" w:after="0" w:line="260" w:lineRule="exact"/>
        <w:ind w:left="1440" w:right="0" w:firstLine="0"/>
        <w:jc w:val="both"/>
      </w:pPr>
      <w:r>
        <w:rPr>
          <w:rFonts w:ascii="Times New Roman" w:hAnsi="Times New Roman" w:eastAsia="Times New Roman" w:cs="Times New Roman"/>
          <w:b w:val="0"/>
          <w:sz w:val="24"/>
        </w:rPr>
        <w:t>Notwithstanding anything to the contrary contained herein, Licensed Products may only be sold through required distribution channels for ultimate use by the consumer and may not be sold in quantity or otherwise for any distribution method or device not contemplated by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(x)</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It will not grant exclusivity to any purchaser without the written consent of Production Company/Licensor. In addition, Licensee will not require any purchaser to purchase assortments containing merchandise other than that licensed hereunder in order to obtain the articles which are the subject of this License.</w:t>
      </w:r>
    </w:p>
    <w:p>
      <w:pPr>
        <w:keepNext w:val="0"/>
        <w:spacing w:before="120" w:after="0" w:line="260" w:lineRule="exact"/>
        <w:ind w:left="1440" w:right="0" w:firstLine="0"/>
        <w:jc w:val="left"/>
      </w:pPr>
      <w:r>
        <w:rPr>
          <w:rFonts w:ascii="Times New Roman" w:hAnsi="Times New Roman" w:eastAsia="Times New Roman" w:cs="Times New Roman"/>
          <w:b w:val="0"/>
          <w:sz w:val="24"/>
        </w:rPr>
        <w:t>(xi)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It will coordinate the release, promotion, and distribution and sales activities for the Licensed Products with the release of the Picture in such manner as Production Company/Licensor shall request.</w:t>
      </w:r>
    </w:p>
    <w:p>
      <w:pPr>
        <w:keepNext w:val="0"/>
        <w:spacing w:before="120" w:after="0" w:line="260" w:lineRule="exact"/>
        <w:ind w:left="72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TERMINATION: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Licensee files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petition in bankruptcy or is adjudicated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bankrupt, or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petition in bankruptcy is filed against Licensee, or if Licensee becomes insolvent or makes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assignment for the benefit of its creditors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arrangement pursuant to any bankruptcy law, or if Licensee discontinues its business, or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receiver is appointed for Licensee or its business, the License granted hereunder, without notice, shall terminate automatically (upon the occurrence of any such event).</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Licensee shall violate any of its obligations or conditions under the terms of this Agreement, Production Company/Licensor shall have the right to terminate the License herein granted upon [notice period before termination, e.g., thirty (30) days’] notice in writing, and such notice of termination shall become effective, unless Licensee shall completely remedy the violation and satisfy Production Company/Licensor that such violation has been remedied within the [same notice period before termination, e.g., thirty (30)-day] period. </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the License granted hereunder is terminated in accordance with the provisions of Subclauses </w:t>
      </w:r>
      <w:r>
        <w:rPr>
          <w:rFonts w:ascii="Times New Roman" w:hAnsi="Times New Roman" w:eastAsia="Times New Roman" w:cs="Times New Roman"/>
          <w:b w:val="0"/>
          <w:sz w:val="24"/>
        </w:rPr>
        <w:t>12.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12.</w:t>
      </w:r>
      <w:r>
        <w:rPr>
          <w:rFonts w:ascii="Times New Roman" w:hAnsi="Times New Roman" w:eastAsia="Times New Roman" w:cs="Times New Roman"/>
          <w:b w:val="0"/>
          <w:sz w:val="24"/>
        </w:rPr>
        <w:t>(b)</w:t>
      </w:r>
      <w:r>
        <w:rPr>
          <w:rFonts w:ascii="Times New Roman" w:hAnsi="Times New Roman" w:eastAsia="Times New Roman" w:cs="Times New Roman"/>
          <w:b w:val="0"/>
          <w:sz w:val="24"/>
        </w:rPr>
        <w:t>, all compensation theretofore accrued shall become due and payable immediately to Production Company/Licensor, and Production Company/Licensor shall not be obligated to reimburse Licensee for any payment theretofore paid by Licensee to Production Company/Licensor.</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Licensee files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petition in bankruptcy or is adjudicated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bankrupt, or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petition in bankruptcy is filed against Licensee, or if Licensee becomes insolvent or makes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assignment for the benefit of its creditors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arrangement pursuant to any bankruptcy law, or if Licensee discontinues its business, or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receiver is appointed for Licensee or its business, the License granted hereunder, without notice, shall terminate automatically (upon the occurrence of any such event).</w:t>
      </w:r>
    </w:p>
    <w:p>
      <w:pPr>
        <w:keepNext w:val="0"/>
        <w:spacing w:before="120" w:after="0" w:line="260" w:lineRule="exact"/>
        <w:ind w:left="72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FINAL STATEMENT UPON TERMINATION OR EXPIRATION: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As soon as practical after termination or expiration of this Agreement, but in no event more than [time period to provide inventory report after end of agreement, e.g., one (1) month] thereafter, Licensee shall deliver to Production Company/Licensor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indicating the number and description of Licensed Products which Licensee has on hand (or in process of manufacture) as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[date for reporting inventory, e.g., sixty (60) days] prior to the end of the Term of this Agreement, or (b) [time period for inventory report after termination notice, e.g., fifteen (15) days] after receipt from Production Company/Licensor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terminating this Agreement (in the event no such notice was given, [time period for inventory report after terminating event, e.g., fifteen (15) days] after the occurrence of any event which terminates this Agreement) whichever shall be applicable.</w:t>
      </w:r>
    </w:p>
    <w:p>
      <w:pPr>
        <w:keepNext w:val="0"/>
        <w:spacing w:before="120" w:after="0" w:line="260" w:lineRule="exact"/>
        <w:ind w:left="72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DISPOSAL OF STOCK UPON EXPIRATION: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Upon expiration of the term of this Agreement, Licensee shall have the right, pursuant to the provisions hereof, to dispose of all Licensed Products, theretofore manufactured at the time of the expiration of the License granted hereunder,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[time period for liquidation of remaining inventory, e.g., one hundred and twenty (120) days] after the date of such expiration subject to the condition that Licensee pays to Production Company/Licensor all compensation accrued to such time and delivers to Production Company/Licensor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report in the form required by Clause </w:t>
      </w: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above to such time. Notwithstanding anything to the contrary contained herein, Licensee shall not sell or dispose of any Licensed Products if this Agreement was terminated for any cause set forth in Clause </w:t>
      </w: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above.</w:t>
      </w:r>
    </w:p>
    <w:p>
      <w:pPr>
        <w:keepNext w:val="0"/>
        <w:spacing w:before="120" w:after="0" w:line="260" w:lineRule="exact"/>
        <w:ind w:left="72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EFFECT OF TERMINATION OR EXPIRATION: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Upon expiration of the License granted hereunder or its earlier termination, all rights granted to Licensee shall immediately revert to Production Company/Licensor, and Licensee thereafter, directly or indirectly, shall not use or refer to, except as provided in Clause </w:t>
      </w: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above, the Property or any name, character, trademark or designation which in Production Company/Licensor's reasonable opinion is similar to the Property, in connection with the manufacture, sale or distribution of products of the Licensee. Licensee shall upon the expiration or termination turn over, or direct to deliver, to Production Company/Licensor all molds and other materials which reproduce the Licensed Products or give Production Company/Licensor satisfactory evidence of their destruction.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Licensee hereby agrees that at the expiration or termination of this Agreement for any reason, Licensee will be deemed automatically to have assigned, transferred and conveyed to Production Company/Licensor any and all copyrights, trademark or service mark rights, goodwill, or other right, title or interest in and to the merchandising of the Property which may have been obtained by Licensee or which may have vested in Licensee pursuant to any endeavors covered hereby. Licensee will execute, and hereby irrevocably appoints Production Company/Licensor its attorney-in-fact (acknowledging that such power is coupled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to execute, if Licensee fails or refuses to do so, any instruments requested by Production Company/Licensor to accomplish or confirm the foregoing. Any such assignment, transfer or conveyance shall be without consideration other than the mutual covenants and considerations of this Agreement. Also, upon expiration or termination of this Agreement, Production Company/Licensor shall be free to license to others the right to use the Property in connection with the manufacture, sale and distribution of the Licensed Products.</w:t>
      </w:r>
    </w:p>
    <w:p>
      <w:pPr>
        <w:keepNext w:val="0"/>
        <w:spacing w:before="120" w:after="0" w:line="260" w:lineRule="exact"/>
        <w:ind w:left="72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REMEDIES OF PRODUCTION COMPANY/LICENSOR:</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Licensee acknowledges that the failure of the Licensee to cease the manufacture, sale or distribution of Licensed Products except as herein permitted upon the expiration or earlier termination of the License granted hereunder, or the failure of Licensee to fulfill its obligations specified in Clauses </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11.</w:t>
      </w:r>
      <w:r>
        <w:rPr>
          <w:rFonts w:ascii="Times New Roman" w:hAnsi="Times New Roman" w:eastAsia="Times New Roman" w:cs="Times New Roman"/>
          <w:b w:val="0"/>
          <w:sz w:val="24"/>
        </w:rPr>
        <w:t>, will result in immediate and irremediable damage to Production Company/Licensor and to the rights of any other licensee of the Property. Licensee acknowledges that Production Company/Licensor has no adequate remedy at law for any such failure referred to or referenced to in this Clause, and, in the event of any such failure, Production Company/Licensor shall be entitled to seek equitable relief by way of temporary and permanent injunctions, in addition to such other further relief as any court of competent jurisdiction may deem just and proper.</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Production Company/Licensor uses any remedy afforded by this Clause, Production Company/Licensor shall not be deemed to have elected its remedy or to have waived any other rights or remedies available to it under this Agreement, or otherwise.</w:t>
      </w:r>
    </w:p>
    <w:p>
      <w:pPr>
        <w:keepNext w:val="0"/>
        <w:spacing w:before="120" w:after="0" w:line="260" w:lineRule="exact"/>
        <w:ind w:left="720" w:right="0" w:firstLine="0"/>
        <w:jc w:val="left"/>
      </w:pP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FORCE MAJEURE: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Licensee shall be released from its obligations hereunder in the event that governmental regulations or conditions arising out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of national emergency or war, or causes beyond the control of Licensee, render performance by Licensee hereunder impossible.</w:t>
      </w:r>
    </w:p>
    <w:p>
      <w:pPr>
        <w:keepNext w:val="0"/>
        <w:spacing w:before="120" w:after="0" w:line="260" w:lineRule="exact"/>
        <w:ind w:left="720" w:right="0" w:firstLine="0"/>
        <w:jc w:val="left"/>
      </w:pPr>
      <w:r>
        <w:rPr>
          <w:rFonts w:ascii="Times New Roman" w:hAnsi="Times New Roman" w:eastAsia="Times New Roman" w:cs="Times New Roman"/>
          <w:b w:val="0"/>
          <w:sz w:val="24"/>
        </w:rPr>
        <w:t>18.</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RESERVATION OF RIGHTS: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Production Company/Licensor reserves all rights pertaining to the Property, except as specifically granted herein to Licensee.</w:t>
      </w:r>
    </w:p>
    <w:p>
      <w:pPr>
        <w:keepNext w:val="0"/>
        <w:spacing w:before="120" w:after="0" w:line="260" w:lineRule="exact"/>
        <w:ind w:left="720" w:right="0" w:firstLine="0"/>
        <w:jc w:val="left"/>
      </w:pPr>
      <w:r>
        <w:rPr>
          <w:rFonts w:ascii="Times New Roman" w:hAnsi="Times New Roman" w:eastAsia="Times New Roman" w:cs="Times New Roman"/>
          <w:b w:val="0"/>
          <w:sz w:val="24"/>
        </w:rPr>
        <w:t>19.</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NOTICES: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All notices to be given to Production Company/Licensor hereunder and all statements and payments to be sent to Production Company/Licensor hereunder shall be addressed to Production Company/Licensor at [address of Production Company/Licensor] or at such other address as Production Company/Licensor shall designate in writing from time to time. All notices to be given to Licensee hereunder shall be addressed to it at [address of Licensee] or at such other address as Licensee shall designate in writing from time to time. All notices shall be in writing and shall either be served by Certified or Registered Mail—Return Receipt Requested or by facsimile transmission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by U.S. Mail) . Except as provided herein, such notices shall be deemed given when mailed or transmitted by facsimile (with proof of receipt) or by email (with confirmation of receipt), except that notices of change of address shall be effective only after the actual receipt thereof.</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Submission: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submissions pursuant to Clauses </w:t>
      </w: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shall be forwarded by personal delivery or mail, all charges prepaid by Licensee, pursuant to the provisions of Subclause </w:t>
      </w:r>
      <w:r>
        <w:rPr>
          <w:rFonts w:ascii="Times New Roman" w:hAnsi="Times New Roman" w:eastAsia="Times New Roman" w:cs="Times New Roman"/>
          <w:b w:val="0"/>
          <w:sz w:val="24"/>
        </w:rPr>
        <w:t>19.</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above.</w:t>
      </w:r>
    </w:p>
    <w:p>
      <w:pPr>
        <w:keepNext w:val="0"/>
        <w:spacing w:before="120" w:after="0" w:line="260" w:lineRule="exact"/>
        <w:ind w:left="720" w:right="0" w:firstLine="0"/>
        <w:jc w:val="left"/>
      </w:pPr>
      <w:r>
        <w:rPr>
          <w:rFonts w:ascii="Times New Roman" w:hAnsi="Times New Roman" w:eastAsia="Times New Roman" w:cs="Times New Roman"/>
          <w:b w:val="0"/>
          <w:sz w:val="24"/>
        </w:rPr>
        <w:t>20.</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WAIVER, MODIFICATION, ETC:</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 waiver, modification or cancellation of any term or condition of this Agreement shall be effective unless executed in writing by the party charged therewith. No written waiver shall excuse the performance of any act other than those specifically referred to therein. No written waiver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of any provision of this Agreement or of any default shall affect the other party's rights thereafter to enforce such provision or to exercise any right or remedy in the event of any other default, whether or not similar. Production Company/Licensor makes no warranties to Licensee except those specifically expressed herein. [Licensee makes no warranties to Production Company/Licensor except those specifically expressed herein.]</w:t>
      </w:r>
    </w:p>
    <w:p>
      <w:pPr>
        <w:keepNext w:val="0"/>
        <w:spacing w:before="120" w:after="0" w:line="260" w:lineRule="exact"/>
        <w:ind w:left="72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NO PARTNERSHIP, ETC:</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Agreement does not constitute and shall not be construed as constituting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agency,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joint venture between Production Company/Licensor and Licensee. Neither party hereto shall hold itself out contrary to the terms of this Clause, and neither Production Company/Licensor nor Licensee shall become liable for any representation, act or omission of the other contrary to the provisions hereof. This contract shall not be deemed to give any right or remedy to any third party whatsoever unless said right or remedy is specifically granted by Production Company/Licensor in writing to such third party.</w:t>
      </w:r>
    </w:p>
    <w:p>
      <w:pPr>
        <w:keepNext w:val="0"/>
        <w:spacing w:before="120" w:after="0" w:line="260" w:lineRule="exact"/>
        <w:ind w:left="720" w:right="0" w:firstLine="0"/>
        <w:jc w:val="left"/>
      </w:pP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NON-ASSIGNABILITY: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license granted hereunder is and shall be personal to Licensee and shall not be assignable by any act of Licensee or by operation of law. Licensee shall not have Licensed Products manufactured for Licensee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unless Licensee first obtains Production Company/Licensor's approval in writing and unless the third party enters into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with Production Company/Licensor not to supply Licensed Products to anyone other than Licensee. Any attempt by Licensee to grant sub-licenses or to assign or part with possession or control of the License granted hereunder or any of Licensee's rights hereunder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breach of this Agreement. Production Company/Licensor shall have the right to assign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GOVERNING LAW:</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Agreement shall be deemed to have been made in, and shall be construed in accordance with the laws of, the State of [name of state of formation of production company/licensor], and its validity, construction, interpretation and legal effect shall be governed by the laws of the State of [name of same state] applicable to contracts entered into and performed entirely therein.</w:t>
      </w:r>
    </w:p>
    <w:p>
      <w:pPr>
        <w:keepNext w:val="0"/>
        <w:spacing w:before="120" w:after="0" w:line="260" w:lineRule="exact"/>
        <w:ind w:left="720" w:right="0" w:firstLine="0"/>
        <w:jc w:val="left"/>
      </w:pPr>
      <w:r>
        <w:rPr>
          <w:rFonts w:ascii="Times New Roman" w:hAnsi="Times New Roman" w:eastAsia="Times New Roman" w:cs="Times New Roman"/>
          <w:b w:val="0"/>
          <w:sz w:val="24"/>
        </w:rPr>
        <w:t>24.</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HEADINGS: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headings used in connection with the clauses and subclauses of this Agreement are inserted only for the purpose of reference. Such headings shall not be deemed to govern, limit, modify, or in any other manner affect the scope, meaning, or intent of the provisions of this Agreement or any part thereof, nor shall such headings otherwise be given any legal effect.</w:t>
      </w:r>
    </w:p>
    <w:p>
      <w:pPr>
        <w:keepNext w:val="0"/>
        <w:spacing w:before="120" w:after="0" w:line="260" w:lineRule="exact"/>
        <w:ind w:left="720" w:right="0" w:firstLine="0"/>
        <w:jc w:val="left"/>
      </w:pPr>
      <w:r>
        <w:rPr>
          <w:rFonts w:ascii="Times New Roman" w:hAnsi="Times New Roman" w:eastAsia="Times New Roman" w:cs="Times New Roman"/>
          <w:b w:val="0"/>
          <w:sz w:val="24"/>
        </w:rPr>
        <w:t>25.</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ENTIRE AGREEMENT; AMENDMENT: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Agreement (including the attached Schedules) sets forth the entire understanding of the parties hereto relating to the subject matter hereof. No modification, amendment, waiver, termination or discharge of this Agreement, or of any of the terms or provisions hereof, shall be binding upon either party hereto unless confirmed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instrument signed by Licensee and Production Company/Licensor.</w:t>
      </w:r>
    </w:p>
    <w:p>
      <w:pPr>
        <w:keepNext w:val="0"/>
        <w:spacing w:before="120" w:after="0" w:line="260" w:lineRule="exact"/>
        <w:ind w:left="720" w:right="0" w:firstLine="0"/>
        <w:jc w:val="left"/>
      </w:pPr>
      <w:r>
        <w:rPr>
          <w:rFonts w:ascii="Times New Roman" w:hAnsi="Times New Roman" w:eastAsia="Times New Roman" w:cs="Times New Roman"/>
          <w:b w:val="0"/>
          <w:sz w:val="24"/>
        </w:rPr>
        <w:t>26.</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SEVERABILITY: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any provision of this Agreement shall be held void, voidable, invalid, or inoperative, no other provision of this Agreement shall be affected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thereof, and, accordingly, the remaining provisions of this Agreement shall remain in full force and effect as though such void, voidable, invalid, or inoperative provision had not been contained herein.</w:t>
      </w:r>
    </w:p>
    <w:p>
      <w:pPr>
        <w:keepNext w:val="0"/>
        <w:spacing w:before="120" w:after="0" w:line="260" w:lineRule="exact"/>
        <w:ind w:left="720" w:right="0" w:firstLine="0"/>
        <w:jc w:val="left"/>
      </w:pPr>
      <w:r>
        <w:rPr>
          <w:rFonts w:ascii="Times New Roman" w:hAnsi="Times New Roman" w:eastAsia="Times New Roman" w:cs="Times New Roman"/>
          <w:b w:val="0"/>
          <w:sz w:val="24"/>
        </w:rPr>
        <w:t>27.</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RIGHTS AND REMEDIES CUMULATIVE: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Except as otherwise provided in this contract, all rights and remedies herein or otherwise shall be cumulative and none of them shall be in limitation of any other right or remedy.</w:t>
      </w:r>
    </w:p>
    <w:p>
      <w:pPr>
        <w:keepNext w:val="0"/>
        <w:spacing w:before="120" w:after="0" w:line="260" w:lineRule="exact"/>
        <w:ind w:left="720" w:right="0" w:firstLine="0"/>
        <w:jc w:val="left"/>
      </w:pPr>
      <w:r>
        <w:rPr>
          <w:rFonts w:ascii="Times New Roman" w:hAnsi="Times New Roman" w:eastAsia="Times New Roman" w:cs="Times New Roman"/>
          <w:b w:val="0"/>
          <w:sz w:val="24"/>
        </w:rPr>
        <w:t>28.</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EXECUTION OF AGREEMENT: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contract shall not be effective until signed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authorized officer of Licensee and countersigned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authorized officer of Production Company/Licensor.</w:t>
      </w:r>
    </w:p>
    <w:p>
      <w:pPr>
        <w:keepNext w:val="0"/>
        <w:spacing w:before="120" w:after="0" w:line="260" w:lineRule="exact"/>
        <w:ind w:left="720" w:right="0" w:firstLine="0"/>
        <w:jc w:val="left"/>
      </w:pPr>
      <w:r>
        <w:rPr>
          <w:rFonts w:ascii="Times New Roman" w:hAnsi="Times New Roman" w:eastAsia="Times New Roman" w:cs="Times New Roman"/>
          <w:b w:val="0"/>
          <w:sz w:val="24"/>
        </w:rPr>
        <w:t>29.</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COUNTERPART, ELECTRONIC, FACSIMILE EXECUTION: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Agreement may be executed by original, facsimile or electronic signatures and in counterparts, each of which will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all of which together will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instrument. Any signed copy of this Agreement delivered electronically or by facsimile transmission will for all purposes be treated as if it had been delivered containing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signature of the party whose signature appears in the electronic or facsimile version and will be binding upon that party in the same manner as though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signed copy had been delivered.</w:t>
      </w:r>
    </w:p>
    <w:p>
      <w:pPr>
        <w:keepNext w:val="0"/>
        <w:spacing w:before="120" w:after="0" w:line="260" w:lineRule="exact"/>
        <w:ind w:left="720" w:right="0" w:firstLine="0"/>
        <w:jc w:val="left"/>
      </w:pPr>
      <w:r>
        <w:rPr>
          <w:rFonts w:ascii="Times New Roman" w:hAnsi="Times New Roman" w:eastAsia="Times New Roman" w:cs="Times New Roman"/>
          <w:b w:val="0"/>
          <w:sz w:val="24"/>
        </w:rPr>
        <w:t>30.</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SPECIFIC ARRANGEMENT: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If there is any specific arrangement between the parties, such specific situation shall be embodied in Schedule "</w:t>
      </w: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attached hereto and by this reference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this Agreement.</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hereto have signed this Agreement as of the day and year first above written.</w:t>
      </w:r>
    </w:p>
    <w:p>
      <w:pPr>
        <w:keepNext w:val="0"/>
        <w:spacing w:before="120" w:after="0" w:line="260" w:lineRule="exact"/>
        <w:ind w:left="360" w:right="0" w:firstLine="0"/>
        <w:jc w:val="left"/>
      </w:pPr>
      <w:r>
        <w:rPr>
          <w:rFonts w:ascii="Times New Roman" w:hAnsi="Times New Roman" w:eastAsia="Times New Roman" w:cs="Times New Roman"/>
          <w:b w:val="0"/>
          <w:sz w:val="24"/>
        </w:rPr>
        <w:t>[name of Production Company/Licensor]</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[signor's title]</w:t>
      </w:r>
    </w:p>
    <w:p>
      <w:pPr>
        <w:keepNext w:val="0"/>
        <w:spacing w:before="120" w:after="0" w:line="260" w:lineRule="exact"/>
        <w:ind w:left="360" w:right="0" w:firstLine="0"/>
        <w:jc w:val="left"/>
      </w:pPr>
      <w:r>
        <w:rPr>
          <w:rFonts w:ascii="Times New Roman" w:hAnsi="Times New Roman" w:eastAsia="Times New Roman" w:cs="Times New Roman"/>
          <w:b w:val="0"/>
          <w:sz w:val="24"/>
        </w:rPr>
        <w:t>AGREED TO AND ACCEPTED:</w:t>
      </w:r>
    </w:p>
    <w:p>
      <w:pPr>
        <w:keepNext w:val="0"/>
        <w:spacing w:before="120" w:after="0" w:line="260" w:lineRule="exact"/>
        <w:ind w:left="360" w:right="0" w:firstLine="0"/>
        <w:jc w:val="left"/>
      </w:pPr>
      <w:r>
        <w:rPr>
          <w:rFonts w:ascii="Times New Roman" w:hAnsi="Times New Roman" w:eastAsia="Times New Roman" w:cs="Times New Roman"/>
          <w:b w:val="0"/>
          <w:sz w:val="24"/>
        </w:rPr>
        <w:t>[name of Licensee]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[signor's title]</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SCHEDULES ANNEXED TO LICENSE AGREEMENT BETWEEN [name of Production Company/Licensor] and [name of Licensee] dated [date of agreement] </w:t>
      </w:r>
    </w:p>
    <w:p>
      <w:pPr>
        <w:keepNext w:val="0"/>
        <w:spacing w:before="120" w:after="0" w:line="260" w:lineRule="exact"/>
        <w:ind w:left="720" w:right="0" w:firstLine="0"/>
        <w:jc w:val="left"/>
      </w:pPr>
      <w:r>
        <w:rPr>
          <w:rFonts w:ascii="Times New Roman" w:hAnsi="Times New Roman" w:eastAsia="Times New Roman" w:cs="Times New Roman"/>
          <w:b w:val="0"/>
          <w:sz w:val="24"/>
        </w:rPr>
        <w:t xml:space="preserve">Schedule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Licensed Products.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[list licensed products]</w:t>
      </w:r>
    </w:p>
    <w:p>
      <w:pPr>
        <w:keepNext w:val="0"/>
        <w:spacing w:before="120" w:after="0" w:line="260" w:lineRule="exact"/>
        <w:ind w:left="720" w:right="0" w:firstLine="0"/>
        <w:jc w:val="left"/>
      </w:pPr>
      <w:r>
        <w:rPr>
          <w:rFonts w:ascii="Times New Roman" w:hAnsi="Times New Roman" w:eastAsia="Times New Roman" w:cs="Times New Roman"/>
          <w:b w:val="0"/>
          <w:sz w:val="24"/>
        </w:rPr>
        <w:t>Schedule 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Licensed Territory.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[description of territory]</w:t>
      </w:r>
    </w:p>
    <w:p>
      <w:pPr>
        <w:keepNext w:val="0"/>
        <w:spacing w:before="120" w:after="0" w:line="260" w:lineRule="exact"/>
        <w:ind w:left="720" w:right="0" w:firstLine="0"/>
        <w:jc w:val="left"/>
      </w:pPr>
      <w:r>
        <w:rPr>
          <w:rFonts w:ascii="Times New Roman" w:hAnsi="Times New Roman" w:eastAsia="Times New Roman" w:cs="Times New Roman"/>
          <w:b w:val="0"/>
          <w:sz w:val="24"/>
        </w:rPr>
        <w:t>Schedule 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License Period.</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Effective commencement date: [start date of agreement]</w:t>
      </w:r>
    </w:p>
    <w:p>
      <w:pPr>
        <w:keepNext w:val="0"/>
        <w:spacing w:before="200" w:after="0" w:line="260" w:lineRule="exact"/>
        <w:ind w:left="1080" w:right="0" w:firstLine="0"/>
        <w:jc w:val="both"/>
      </w:pPr>
      <w:r>
        <w:rPr>
          <w:rFonts w:ascii="Times New Roman" w:hAnsi="Times New Roman" w:eastAsia="Times New Roman" w:cs="Times New Roman"/>
          <w:b w:val="0"/>
          <w:sz w:val="24"/>
        </w:rPr>
        <w:t>Termination date: [end date of agreement]</w:t>
      </w:r>
    </w:p>
    <w:p>
      <w:pPr>
        <w:keepNext w:val="0"/>
        <w:spacing w:before="120" w:after="0" w:line="260" w:lineRule="exact"/>
        <w:ind w:left="720" w:right="0" w:firstLine="0"/>
        <w:jc w:val="left"/>
      </w:pPr>
      <w:r>
        <w:rPr>
          <w:rFonts w:ascii="Times New Roman" w:hAnsi="Times New Roman" w:eastAsia="Times New Roman" w:cs="Times New Roman"/>
          <w:b w:val="0"/>
          <w:sz w:val="24"/>
        </w:rPr>
        <w:t>Schedule 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Guaranteed Minimum Compensation.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Guaranteed Minimum Compensation under this Agreement shall be [amount of guaranteed minimum compensation] dollars, payable upon execution of this Agreement. Such payment shall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advance against the Percentage Compensation attributable to gross sales made by Licensee during the period for which the Guaranteed Minimum Compensation is due. The payment of Guaranteed Minimum Compensation shall be non-returnable and non-refundable.</w:t>
      </w:r>
    </w:p>
    <w:p>
      <w:pPr>
        <w:keepNext w:val="0"/>
        <w:spacing w:before="120" w:after="0" w:line="260" w:lineRule="exact"/>
        <w:ind w:left="720" w:right="0" w:firstLine="0"/>
        <w:jc w:val="left"/>
      </w:pPr>
      <w:r>
        <w:rPr>
          <w:rFonts w:ascii="Times New Roman" w:hAnsi="Times New Roman" w:eastAsia="Times New Roman" w:cs="Times New Roman"/>
          <w:b w:val="0"/>
          <w:sz w:val="24"/>
        </w:rPr>
        <w:t>Schedule 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Percentage Compensation.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Percentage Compensation under this Agreement shall be [percentage which will be the royalty rate, e.g., five percent (5%)] of the current wholesale price of the Licensed Products based on [one hundred percent (100%)] of the articles sold.</w:t>
      </w:r>
    </w:p>
    <w:p>
      <w:pPr>
        <w:keepNext w:val="0"/>
        <w:spacing w:before="120" w:after="0" w:line="260" w:lineRule="exact"/>
        <w:ind w:left="720" w:right="0" w:firstLine="0"/>
        <w:jc w:val="left"/>
      </w:pPr>
      <w:r>
        <w:rPr>
          <w:rFonts w:ascii="Times New Roman" w:hAnsi="Times New Roman" w:eastAsia="Times New Roman" w:cs="Times New Roman"/>
          <w:b w:val="0"/>
          <w:sz w:val="24"/>
        </w:rPr>
        <w:t>Schedule 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Specific Arrangement.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[describe any special arrangement]</w:t>
      </w:r>
    </w:p>
    <w:p>
      <w:pPr/>
    </w:p>
    <w:p>
      <w:pPr>
        <w:keepNext w:val="0"/>
        <w:spacing w:before="200" w:after="0" w:line="260" w:lineRule="exact"/>
        <w:ind w:left="360" w:right="0" w:firstLine="0"/>
        <w:jc w:val="both"/>
      </w:pPr>
      <w:r>
        <w:rPr>
          <w:rFonts w:ascii="Times New Roman" w:hAnsi="Times New Roman" w:eastAsia="Times New Roman" w:cs="Times New Roman"/>
          <w:b w:val="0"/>
          <w:sz w:val="24"/>
        </w:rPr>
        <w:t>APPROVED: [name of production company/licensor]</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licensee]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____________________</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[Add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Corporate Verification statement here]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