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 w:after="0" w:line="240" w:lineRule="auto"/>
      </w:pPr>
      <w:r>
        <w:rPr>
          <w:rFonts w:ascii="Times New Roman" w:hAnsi="Times New Roman" w:eastAsia="Times New Roman" w:cs="Times New Roman"/>
          <w:sz w:val="24"/>
        </w:rPr>
        <w:t>MICHIGAN</w:t>
      </w:r>
    </w:p>
    <w:p>
      <w:pPr>
        <w:spacing w:before="1" w:after="0"/>
        <w:jc w:val="center"/>
      </w:pPr>
      <w:r>
        <w:rPr>
          <w:rFonts w:ascii="Times New Roman" w:hAnsi="Times New Roman" w:eastAsia="Times New Roman" w:cs="Times New Roman"/>
          <w:b/>
          <w:sz w:val="24"/>
        </w:rPr>
        <w:t>STATUTORY</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FORM</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POWER</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OF</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 xml:space="preserve">ATTORNEY </w:t>
      </w:r>
    </w:p>
    <w:p>
      <w:pPr>
        <w:spacing w:before="1" w:after="0"/>
        <w:jc w:val="center"/>
      </w:pPr>
    </w:p>
    <w:p>
      <w:pPr>
        <w:spacing w:before="1" w:after="0"/>
        <w:jc w:val="center"/>
      </w:pPr>
      <w:r>
        <w:rPr>
          <w:rFonts w:ascii="Times New Roman" w:hAnsi="Times New Roman" w:eastAsia="Times New Roman" w:cs="Times New Roman"/>
          <w:b/>
          <w:sz w:val="24"/>
        </w:rPr>
        <w:t>IMPORTANT INFORMATION</w:t>
      </w:r>
    </w:p>
    <w:p>
      <w:pPr>
        <w:spacing w:before="1" w:after="0"/>
        <w:jc w:val="center"/>
      </w:pPr>
    </w:p>
    <w:p>
      <w:pPr>
        <w:spacing w:line="235" w:lineRule="auto"/>
      </w:pP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power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authorizes</w:t>
      </w:r>
      <w:r>
        <w:rPr>
          <w:rFonts w:ascii="Times New Roman" w:hAnsi="Times New Roman" w:eastAsia="Times New Roman" w:cs="Times New Roman"/>
          <w:sz w:val="24"/>
        </w:rPr>
        <w:t xml:space="preserve"> </w:t>
      </w:r>
      <w:r>
        <w:rPr>
          <w:rFonts w:ascii="Times New Roman" w:hAnsi="Times New Roman" w:eastAsia="Times New Roman" w:cs="Times New Roman"/>
          <w:sz w:val="24"/>
        </w:rPr>
        <w:t>another</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w:t>
      </w:r>
      <w:r>
        <w:rPr>
          <w:rFonts w:ascii="Times New Roman" w:hAnsi="Times New Roman" w:eastAsia="Times New Roman" w:cs="Times New Roman"/>
          <w:sz w:val="24"/>
        </w:rPr>
        <w:t xml:space="preserve"> </w:t>
      </w:r>
      <w:r>
        <w:rPr>
          <w:rFonts w:ascii="Times New Roman" w:hAnsi="Times New Roman" w:eastAsia="Times New Roman" w:cs="Times New Roman"/>
          <w:sz w:val="24"/>
        </w:rPr>
        <w:t>(your</w:t>
      </w:r>
      <w:r>
        <w:rPr>
          <w:rFonts w:ascii="Times New Roman" w:hAnsi="Times New Roman" w:eastAsia="Times New Roman" w:cs="Times New Roman"/>
          <w:sz w:val="24"/>
        </w:rPr>
        <w:t xml:space="preserve"> </w:t>
      </w: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make</w:t>
      </w:r>
      <w:r>
        <w:rPr>
          <w:rFonts w:ascii="Times New Roman" w:hAnsi="Times New Roman" w:eastAsia="Times New Roman" w:cs="Times New Roman"/>
          <w:sz w:val="24"/>
        </w:rPr>
        <w:t xml:space="preserve"> </w:t>
      </w:r>
      <w:r>
        <w:rPr>
          <w:rFonts w:ascii="Times New Roman" w:hAnsi="Times New Roman" w:eastAsia="Times New Roman" w:cs="Times New Roman"/>
          <w:sz w:val="24"/>
        </w:rPr>
        <w:t>decisions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concerning</w:t>
      </w:r>
      <w:r>
        <w:rPr>
          <w:rFonts w:ascii="Times New Roman" w:hAnsi="Times New Roman" w:eastAsia="Times New Roman" w:cs="Times New Roman"/>
          <w:sz w:val="24"/>
        </w:rPr>
        <w:t xml:space="preserve"> </w:t>
      </w:r>
      <w:r>
        <w:rPr>
          <w:rFonts w:ascii="Times New Roman" w:hAnsi="Times New Roman" w:eastAsia="Times New Roman" w:cs="Times New Roman"/>
          <w:sz w:val="24"/>
        </w:rPr>
        <w:t>your</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for you (the principal). It is, therefore, an important legal document, and </w:t>
      </w:r>
      <w:r>
        <w:rPr>
          <w:rFonts w:ascii="Times New Roman" w:hAnsi="Times New Roman" w:eastAsia="Times New Roman" w:cs="Times New Roman"/>
          <w:b/>
          <w:sz w:val="24"/>
        </w:rPr>
        <w:t>you are taking a serious step if you decide to make use of this form without seeking legal advice</w:t>
      </w:r>
      <w:r>
        <w:rPr>
          <w:rFonts w:ascii="Times New Roman" w:hAnsi="Times New Roman" w:eastAsia="Times New Roman" w:cs="Times New Roman"/>
          <w:sz w:val="24"/>
        </w:rPr>
        <w:t>; for if the person you designate as your agent accepts authority granted under this power of attorney, the agent will be able to make decisions and act with respect to your property (including your money). The extent of your agent's authority over subjects listed on this form is explained in the uniform power of attorney act, MCL 556.201 to 556.505.</w:t>
      </w:r>
    </w:p>
    <w:p>
      <w:pPr>
        <w:spacing w:line="235" w:lineRule="auto"/>
      </w:pPr>
    </w:p>
    <w:p>
      <w:pPr>
        <w:spacing w:before="1" w:after="0" w:line="230" w:lineRule="auto"/>
      </w:pPr>
      <w:r>
        <w:rPr>
          <w:rFonts w:ascii="Times New Roman" w:hAnsi="Times New Roman" w:eastAsia="Times New Roman" w:cs="Times New Roman"/>
          <w:sz w:val="24"/>
        </w:rPr>
        <w:t>This power of attorney does not authorize the agent to make health care decisions for you and it does not authorize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exercise</w:t>
      </w:r>
      <w:r>
        <w:rPr>
          <w:rFonts w:ascii="Times New Roman" w:hAnsi="Times New Roman" w:eastAsia="Times New Roman" w:cs="Times New Roman"/>
          <w:sz w:val="24"/>
        </w:rPr>
        <w:t xml:space="preserve"> </w:t>
      </w:r>
      <w:r>
        <w:rPr>
          <w:rFonts w:ascii="Times New Roman" w:hAnsi="Times New Roman" w:eastAsia="Times New Roman" w:cs="Times New Roman"/>
          <w:sz w:val="24"/>
        </w:rPr>
        <w:t>powers</w:t>
      </w:r>
      <w:r>
        <w:rPr>
          <w:rFonts w:ascii="Times New Roman" w:hAnsi="Times New Roman" w:eastAsia="Times New Roman" w:cs="Times New Roman"/>
          <w:sz w:val="24"/>
        </w:rPr>
        <w:t xml:space="preserve"> </w:t>
      </w:r>
      <w:r>
        <w:rPr>
          <w:rFonts w:ascii="Times New Roman" w:hAnsi="Times New Roman" w:eastAsia="Times New Roman" w:cs="Times New Roman"/>
          <w:sz w:val="24"/>
        </w:rPr>
        <w:t>you</w:t>
      </w:r>
      <w:r>
        <w:rPr>
          <w:rFonts w:ascii="Times New Roman" w:hAnsi="Times New Roman" w:eastAsia="Times New Roman" w:cs="Times New Roman"/>
          <w:sz w:val="24"/>
        </w:rPr>
        <w:t xml:space="preserve"> </w:t>
      </w:r>
      <w:r>
        <w:rPr>
          <w:rFonts w:ascii="Times New Roman" w:hAnsi="Times New Roman" w:eastAsia="Times New Roman" w:cs="Times New Roman"/>
          <w:sz w:val="24"/>
        </w:rPr>
        <w:t>have</w:t>
      </w:r>
      <w:r>
        <w:rPr>
          <w:rFonts w:ascii="Times New Roman" w:hAnsi="Times New Roman" w:eastAsia="Times New Roman" w:cs="Times New Roman"/>
          <w:sz w:val="24"/>
        </w:rPr>
        <w:t xml:space="preserve"> </w:t>
      </w:r>
      <w:r>
        <w:rPr>
          <w:rFonts w:ascii="Times New Roman" w:hAnsi="Times New Roman" w:eastAsia="Times New Roman" w:cs="Times New Roman"/>
          <w:sz w:val="24"/>
        </w:rPr>
        <w:t>as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parent</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guardian</w:t>
      </w:r>
      <w:r>
        <w:rPr>
          <w:rFonts w:ascii="Times New Roman" w:hAnsi="Times New Roman" w:eastAsia="Times New Roman" w:cs="Times New Roman"/>
          <w:sz w:val="24"/>
        </w:rPr>
        <w:t xml:space="preserve"> </w:t>
      </w:r>
      <w:r>
        <w:rPr>
          <w:rFonts w:ascii="Times New Roman" w:hAnsi="Times New Roman" w:eastAsia="Times New Roman" w:cs="Times New Roman"/>
          <w:sz w:val="24"/>
        </w:rPr>
        <w:t>regarding</w:t>
      </w:r>
      <w:r>
        <w:rPr>
          <w:rFonts w:ascii="Times New Roman" w:hAnsi="Times New Roman" w:eastAsia="Times New Roman" w:cs="Times New Roman"/>
          <w:sz w:val="24"/>
        </w:rPr>
        <w:t xml:space="preserve"> </w:t>
      </w:r>
      <w:r>
        <w:rPr>
          <w:rFonts w:ascii="Times New Roman" w:hAnsi="Times New Roman" w:eastAsia="Times New Roman" w:cs="Times New Roman"/>
          <w:sz w:val="24"/>
        </w:rPr>
        <w:t>care,</w:t>
      </w:r>
      <w:r>
        <w:rPr>
          <w:rFonts w:ascii="Times New Roman" w:hAnsi="Times New Roman" w:eastAsia="Times New Roman" w:cs="Times New Roman"/>
          <w:sz w:val="24"/>
        </w:rPr>
        <w:t xml:space="preserve"> </w:t>
      </w:r>
      <w:r>
        <w:rPr>
          <w:rFonts w:ascii="Times New Roman" w:hAnsi="Times New Roman" w:eastAsia="Times New Roman" w:cs="Times New Roman"/>
          <w:sz w:val="24"/>
        </w:rPr>
        <w:t>custody,</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w:t>
      </w:r>
      <w:r>
        <w:rPr>
          <w:rFonts w:ascii="Times New Roman" w:hAnsi="Times New Roman" w:eastAsia="Times New Roman" w:cs="Times New Roman"/>
          <w:sz w:val="24"/>
        </w:rPr>
        <w:t xml:space="preserve"> </w:t>
      </w:r>
      <w:r>
        <w:rPr>
          <w:rFonts w:ascii="Times New Roman" w:hAnsi="Times New Roman" w:eastAsia="Times New Roman" w:cs="Times New Roman"/>
          <w:sz w:val="24"/>
        </w:rPr>
        <w:t>of a minor child or ward.</w:t>
      </w:r>
    </w:p>
    <w:p>
      <w:pPr>
        <w:spacing w:before="1" w:after="0" w:line="230" w:lineRule="auto"/>
      </w:pPr>
    </w:p>
    <w:p>
      <w:pPr>
        <w:spacing w:line="230" w:lineRule="auto"/>
      </w:pPr>
      <w:r>
        <w:rPr>
          <w:rFonts w:ascii="Times New Roman" w:hAnsi="Times New Roman" w:eastAsia="Times New Roman" w:cs="Times New Roman"/>
          <w:sz w:val="24"/>
        </w:rPr>
        <w:t>You should select someone you trust to serve as your agent and you should ask yourself as you review each section of this form, whether you have chosen the right person(s) to act in that capacity. If your signature on this</w:t>
      </w:r>
      <w:r>
        <w:rPr>
          <w:rFonts w:ascii="Times New Roman" w:hAnsi="Times New Roman" w:eastAsia="Times New Roman" w:cs="Times New Roman"/>
          <w:sz w:val="24"/>
        </w:rPr>
        <w:t xml:space="preserve"> </w:t>
      </w:r>
      <w:r>
        <w:rPr>
          <w:rFonts w:ascii="Times New Roman" w:hAnsi="Times New Roman" w:eastAsia="Times New Roman" w:cs="Times New Roman"/>
          <w:sz w:val="24"/>
        </w:rPr>
        <w:t>form</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notarized</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witnessed</w:t>
      </w:r>
      <w:r>
        <w:rPr>
          <w:rFonts w:ascii="Times New Roman" w:hAnsi="Times New Roman" w:eastAsia="Times New Roman" w:cs="Times New Roman"/>
          <w:sz w:val="24"/>
        </w:rPr>
        <w:t xml:space="preserve"> </w:t>
      </w:r>
      <w:r>
        <w:rPr>
          <w:rFonts w:ascii="Times New Roman" w:hAnsi="Times New Roman" w:eastAsia="Times New Roman" w:cs="Times New Roman"/>
          <w:sz w:val="24"/>
        </w:rPr>
        <w:t>as</w:t>
      </w:r>
      <w:r>
        <w:rPr>
          <w:rFonts w:ascii="Times New Roman" w:hAnsi="Times New Roman" w:eastAsia="Times New Roman" w:cs="Times New Roman"/>
          <w:sz w:val="24"/>
        </w:rPr>
        <w:t xml:space="preserve"> </w:t>
      </w:r>
      <w:r>
        <w:rPr>
          <w:rFonts w:ascii="Times New Roman" w:hAnsi="Times New Roman" w:eastAsia="Times New Roman" w:cs="Times New Roman"/>
          <w:sz w:val="24"/>
        </w:rPr>
        <w:t>provided</w:t>
      </w:r>
      <w:r>
        <w:rPr>
          <w:rFonts w:ascii="Times New Roman" w:hAnsi="Times New Roman" w:eastAsia="Times New Roman" w:cs="Times New Roman"/>
          <w:sz w:val="24"/>
        </w:rPr>
        <w:t xml:space="preserve"> </w:t>
      </w:r>
      <w:r>
        <w:rPr>
          <w:rFonts w:ascii="Times New Roman" w:hAnsi="Times New Roman" w:eastAsia="Times New Roman" w:cs="Times New Roman"/>
          <w:sz w:val="24"/>
        </w:rPr>
        <w:t>below,</w:t>
      </w:r>
      <w:r>
        <w:rPr>
          <w:rFonts w:ascii="Times New Roman" w:hAnsi="Times New Roman" w:eastAsia="Times New Roman" w:cs="Times New Roman"/>
          <w:sz w:val="24"/>
        </w:rPr>
        <w:t xml:space="preserve"> </w:t>
      </w:r>
      <w:r>
        <w:rPr>
          <w:rFonts w:ascii="Times New Roman" w:hAnsi="Times New Roman" w:eastAsia="Times New Roman" w:cs="Times New Roman"/>
          <w:sz w:val="24"/>
        </w:rPr>
        <w:t>then</w:t>
      </w:r>
      <w:r>
        <w:rPr>
          <w:rFonts w:ascii="Times New Roman" w:hAnsi="Times New Roman" w:eastAsia="Times New Roman" w:cs="Times New Roman"/>
          <w:sz w:val="24"/>
        </w:rPr>
        <w:t xml:space="preserve"> </w:t>
      </w:r>
      <w:r>
        <w:rPr>
          <w:rFonts w:ascii="Times New Roman" w:hAnsi="Times New Roman" w:eastAsia="Times New Roman" w:cs="Times New Roman"/>
          <w:sz w:val="24"/>
        </w:rPr>
        <w:t>unless</w:t>
      </w:r>
      <w:r>
        <w:rPr>
          <w:rFonts w:ascii="Times New Roman" w:hAnsi="Times New Roman" w:eastAsia="Times New Roman" w:cs="Times New Roman"/>
          <w:sz w:val="24"/>
        </w:rPr>
        <w:t xml:space="preserve"> </w:t>
      </w:r>
      <w:r>
        <w:rPr>
          <w:rFonts w:ascii="Times New Roman" w:hAnsi="Times New Roman" w:eastAsia="Times New Roman" w:cs="Times New Roman"/>
          <w:sz w:val="24"/>
        </w:rPr>
        <w:t>you</w:t>
      </w:r>
      <w:r>
        <w:rPr>
          <w:rFonts w:ascii="Times New Roman" w:hAnsi="Times New Roman" w:eastAsia="Times New Roman" w:cs="Times New Roman"/>
          <w:sz w:val="24"/>
        </w:rPr>
        <w:t xml:space="preserve"> </w:t>
      </w:r>
      <w:r>
        <w:rPr>
          <w:rFonts w:ascii="Times New Roman" w:hAnsi="Times New Roman" w:eastAsia="Times New Roman" w:cs="Times New Roman"/>
          <w:sz w:val="24"/>
        </w:rPr>
        <w:t>specify</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otherwise,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agent's</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authority will generally continue until you die or revoke the power of attorney or the agent resigns or is unable to act for you.</w:t>
      </w:r>
    </w:p>
    <w:p>
      <w:pPr>
        <w:spacing w:line="230" w:lineRule="auto"/>
      </w:pPr>
    </w:p>
    <w:p>
      <w:pPr>
        <w:spacing w:line="222" w:lineRule="exact"/>
      </w:pPr>
      <w:r>
        <w:rPr>
          <w:rFonts w:ascii="Times New Roman" w:hAnsi="Times New Roman" w:eastAsia="Times New Roman" w:cs="Times New Roman"/>
          <w:sz w:val="24"/>
        </w:rPr>
        <w:t xml:space="preserve">Your agent is entitled to reasonable compensation unless you state otherwise in the Special </w:t>
      </w:r>
      <w:r>
        <w:rPr>
          <w:rFonts w:ascii="Times New Roman" w:hAnsi="Times New Roman" w:eastAsia="Times New Roman" w:cs="Times New Roman"/>
          <w:sz w:val="24"/>
        </w:rPr>
        <w:t>Instructions.</w:t>
      </w:r>
    </w:p>
    <w:p>
      <w:pPr>
        <w:spacing w:before="2" w:after="0" w:line="230" w:lineRule="auto"/>
        <w:jc w:val="both"/>
      </w:pPr>
    </w:p>
    <w:p>
      <w:pPr>
        <w:spacing w:before="2" w:after="0" w:line="230" w:lineRule="auto"/>
        <w:jc w:val="both"/>
      </w:pP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form</w:t>
      </w:r>
      <w:r>
        <w:rPr>
          <w:rFonts w:ascii="Times New Roman" w:hAnsi="Times New Roman" w:eastAsia="Times New Roman" w:cs="Times New Roman"/>
          <w:sz w:val="24"/>
        </w:rPr>
        <w:t xml:space="preserve"> </w:t>
      </w:r>
      <w:r>
        <w:rPr>
          <w:rFonts w:ascii="Times New Roman" w:hAnsi="Times New Roman" w:eastAsia="Times New Roman" w:cs="Times New Roman"/>
          <w:sz w:val="24"/>
        </w:rPr>
        <w:t>provides</w:t>
      </w:r>
      <w:r>
        <w:rPr>
          <w:rFonts w:ascii="Times New Roman" w:hAnsi="Times New Roman" w:eastAsia="Times New Roman" w:cs="Times New Roman"/>
          <w:sz w:val="24"/>
        </w:rPr>
        <w:t xml:space="preserve"> </w:t>
      </w:r>
      <w:r>
        <w:rPr>
          <w:rFonts w:ascii="Times New Roman" w:hAnsi="Times New Roman" w:eastAsia="Times New Roman" w:cs="Times New Roman"/>
          <w:sz w:val="24"/>
        </w:rPr>
        <w:t>for</w:t>
      </w:r>
      <w:r>
        <w:rPr>
          <w:rFonts w:ascii="Times New Roman" w:hAnsi="Times New Roman" w:eastAsia="Times New Roman" w:cs="Times New Roman"/>
          <w:sz w:val="24"/>
        </w:rPr>
        <w:t xml:space="preserve"> </w:t>
      </w:r>
      <w:r>
        <w:rPr>
          <w:rFonts w:ascii="Times New Roman" w:hAnsi="Times New Roman" w:eastAsia="Times New Roman" w:cs="Times New Roman"/>
          <w:sz w:val="24"/>
        </w:rPr>
        <w:t>designation</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an</w:t>
      </w:r>
      <w:r>
        <w:rPr>
          <w:rFonts w:ascii="Times New Roman" w:hAnsi="Times New Roman" w:eastAsia="Times New Roman" w:cs="Times New Roman"/>
          <w:sz w:val="24"/>
        </w:rPr>
        <w:t xml:space="preserve"> </w:t>
      </w: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w:t>
      </w:r>
      <w:r>
        <w:rPr>
          <w:rFonts w:ascii="Times New Roman" w:hAnsi="Times New Roman" w:eastAsia="Times New Roman" w:cs="Times New Roman"/>
          <w:sz w:val="24"/>
        </w:rPr>
        <w:t xml:space="preserve"> </w:t>
      </w:r>
      <w:r>
        <w:rPr>
          <w:rFonts w:ascii="Times New Roman" w:hAnsi="Times New Roman" w:eastAsia="Times New Roman" w:cs="Times New Roman"/>
          <w:sz w:val="24"/>
        </w:rPr>
        <w:t>agent(s)</w:t>
      </w:r>
      <w:r>
        <w:rPr>
          <w:rFonts w:ascii="Times New Roman" w:hAnsi="Times New Roman" w:eastAsia="Times New Roman" w:cs="Times New Roman"/>
          <w:sz w:val="24"/>
        </w:rPr>
        <w:t xml:space="preserve"> </w:t>
      </w:r>
      <w:r>
        <w:rPr>
          <w:rFonts w:ascii="Times New Roman" w:hAnsi="Times New Roman" w:eastAsia="Times New Roman" w:cs="Times New Roman"/>
          <w:sz w:val="24"/>
        </w:rPr>
        <w:t>who</w:t>
      </w:r>
      <w:r>
        <w:rPr>
          <w:rFonts w:ascii="Times New Roman" w:hAnsi="Times New Roman" w:eastAsia="Times New Roman" w:cs="Times New Roman"/>
          <w:sz w:val="24"/>
        </w:rPr>
        <w:t xml:space="preserve"> </w:t>
      </w:r>
      <w:r>
        <w:rPr>
          <w:rFonts w:ascii="Times New Roman" w:hAnsi="Times New Roman" w:eastAsia="Times New Roman" w:cs="Times New Roman"/>
          <w:sz w:val="24"/>
        </w:rPr>
        <w:t>serve</w:t>
      </w:r>
      <w:r>
        <w:rPr>
          <w:rFonts w:ascii="Times New Roman" w:hAnsi="Times New Roman" w:eastAsia="Times New Roman" w:cs="Times New Roman"/>
          <w:sz w:val="24"/>
        </w:rPr>
        <w:t xml:space="preserve"> </w:t>
      </w:r>
      <w:r>
        <w:rPr>
          <w:rFonts w:ascii="Times New Roman" w:hAnsi="Times New Roman" w:eastAsia="Times New Roman" w:cs="Times New Roman"/>
          <w:sz w:val="24"/>
        </w:rPr>
        <w:t>one</w:t>
      </w:r>
      <w:r>
        <w:rPr>
          <w:rFonts w:ascii="Times New Roman" w:hAnsi="Times New Roman" w:eastAsia="Times New Roman" w:cs="Times New Roman"/>
          <w:sz w:val="24"/>
        </w:rPr>
        <w:t xml:space="preserve"> </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as</w:t>
      </w:r>
      <w:r>
        <w:rPr>
          <w:rFonts w:ascii="Times New Roman" w:hAnsi="Times New Roman" w:eastAsia="Times New Roman" w:cs="Times New Roman"/>
          <w:sz w:val="24"/>
        </w:rPr>
        <w:t xml:space="preserve"> </w:t>
      </w:r>
      <w:r>
        <w:rPr>
          <w:rFonts w:ascii="Times New Roman" w:hAnsi="Times New Roman" w:eastAsia="Times New Roman" w:cs="Times New Roman"/>
          <w:sz w:val="24"/>
        </w:rPr>
        <w:t>opposed</w:t>
      </w:r>
      <w:r>
        <w:rPr>
          <w:rFonts w:ascii="Times New Roman" w:hAnsi="Times New Roman" w:eastAsia="Times New Roman" w:cs="Times New Roman"/>
          <w:sz w:val="24"/>
        </w:rPr>
        <w:t xml:space="preserve"> </w:t>
      </w:r>
      <w:r>
        <w:rPr>
          <w:rFonts w:ascii="Times New Roman" w:hAnsi="Times New Roman" w:eastAsia="Times New Roman" w:cs="Times New Roman"/>
          <w:sz w:val="24"/>
        </w:rPr>
        <w:t>to coagents</w:t>
      </w:r>
      <w:r>
        <w:rPr>
          <w:rFonts w:ascii="Times New Roman" w:hAnsi="Times New Roman" w:eastAsia="Times New Roman" w:cs="Times New Roman"/>
          <w:sz w:val="24"/>
        </w:rPr>
        <w:t xml:space="preserve"> </w:t>
      </w:r>
      <w:r>
        <w:rPr>
          <w:rFonts w:ascii="Times New Roman" w:hAnsi="Times New Roman" w:eastAsia="Times New Roman" w:cs="Times New Roman"/>
          <w:sz w:val="24"/>
        </w:rPr>
        <w:t>who</w:t>
      </w:r>
      <w:r>
        <w:rPr>
          <w:rFonts w:ascii="Times New Roman" w:hAnsi="Times New Roman" w:eastAsia="Times New Roman" w:cs="Times New Roman"/>
          <w:sz w:val="24"/>
        </w:rPr>
        <w:t xml:space="preserve"> </w:t>
      </w:r>
      <w:r>
        <w:rPr>
          <w:rFonts w:ascii="Times New Roman" w:hAnsi="Times New Roman" w:eastAsia="Times New Roman" w:cs="Times New Roman"/>
          <w:sz w:val="24"/>
        </w:rPr>
        <w:t>serve</w:t>
      </w:r>
      <w:r>
        <w:rPr>
          <w:rFonts w:ascii="Times New Roman" w:hAnsi="Times New Roman" w:eastAsia="Times New Roman" w:cs="Times New Roman"/>
          <w:sz w:val="24"/>
        </w:rPr>
        <w:t xml:space="preserve"> </w:t>
      </w:r>
      <w:r>
        <w:rPr>
          <w:rFonts w:ascii="Times New Roman" w:hAnsi="Times New Roman" w:eastAsia="Times New Roman" w:cs="Times New Roman"/>
          <w:sz w:val="24"/>
        </w:rPr>
        <w:t>simultaneously.</w:t>
      </w:r>
      <w:r>
        <w:rPr>
          <w:rFonts w:ascii="Times New Roman" w:hAnsi="Times New Roman" w:eastAsia="Times New Roman" w:cs="Times New Roman"/>
          <w:sz w:val="24"/>
        </w:rPr>
        <w:t xml:space="preserve"> </w:t>
      </w:r>
      <w:r>
        <w:rPr>
          <w:rFonts w:ascii="Times New Roman" w:hAnsi="Times New Roman" w:eastAsia="Times New Roman" w:cs="Times New Roman"/>
          <w:sz w:val="24"/>
        </w:rPr>
        <w:t>If</w:t>
      </w:r>
      <w:r>
        <w:rPr>
          <w:rFonts w:ascii="Times New Roman" w:hAnsi="Times New Roman" w:eastAsia="Times New Roman" w:cs="Times New Roman"/>
          <w:sz w:val="24"/>
        </w:rPr>
        <w:t xml:space="preserve"> </w:t>
      </w:r>
      <w:r>
        <w:rPr>
          <w:rFonts w:ascii="Times New Roman" w:hAnsi="Times New Roman" w:eastAsia="Times New Roman" w:cs="Times New Roman"/>
          <w:sz w:val="24"/>
        </w:rPr>
        <w:t>you</w:t>
      </w:r>
      <w:r>
        <w:rPr>
          <w:rFonts w:ascii="Times New Roman" w:hAnsi="Times New Roman" w:eastAsia="Times New Roman" w:cs="Times New Roman"/>
          <w:sz w:val="24"/>
        </w:rPr>
        <w:t xml:space="preserve"> </w:t>
      </w:r>
      <w:r>
        <w:rPr>
          <w:rFonts w:ascii="Times New Roman" w:hAnsi="Times New Roman" w:eastAsia="Times New Roman" w:cs="Times New Roman"/>
          <w:sz w:val="24"/>
        </w:rPr>
        <w:t>wish</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coagents,</w:t>
      </w:r>
      <w:r>
        <w:rPr>
          <w:rFonts w:ascii="Times New Roman" w:hAnsi="Times New Roman" w:eastAsia="Times New Roman" w:cs="Times New Roman"/>
          <w:sz w:val="24"/>
        </w:rPr>
        <w:t xml:space="preserve"> </w:t>
      </w:r>
      <w:r>
        <w:rPr>
          <w:rFonts w:ascii="Times New Roman" w:hAnsi="Times New Roman" w:eastAsia="Times New Roman" w:cs="Times New Roman"/>
          <w:sz w:val="24"/>
        </w:rPr>
        <w:t>you</w:t>
      </w:r>
      <w:r>
        <w:rPr>
          <w:rFonts w:ascii="Times New Roman" w:hAnsi="Times New Roman" w:eastAsia="Times New Roman" w:cs="Times New Roman"/>
          <w:sz w:val="24"/>
        </w:rPr>
        <w:t xml:space="preserve"> </w:t>
      </w:r>
      <w:r>
        <w:rPr>
          <w:rFonts w:ascii="Times New Roman" w:hAnsi="Times New Roman" w:eastAsia="Times New Roman" w:cs="Times New Roman"/>
          <w:sz w:val="24"/>
        </w:rPr>
        <w:t>may</w:t>
      </w:r>
      <w:r>
        <w:rPr>
          <w:rFonts w:ascii="Times New Roman" w:hAnsi="Times New Roman" w:eastAsia="Times New Roman" w:cs="Times New Roman"/>
          <w:sz w:val="24"/>
        </w:rPr>
        <w:t xml:space="preserve"> </w:t>
      </w:r>
      <w:r>
        <w:rPr>
          <w:rFonts w:ascii="Times New Roman" w:hAnsi="Times New Roman" w:eastAsia="Times New Roman" w:cs="Times New Roman"/>
          <w:sz w:val="24"/>
        </w:rPr>
        <w:t>do</w:t>
      </w:r>
      <w:r>
        <w:rPr>
          <w:rFonts w:ascii="Times New Roman" w:hAnsi="Times New Roman" w:eastAsia="Times New Roman" w:cs="Times New Roman"/>
          <w:sz w:val="24"/>
        </w:rPr>
        <w:t xml:space="preserve"> </w:t>
      </w:r>
      <w:r>
        <w:rPr>
          <w:rFonts w:ascii="Times New Roman" w:hAnsi="Times New Roman" w:eastAsia="Times New Roman" w:cs="Times New Roman"/>
          <w:sz w:val="24"/>
        </w:rPr>
        <w:t>so</w:t>
      </w:r>
      <w:r>
        <w:rPr>
          <w:rFonts w:ascii="Times New Roman" w:hAnsi="Times New Roman" w:eastAsia="Times New Roman" w:cs="Times New Roman"/>
          <w:sz w:val="24"/>
        </w:rPr>
        <w:t xml:space="preserve"> </w:t>
      </w:r>
      <w:r>
        <w:rPr>
          <w:rFonts w:ascii="Times New Roman" w:hAnsi="Times New Roman" w:eastAsia="Times New Roman" w:cs="Times New Roman"/>
          <w:sz w:val="24"/>
        </w:rPr>
        <w:t>in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Special</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Instructions. Coagents are not required to act together unless you include that requirement in the Special Instructions.</w:t>
      </w:r>
    </w:p>
    <w:p>
      <w:pPr>
        <w:spacing w:before="1" w:after="0" w:line="230" w:lineRule="auto"/>
        <w:jc w:val="both"/>
      </w:pPr>
    </w:p>
    <w:p>
      <w:pPr>
        <w:spacing w:before="1" w:after="0" w:line="230" w:lineRule="auto"/>
        <w:jc w:val="both"/>
      </w:pPr>
      <w:r>
        <w:rPr>
          <w:rFonts w:ascii="Times New Roman" w:hAnsi="Times New Roman" w:eastAsia="Times New Roman" w:cs="Times New Roman"/>
          <w:sz w:val="24"/>
        </w:rPr>
        <w:t>If</w:t>
      </w:r>
      <w:r>
        <w:rPr>
          <w:rFonts w:ascii="Times New Roman" w:hAnsi="Times New Roman" w:eastAsia="Times New Roman" w:cs="Times New Roman"/>
          <w:sz w:val="24"/>
        </w:rPr>
        <w:t xml:space="preserve"> </w:t>
      </w:r>
      <w:r>
        <w:rPr>
          <w:rFonts w:ascii="Times New Roman" w:hAnsi="Times New Roman" w:eastAsia="Times New Roman" w:cs="Times New Roman"/>
          <w:sz w:val="24"/>
        </w:rPr>
        <w:t>your</w:t>
      </w:r>
      <w:r>
        <w:rPr>
          <w:rFonts w:ascii="Times New Roman" w:hAnsi="Times New Roman" w:eastAsia="Times New Roman" w:cs="Times New Roman"/>
          <w:sz w:val="24"/>
        </w:rPr>
        <w:t xml:space="preserve"> </w:t>
      </w: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unable</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unwilling</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act</w:t>
      </w:r>
      <w:r>
        <w:rPr>
          <w:rFonts w:ascii="Times New Roman" w:hAnsi="Times New Roman" w:eastAsia="Times New Roman" w:cs="Times New Roman"/>
          <w:sz w:val="24"/>
        </w:rPr>
        <w:t xml:space="preserve"> </w:t>
      </w:r>
      <w:r>
        <w:rPr>
          <w:rFonts w:ascii="Times New Roman" w:hAnsi="Times New Roman" w:eastAsia="Times New Roman" w:cs="Times New Roman"/>
          <w:sz w:val="24"/>
        </w:rPr>
        <w:t>for</w:t>
      </w:r>
      <w:r>
        <w:rPr>
          <w:rFonts w:ascii="Times New Roman" w:hAnsi="Times New Roman" w:eastAsia="Times New Roman" w:cs="Times New Roman"/>
          <w:sz w:val="24"/>
        </w:rPr>
        <w:t xml:space="preserve"> </w:t>
      </w:r>
      <w:r>
        <w:rPr>
          <w:rFonts w:ascii="Times New Roman" w:hAnsi="Times New Roman" w:eastAsia="Times New Roman" w:cs="Times New Roman"/>
          <w:sz w:val="24"/>
        </w:rPr>
        <w:t>you,</w:t>
      </w:r>
      <w:r>
        <w:rPr>
          <w:rFonts w:ascii="Times New Roman" w:hAnsi="Times New Roman" w:eastAsia="Times New Roman" w:cs="Times New Roman"/>
          <w:sz w:val="24"/>
        </w:rPr>
        <w:t xml:space="preserve"> </w:t>
      </w:r>
      <w:r>
        <w:rPr>
          <w:rFonts w:ascii="Times New Roman" w:hAnsi="Times New Roman" w:eastAsia="Times New Roman" w:cs="Times New Roman"/>
          <w:sz w:val="24"/>
        </w:rPr>
        <w:t>your</w:t>
      </w:r>
      <w:r>
        <w:rPr>
          <w:rFonts w:ascii="Times New Roman" w:hAnsi="Times New Roman" w:eastAsia="Times New Roman" w:cs="Times New Roman"/>
          <w:sz w:val="24"/>
        </w:rPr>
        <w:t xml:space="preserve"> </w:t>
      </w:r>
      <w:r>
        <w:rPr>
          <w:rFonts w:ascii="Times New Roman" w:hAnsi="Times New Roman" w:eastAsia="Times New Roman" w:cs="Times New Roman"/>
          <w:sz w:val="24"/>
        </w:rPr>
        <w:t>power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will</w:t>
      </w:r>
      <w:r>
        <w:rPr>
          <w:rFonts w:ascii="Times New Roman" w:hAnsi="Times New Roman" w:eastAsia="Times New Roman" w:cs="Times New Roman"/>
          <w:sz w:val="24"/>
        </w:rPr>
        <w:t xml:space="preserve"> </w:t>
      </w:r>
      <w:r>
        <w:rPr>
          <w:rFonts w:ascii="Times New Roman" w:hAnsi="Times New Roman" w:eastAsia="Times New Roman" w:cs="Times New Roman"/>
          <w:sz w:val="24"/>
        </w:rPr>
        <w:t>end</w:t>
      </w:r>
      <w:r>
        <w:rPr>
          <w:rFonts w:ascii="Times New Roman" w:hAnsi="Times New Roman" w:eastAsia="Times New Roman" w:cs="Times New Roman"/>
          <w:sz w:val="24"/>
        </w:rPr>
        <w:t xml:space="preserve"> </w:t>
      </w:r>
      <w:r>
        <w:rPr>
          <w:rFonts w:ascii="Times New Roman" w:hAnsi="Times New Roman" w:eastAsia="Times New Roman" w:cs="Times New Roman"/>
          <w:sz w:val="24"/>
        </w:rPr>
        <w:t>unless</w:t>
      </w:r>
      <w:r>
        <w:rPr>
          <w:rFonts w:ascii="Times New Roman" w:hAnsi="Times New Roman" w:eastAsia="Times New Roman" w:cs="Times New Roman"/>
          <w:sz w:val="24"/>
        </w:rPr>
        <w:t xml:space="preserve"> </w:t>
      </w:r>
      <w:r>
        <w:rPr>
          <w:rFonts w:ascii="Times New Roman" w:hAnsi="Times New Roman" w:eastAsia="Times New Roman" w:cs="Times New Roman"/>
          <w:sz w:val="24"/>
        </w:rPr>
        <w:t>you</w:t>
      </w:r>
      <w:r>
        <w:rPr>
          <w:rFonts w:ascii="Times New Roman" w:hAnsi="Times New Roman" w:eastAsia="Times New Roman" w:cs="Times New Roman"/>
          <w:sz w:val="24"/>
        </w:rPr>
        <w:t xml:space="preserve"> </w:t>
      </w:r>
      <w:r>
        <w:rPr>
          <w:rFonts w:ascii="Times New Roman" w:hAnsi="Times New Roman" w:eastAsia="Times New Roman" w:cs="Times New Roman"/>
          <w:sz w:val="24"/>
        </w:rPr>
        <w:t>have</w:t>
      </w:r>
      <w:r>
        <w:rPr>
          <w:rFonts w:ascii="Times New Roman" w:hAnsi="Times New Roman" w:eastAsia="Times New Roman" w:cs="Times New Roman"/>
          <w:sz w:val="24"/>
        </w:rPr>
        <w:t xml:space="preserve"> </w:t>
      </w:r>
      <w:r>
        <w:rPr>
          <w:rFonts w:ascii="Times New Roman" w:hAnsi="Times New Roman" w:eastAsia="Times New Roman" w:cs="Times New Roman"/>
          <w:sz w:val="24"/>
        </w:rPr>
        <w:t>named</w:t>
      </w:r>
      <w:r>
        <w:rPr>
          <w:rFonts w:ascii="Times New Roman" w:hAnsi="Times New Roman" w:eastAsia="Times New Roman" w:cs="Times New Roman"/>
          <w:sz w:val="24"/>
        </w:rPr>
        <w:t xml:space="preserve"> </w:t>
      </w:r>
      <w:r>
        <w:rPr>
          <w:rFonts w:ascii="Times New Roman" w:hAnsi="Times New Roman" w:eastAsia="Times New Roman" w:cs="Times New Roman"/>
          <w:sz w:val="24"/>
        </w:rPr>
        <w:t>a successor agent. You may also name a second successor agent.</w:t>
      </w:r>
    </w:p>
    <w:p>
      <w:pPr>
        <w:spacing w:line="230" w:lineRule="auto"/>
      </w:pPr>
    </w:p>
    <w:p>
      <w:pPr>
        <w:spacing w:line="230" w:lineRule="auto"/>
      </w:pP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power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becomes</w:t>
      </w:r>
      <w:r>
        <w:rPr>
          <w:rFonts w:ascii="Times New Roman" w:hAnsi="Times New Roman" w:eastAsia="Times New Roman" w:cs="Times New Roman"/>
          <w:sz w:val="24"/>
        </w:rPr>
        <w:t xml:space="preserve"> </w:t>
      </w:r>
      <w:r>
        <w:rPr>
          <w:rFonts w:ascii="Times New Roman" w:hAnsi="Times New Roman" w:eastAsia="Times New Roman" w:cs="Times New Roman"/>
          <w:sz w:val="24"/>
        </w:rPr>
        <w:t>effective</w:t>
      </w:r>
      <w:r>
        <w:rPr>
          <w:rFonts w:ascii="Times New Roman" w:hAnsi="Times New Roman" w:eastAsia="Times New Roman" w:cs="Times New Roman"/>
          <w:sz w:val="24"/>
        </w:rPr>
        <w:t xml:space="preserve"> </w:t>
      </w:r>
      <w:r>
        <w:rPr>
          <w:rFonts w:ascii="Times New Roman" w:hAnsi="Times New Roman" w:eastAsia="Times New Roman" w:cs="Times New Roman"/>
          <w:sz w:val="24"/>
        </w:rPr>
        <w:t>immediately</w:t>
      </w:r>
      <w:r>
        <w:rPr>
          <w:rFonts w:ascii="Times New Roman" w:hAnsi="Times New Roman" w:eastAsia="Times New Roman" w:cs="Times New Roman"/>
          <w:sz w:val="24"/>
        </w:rPr>
        <w:t xml:space="preserve"> </w:t>
      </w:r>
      <w:r>
        <w:rPr>
          <w:rFonts w:ascii="Times New Roman" w:hAnsi="Times New Roman" w:eastAsia="Times New Roman" w:cs="Times New Roman"/>
          <w:sz w:val="24"/>
        </w:rPr>
        <w:t>unless</w:t>
      </w:r>
      <w:r>
        <w:rPr>
          <w:rFonts w:ascii="Times New Roman" w:hAnsi="Times New Roman" w:eastAsia="Times New Roman" w:cs="Times New Roman"/>
          <w:sz w:val="24"/>
        </w:rPr>
        <w:t xml:space="preserve"> </w:t>
      </w:r>
      <w:r>
        <w:rPr>
          <w:rFonts w:ascii="Times New Roman" w:hAnsi="Times New Roman" w:eastAsia="Times New Roman" w:cs="Times New Roman"/>
          <w:sz w:val="24"/>
        </w:rPr>
        <w:t>you</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otherwise</w:t>
      </w:r>
      <w:r>
        <w:rPr>
          <w:rFonts w:ascii="Times New Roman" w:hAnsi="Times New Roman" w:eastAsia="Times New Roman" w:cs="Times New Roman"/>
          <w:sz w:val="24"/>
        </w:rPr>
        <w:t xml:space="preserve"> </w:t>
      </w:r>
      <w:r>
        <w:rPr>
          <w:rFonts w:ascii="Times New Roman" w:hAnsi="Times New Roman" w:eastAsia="Times New Roman" w:cs="Times New Roman"/>
          <w:sz w:val="24"/>
        </w:rPr>
        <w:t>in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Special</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Instructions. And unless you state otherwise in the Special Instructions, this power of attorney does not revoke any other power of attorney you may have created.</w:t>
      </w:r>
    </w:p>
    <w:p>
      <w:pPr>
        <w:spacing w:before="2" w:after="0"/>
      </w:pPr>
    </w:p>
    <w:p>
      <w:pPr>
        <w:spacing w:before="2" w:after="0"/>
      </w:pPr>
      <w:r>
        <w:rPr>
          <w:rFonts w:ascii="Times New Roman" w:hAnsi="Times New Roman" w:eastAsia="Times New Roman" w:cs="Times New Roman"/>
          <w:b/>
          <w:sz w:val="24"/>
        </w:rPr>
        <w:t>If</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you</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questions</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about</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the</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power</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of</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attorney</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or</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the</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authority</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it</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grants</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to</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your</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agent,</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you</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should seek legal advice before signing this form.</w:t>
      </w:r>
    </w:p>
    <w:p>
      <w:pPr/>
    </w:p>
    <w:p>
      <w:pPr>
        <w:spacing w:before="0" w:after="0"/>
        <w:jc w:val="center"/>
      </w:pPr>
      <w:r>
        <w:rPr>
          <w:rFonts w:ascii="Times New Roman" w:hAnsi="Times New Roman" w:eastAsia="Times New Roman" w:cs="Times New Roman"/>
          <w:b/>
          <w:sz w:val="24"/>
        </w:rPr>
        <w:t xml:space="preserve">DESIGNATION OF </w:t>
      </w:r>
      <w:r>
        <w:rPr>
          <w:rFonts w:ascii="Times New Roman" w:hAnsi="Times New Roman" w:eastAsia="Times New Roman" w:cs="Times New Roman"/>
          <w:b/>
          <w:sz w:val="24"/>
        </w:rPr>
        <w:t>AGENT</w:t>
      </w:r>
    </w:p>
    <w:p>
      <w:pPr>
        <w:spacing w:before="1" w:after="0"/>
      </w:pPr>
    </w:p>
    <w:p>
      <w:pPr/>
      <w:r>
        <w:rPr>
          <w:rFonts w:ascii="Times New Roman" w:hAnsi="Times New Roman" w:eastAsia="Times New Roman" w:cs="Times New Roman"/>
          <w:sz w:val="24"/>
        </w:rPr>
        <w:t xml:space="preserve">I, _______________________________________, </w:t>
      </w:r>
      <w:r>
        <w:rPr>
          <w:rFonts w:ascii="Times New Roman" w:hAnsi="Times New Roman" w:eastAsia="Times New Roman" w:cs="Times New Roman"/>
          <w:sz w:val="24"/>
        </w:rPr>
        <w:t>name</w:t>
      </w:r>
      <w:r>
        <w:rPr>
          <w:rFonts w:ascii="Times New Roman" w:hAnsi="Times New Roman" w:eastAsia="Times New Roman" w:cs="Times New Roman"/>
          <w:sz w:val="24"/>
        </w:rPr>
        <w:t xml:space="preserve"> the following person as my </w:t>
      </w:r>
      <w:r>
        <w:rPr>
          <w:rFonts w:ascii="Times New Roman" w:hAnsi="Times New Roman" w:eastAsia="Times New Roman" w:cs="Times New Roman"/>
          <w:sz w:val="24"/>
        </w:rPr>
        <w:t>agent: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(Name of </w:t>
      </w:r>
      <w:r>
        <w:rPr>
          <w:rFonts w:ascii="Times New Roman" w:hAnsi="Times New Roman" w:eastAsia="Times New Roman" w:cs="Times New Roman"/>
          <w:sz w:val="24"/>
        </w:rPr>
        <w:t>Principal)</w:t>
      </w:r>
    </w:p>
    <w:p>
      <w:pPr/>
    </w:p>
    <w:p>
      <w:pPr>
        <w:spacing w:line="360" w:lineRule="auto"/>
      </w:pPr>
      <w:r>
        <w:rPr>
          <w:rFonts w:ascii="Times New Roman" w:hAnsi="Times New Roman" w:eastAsia="Times New Roman" w:cs="Times New Roman"/>
          <w:sz w:val="24"/>
        </w:rPr>
        <w:t xml:space="preserve">Name of Agent: ________________________________________________ </w:t>
      </w:r>
    </w:p>
    <w:p>
      <w:pPr>
        <w:spacing w:line="360" w:lineRule="auto"/>
      </w:pPr>
      <w:r>
        <w:rPr>
          <w:rFonts w:ascii="Times New Roman" w:hAnsi="Times New Roman" w:eastAsia="Times New Roman" w:cs="Times New Roman"/>
          <w:sz w:val="24"/>
        </w:rPr>
        <w:t xml:space="preserve">Agent's Address: ________________________________________________ </w:t>
      </w:r>
    </w:p>
    <w:p>
      <w:pPr>
        <w:spacing w:line="360" w:lineRule="auto"/>
      </w:pPr>
      <w:r>
        <w:rPr>
          <w:rFonts w:ascii="Times New Roman" w:hAnsi="Times New Roman" w:eastAsia="Times New Roman" w:cs="Times New Roman"/>
          <w:sz w:val="24"/>
        </w:rPr>
        <w:t>Agent's Telephone Number: _______________________________________</w:t>
      </w:r>
    </w:p>
    <w:p>
      <w:pPr/>
    </w:p>
    <w:p>
      <w:pPr>
        <w:jc w:val="center"/>
      </w:pPr>
      <w:r>
        <w:rPr>
          <w:rFonts w:ascii="Times New Roman" w:hAnsi="Times New Roman" w:eastAsia="Times New Roman" w:cs="Times New Roman"/>
          <w:b/>
          <w:sz w:val="24"/>
        </w:rPr>
        <w:t xml:space="preserve">DESIGNATION OF SUCCESSOR AGENT(S) </w:t>
      </w:r>
      <w:r>
        <w:rPr>
          <w:rFonts w:ascii="Times New Roman" w:hAnsi="Times New Roman" w:eastAsia="Times New Roman" w:cs="Times New Roman"/>
          <w:b/>
          <w:sz w:val="24"/>
        </w:rPr>
        <w:t>(OPTIONAL)</w:t>
      </w:r>
    </w:p>
    <w:p>
      <w:pPr/>
    </w:p>
    <w:p>
      <w:pPr/>
      <w:r>
        <w:rPr>
          <w:rFonts w:ascii="Times New Roman" w:hAnsi="Times New Roman" w:eastAsia="Times New Roman" w:cs="Times New Roman"/>
          <w:sz w:val="24"/>
        </w:rPr>
        <w:t>If</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unable</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unwilling</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act</w:t>
      </w:r>
      <w:r>
        <w:rPr>
          <w:rFonts w:ascii="Times New Roman" w:hAnsi="Times New Roman" w:eastAsia="Times New Roman" w:cs="Times New Roman"/>
          <w:sz w:val="24"/>
        </w:rPr>
        <w:t xml:space="preserve"> </w:t>
      </w:r>
      <w:r>
        <w:rPr>
          <w:rFonts w:ascii="Times New Roman" w:hAnsi="Times New Roman" w:eastAsia="Times New Roman" w:cs="Times New Roman"/>
          <w:sz w:val="24"/>
        </w:rPr>
        <w:t>for</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I</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as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agent: </w:t>
      </w:r>
    </w:p>
    <w:p>
      <w:pPr/>
    </w:p>
    <w:p>
      <w:pPr>
        <w:spacing w:line="360" w:lineRule="auto"/>
      </w:pPr>
      <w:r>
        <w:rPr>
          <w:rFonts w:ascii="Times New Roman" w:hAnsi="Times New Roman" w:eastAsia="Times New Roman" w:cs="Times New Roman"/>
          <w:sz w:val="24"/>
        </w:rPr>
        <w:t>Name of Successor Agent: ________________________________________________</w:t>
      </w:r>
    </w:p>
    <w:p>
      <w:pPr>
        <w:spacing w:line="360" w:lineRule="auto"/>
      </w:pPr>
      <w:r>
        <w:rPr>
          <w:rFonts w:ascii="Times New Roman" w:hAnsi="Times New Roman" w:eastAsia="Times New Roman" w:cs="Times New Roman"/>
          <w:sz w:val="24"/>
        </w:rPr>
        <w:t>Successor Agent's Address: ________________________________________________</w:t>
      </w:r>
    </w:p>
    <w:p>
      <w:pPr>
        <w:spacing w:line="360" w:lineRule="auto"/>
      </w:pPr>
      <w:r>
        <w:rPr>
          <w:rFonts w:ascii="Times New Roman" w:hAnsi="Times New Roman" w:eastAsia="Times New Roman" w:cs="Times New Roman"/>
          <w:sz w:val="24"/>
        </w:rPr>
        <w:t>Successor Agent's Telephone Number: _______________________________________</w:t>
      </w:r>
    </w:p>
    <w:p>
      <w:pPr/>
    </w:p>
    <w:p>
      <w:pPr/>
      <w:r>
        <w:rPr>
          <w:rFonts w:ascii="Times New Roman" w:hAnsi="Times New Roman" w:eastAsia="Times New Roman" w:cs="Times New Roman"/>
          <w:sz w:val="24"/>
        </w:rPr>
        <w:t>If</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w:t>
      </w:r>
      <w:r>
        <w:rPr>
          <w:rFonts w:ascii="Times New Roman" w:hAnsi="Times New Roman" w:eastAsia="Times New Roman" w:cs="Times New Roman"/>
          <w:sz w:val="24"/>
        </w:rPr>
        <w:t xml:space="preserve"> </w:t>
      </w: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unable</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unwilling</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act</w:t>
      </w:r>
      <w:r>
        <w:rPr>
          <w:rFonts w:ascii="Times New Roman" w:hAnsi="Times New Roman" w:eastAsia="Times New Roman" w:cs="Times New Roman"/>
          <w:sz w:val="24"/>
        </w:rPr>
        <w:t xml:space="preserve"> </w:t>
      </w:r>
      <w:r>
        <w:rPr>
          <w:rFonts w:ascii="Times New Roman" w:hAnsi="Times New Roman" w:eastAsia="Times New Roman" w:cs="Times New Roman"/>
          <w:sz w:val="24"/>
        </w:rPr>
        <w:t>for</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I</w:t>
      </w:r>
      <w:r>
        <w:rPr>
          <w:rFonts w:ascii="Times New Roman" w:hAnsi="Times New Roman" w:eastAsia="Times New Roman" w:cs="Times New Roman"/>
          <w:sz w:val="24"/>
        </w:rPr>
        <w:t xml:space="preserv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r>
        <w:rPr>
          <w:rFonts w:ascii="Times New Roman" w:hAnsi="Times New Roman" w:eastAsia="Times New Roman" w:cs="Times New Roman"/>
          <w:sz w:val="24"/>
        </w:rPr>
        <w:t>as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second</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agent: </w:t>
      </w:r>
    </w:p>
    <w:p>
      <w:pPr/>
    </w:p>
    <w:p>
      <w:pPr>
        <w:spacing w:line="360" w:lineRule="auto"/>
      </w:pPr>
      <w:r>
        <w:rPr>
          <w:rFonts w:ascii="Times New Roman" w:hAnsi="Times New Roman" w:eastAsia="Times New Roman" w:cs="Times New Roman"/>
          <w:sz w:val="24"/>
        </w:rPr>
        <w:t>Name of Second Successor Agent: ________________________________________________</w:t>
      </w:r>
    </w:p>
    <w:p>
      <w:pPr>
        <w:spacing w:line="360" w:lineRule="auto"/>
      </w:pPr>
      <w:r>
        <w:rPr>
          <w:rFonts w:ascii="Times New Roman" w:hAnsi="Times New Roman" w:eastAsia="Times New Roman" w:cs="Times New Roman"/>
          <w:sz w:val="24"/>
        </w:rPr>
        <w:t>Second Successor Agent's Address: _______________________________________________</w:t>
      </w:r>
    </w:p>
    <w:p>
      <w:pPr>
        <w:spacing w:line="360" w:lineRule="auto"/>
      </w:pPr>
      <w:r>
        <w:rPr>
          <w:rFonts w:ascii="Times New Roman" w:hAnsi="Times New Roman" w:eastAsia="Times New Roman" w:cs="Times New Roman"/>
          <w:sz w:val="24"/>
        </w:rPr>
        <w:t xml:space="preserve">Second Successor Agent's Telephone </w:t>
      </w:r>
      <w:r>
        <w:rPr>
          <w:rFonts w:ascii="Times New Roman" w:hAnsi="Times New Roman" w:eastAsia="Times New Roman" w:cs="Times New Roman"/>
          <w:sz w:val="24"/>
        </w:rPr>
        <w:t>Number:</w:t>
      </w:r>
      <w:r>
        <w:rPr>
          <w:rFonts w:ascii="Times New Roman" w:hAnsi="Times New Roman" w:eastAsia="Times New Roman" w:cs="Times New Roman"/>
          <w:sz w:val="24"/>
        </w:rPr>
        <w:t xml:space="preserve"> ______________________________________</w:t>
      </w:r>
    </w:p>
    <w:p>
      <w:pPr/>
    </w:p>
    <w:p>
      <w:pPr>
        <w:jc w:val="center"/>
      </w:pPr>
      <w:r>
        <w:rPr>
          <w:rFonts w:ascii="Times New Roman" w:hAnsi="Times New Roman" w:eastAsia="Times New Roman" w:cs="Times New Roman"/>
          <w:b/>
          <w:sz w:val="24"/>
        </w:rPr>
        <w:t xml:space="preserve">GRANT OF GENERAL </w:t>
      </w:r>
      <w:r>
        <w:rPr>
          <w:rFonts w:ascii="Times New Roman" w:hAnsi="Times New Roman" w:eastAsia="Times New Roman" w:cs="Times New Roman"/>
          <w:b/>
          <w:sz w:val="24"/>
        </w:rPr>
        <w:t>AUTHORITY</w:t>
      </w:r>
    </w:p>
    <w:p>
      <w:pPr/>
    </w:p>
    <w:p>
      <w:pPr/>
      <w:r>
        <w:rPr>
          <w:rFonts w:ascii="Times New Roman" w:hAnsi="Times New Roman" w:eastAsia="Times New Roman" w:cs="Times New Roman"/>
          <w:sz w:val="24"/>
        </w:rPr>
        <w:t>I</w:t>
      </w:r>
      <w:r>
        <w:rPr>
          <w:rFonts w:ascii="Times New Roman" w:hAnsi="Times New Roman" w:eastAsia="Times New Roman" w:cs="Times New Roman"/>
          <w:sz w:val="24"/>
        </w:rPr>
        <w:t xml:space="preserve"> </w:t>
      </w:r>
      <w:r>
        <w:rPr>
          <w:rFonts w:ascii="Times New Roman" w:hAnsi="Times New Roman" w:eastAsia="Times New Roman" w:cs="Times New Roman"/>
          <w:sz w:val="24"/>
        </w:rPr>
        <w:t>grant</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any</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w:t>
      </w:r>
      <w:r>
        <w:rPr>
          <w:rFonts w:ascii="Times New Roman" w:hAnsi="Times New Roman" w:eastAsia="Times New Roman" w:cs="Times New Roman"/>
          <w:sz w:val="24"/>
        </w:rPr>
        <w:t xml:space="preserve"> </w:t>
      </w: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general</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authority</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act</w:t>
      </w:r>
      <w:r>
        <w:rPr>
          <w:rFonts w:ascii="Times New Roman" w:hAnsi="Times New Roman" w:eastAsia="Times New Roman" w:cs="Times New Roman"/>
          <w:sz w:val="24"/>
        </w:rPr>
        <w:t xml:space="preserve"> </w:t>
      </w:r>
      <w:r>
        <w:rPr>
          <w:rFonts w:ascii="Times New Roman" w:hAnsi="Times New Roman" w:eastAsia="Times New Roman" w:cs="Times New Roman"/>
          <w:sz w:val="24"/>
        </w:rPr>
        <w:t>for</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with</w:t>
      </w:r>
      <w:r>
        <w:rPr>
          <w:rFonts w:ascii="Times New Roman" w:hAnsi="Times New Roman" w:eastAsia="Times New Roman" w:cs="Times New Roman"/>
          <w:sz w:val="24"/>
        </w:rPr>
        <w:t xml:space="preserve"> </w:t>
      </w:r>
      <w:r>
        <w:rPr>
          <w:rFonts w:ascii="Times New Roman" w:hAnsi="Times New Roman" w:eastAsia="Times New Roman" w:cs="Times New Roman"/>
          <w:sz w:val="24"/>
        </w:rPr>
        <w:t>respect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following</w:t>
      </w:r>
      <w:r>
        <w:rPr>
          <w:rFonts w:ascii="Times New Roman" w:hAnsi="Times New Roman" w:eastAsia="Times New Roman" w:cs="Times New Roman"/>
          <w:sz w:val="24"/>
        </w:rPr>
        <w:t xml:space="preserve"> </w:t>
      </w:r>
      <w:r>
        <w:rPr>
          <w:rFonts w:ascii="Times New Roman" w:hAnsi="Times New Roman" w:eastAsia="Times New Roman" w:cs="Times New Roman"/>
          <w:sz w:val="24"/>
        </w:rPr>
        <w:t>subjects as defined in the uniform power of attorney act, MCL 556.201 to 556.505:</w:t>
      </w:r>
    </w:p>
    <w:p>
      <w:pPr/>
    </w:p>
    <w:p>
      <w:pPr/>
      <w:r>
        <w:rPr>
          <w:rFonts w:ascii="Times New Roman" w:hAnsi="Times New Roman" w:eastAsia="Times New Roman" w:cs="Times New Roman"/>
          <w:sz w:val="24"/>
        </w:rPr>
        <w:t>(INITIAL</w:t>
      </w:r>
      <w:r>
        <w:rPr>
          <w:rFonts w:ascii="Times New Roman" w:hAnsi="Times New Roman" w:eastAsia="Times New Roman" w:cs="Times New Roman"/>
          <w:sz w:val="24"/>
        </w:rPr>
        <w:t xml:space="preserve"> </w:t>
      </w:r>
      <w:r>
        <w:rPr>
          <w:rFonts w:ascii="Times New Roman" w:hAnsi="Times New Roman" w:eastAsia="Times New Roman" w:cs="Times New Roman"/>
          <w:sz w:val="24"/>
        </w:rPr>
        <w:t>each</w:t>
      </w:r>
      <w:r>
        <w:rPr>
          <w:rFonts w:ascii="Times New Roman" w:hAnsi="Times New Roman" w:eastAsia="Times New Roman" w:cs="Times New Roman"/>
          <w:sz w:val="24"/>
        </w:rPr>
        <w:t xml:space="preserve"> </w:t>
      </w:r>
      <w:r>
        <w:rPr>
          <w:rFonts w:ascii="Times New Roman" w:hAnsi="Times New Roman" w:eastAsia="Times New Roman" w:cs="Times New Roman"/>
          <w:sz w:val="24"/>
        </w:rPr>
        <w:t>subject</w:t>
      </w:r>
      <w:r>
        <w:rPr>
          <w:rFonts w:ascii="Times New Roman" w:hAnsi="Times New Roman" w:eastAsia="Times New Roman" w:cs="Times New Roman"/>
          <w:sz w:val="24"/>
        </w:rPr>
        <w:t xml:space="preserve"> </w:t>
      </w:r>
      <w:r>
        <w:rPr>
          <w:rFonts w:ascii="Times New Roman" w:hAnsi="Times New Roman" w:eastAsia="Times New Roman" w:cs="Times New Roman"/>
          <w:sz w:val="24"/>
        </w:rPr>
        <w:t>you</w:t>
      </w:r>
      <w:r>
        <w:rPr>
          <w:rFonts w:ascii="Times New Roman" w:hAnsi="Times New Roman" w:eastAsia="Times New Roman" w:cs="Times New Roman"/>
          <w:sz w:val="24"/>
        </w:rPr>
        <w:t xml:space="preserve"> </w:t>
      </w:r>
      <w:r>
        <w:rPr>
          <w:rFonts w:ascii="Times New Roman" w:hAnsi="Times New Roman" w:eastAsia="Times New Roman" w:cs="Times New Roman"/>
          <w:sz w:val="24"/>
        </w:rPr>
        <w:t>want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include</w:t>
      </w:r>
      <w:r>
        <w:rPr>
          <w:rFonts w:ascii="Times New Roman" w:hAnsi="Times New Roman" w:eastAsia="Times New Roman" w:cs="Times New Roman"/>
          <w:sz w:val="24"/>
        </w:rPr>
        <w:t xml:space="preserve"> </w:t>
      </w:r>
      <w:r>
        <w:rPr>
          <w:rFonts w:ascii="Times New Roman" w:hAnsi="Times New Roman" w:eastAsia="Times New Roman" w:cs="Times New Roman"/>
          <w:sz w:val="24"/>
        </w:rPr>
        <w:t>in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agent's</w:t>
      </w:r>
      <w:r>
        <w:rPr>
          <w:rFonts w:ascii="Times New Roman" w:hAnsi="Times New Roman" w:eastAsia="Times New Roman" w:cs="Times New Roman"/>
          <w:sz w:val="24"/>
        </w:rPr>
        <w:t xml:space="preserve"> </w:t>
      </w:r>
      <w:r>
        <w:rPr>
          <w:rFonts w:ascii="Times New Roman" w:hAnsi="Times New Roman" w:eastAsia="Times New Roman" w:cs="Times New Roman"/>
          <w:sz w:val="24"/>
        </w:rPr>
        <w:t>general</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authority.</w:t>
      </w:r>
      <w:r>
        <w:rPr>
          <w:rFonts w:ascii="Times New Roman" w:hAnsi="Times New Roman" w:eastAsia="Times New Roman" w:cs="Times New Roman"/>
          <w:sz w:val="24"/>
        </w:rPr>
        <w:t xml:space="preserve"> </w:t>
      </w:r>
      <w:r>
        <w:rPr>
          <w:rFonts w:ascii="Times New Roman" w:hAnsi="Times New Roman" w:eastAsia="Times New Roman" w:cs="Times New Roman"/>
          <w:sz w:val="24"/>
        </w:rPr>
        <w:t>If</w:t>
      </w:r>
      <w:r>
        <w:rPr>
          <w:rFonts w:ascii="Times New Roman" w:hAnsi="Times New Roman" w:eastAsia="Times New Roman" w:cs="Times New Roman"/>
          <w:sz w:val="24"/>
        </w:rPr>
        <w:t xml:space="preserve"> </w:t>
      </w:r>
      <w:r>
        <w:rPr>
          <w:rFonts w:ascii="Times New Roman" w:hAnsi="Times New Roman" w:eastAsia="Times New Roman" w:cs="Times New Roman"/>
          <w:sz w:val="24"/>
        </w:rPr>
        <w:t>you</w:t>
      </w:r>
      <w:r>
        <w:rPr>
          <w:rFonts w:ascii="Times New Roman" w:hAnsi="Times New Roman" w:eastAsia="Times New Roman" w:cs="Times New Roman"/>
          <w:sz w:val="24"/>
        </w:rPr>
        <w:t xml:space="preserve"> </w:t>
      </w:r>
      <w:r>
        <w:rPr>
          <w:rFonts w:ascii="Times New Roman" w:hAnsi="Times New Roman" w:eastAsia="Times New Roman" w:cs="Times New Roman"/>
          <w:sz w:val="24"/>
        </w:rPr>
        <w:t>wish</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grant</w:t>
      </w:r>
      <w:r>
        <w:rPr>
          <w:rFonts w:ascii="Times New Roman" w:hAnsi="Times New Roman" w:eastAsia="Times New Roman" w:cs="Times New Roman"/>
          <w:sz w:val="24"/>
        </w:rPr>
        <w:t xml:space="preserve"> </w:t>
      </w:r>
      <w:r>
        <w:rPr>
          <w:rFonts w:ascii="Times New Roman" w:hAnsi="Times New Roman" w:eastAsia="Times New Roman" w:cs="Times New Roman"/>
          <w:sz w:val="24"/>
        </w:rPr>
        <w:t>general authority over all of the subjects, you may simply initial "All Preceding Subjects.")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 xml:space="preserve">) Real </w:t>
      </w:r>
      <w:r>
        <w:rPr>
          <w:rFonts w:ascii="Times New Roman" w:hAnsi="Times New Roman" w:eastAsia="Times New Roman" w:cs="Times New Roman"/>
          <w:sz w:val="24"/>
        </w:rPr>
        <w:t>Property</w:t>
      </w: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Tangible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Personal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Property </w:t>
      </w: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 Stocks and Bonds</w:t>
      </w: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 xml:space="preserve">) Commodities and </w:t>
      </w:r>
      <w:r>
        <w:rPr>
          <w:rFonts w:ascii="Times New Roman" w:hAnsi="Times New Roman" w:eastAsia="Times New Roman" w:cs="Times New Roman"/>
          <w:sz w:val="24"/>
        </w:rPr>
        <w:t>Options</w:t>
      </w: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Banks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Financial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Institutions </w:t>
      </w: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 Operation of Entity or Business</w:t>
      </w: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 xml:space="preserve">) Insurance and </w:t>
      </w:r>
      <w:r>
        <w:rPr>
          <w:rFonts w:ascii="Times New Roman" w:hAnsi="Times New Roman" w:eastAsia="Times New Roman" w:cs="Times New Roman"/>
          <w:sz w:val="24"/>
        </w:rPr>
        <w:t>Annuities</w:t>
      </w: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Estates,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Interests </w:t>
      </w: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 Claims and Litigation</w:t>
      </w: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 xml:space="preserve">) Personal and Family </w:t>
      </w:r>
      <w:r>
        <w:rPr>
          <w:rFonts w:ascii="Times New Roman" w:hAnsi="Times New Roman" w:eastAsia="Times New Roman" w:cs="Times New Roman"/>
          <w:sz w:val="24"/>
        </w:rPr>
        <w:t>Maintenance</w:t>
      </w: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Benefits</w:t>
      </w:r>
      <w:r>
        <w:rPr>
          <w:rFonts w:ascii="Times New Roman" w:hAnsi="Times New Roman" w:eastAsia="Times New Roman" w:cs="Times New Roman"/>
          <w:sz w:val="24"/>
        </w:rPr>
        <w:t xml:space="preserve"> </w:t>
      </w:r>
      <w:r>
        <w:rPr>
          <w:rFonts w:ascii="Times New Roman" w:hAnsi="Times New Roman" w:eastAsia="Times New Roman" w:cs="Times New Roman"/>
          <w:sz w:val="24"/>
        </w:rPr>
        <w:t>from</w:t>
      </w:r>
      <w:r>
        <w:rPr>
          <w:rFonts w:ascii="Times New Roman" w:hAnsi="Times New Roman" w:eastAsia="Times New Roman" w:cs="Times New Roman"/>
          <w:sz w:val="24"/>
        </w:rPr>
        <w:t xml:space="preserve"> </w:t>
      </w:r>
      <w:r>
        <w:rPr>
          <w:rFonts w:ascii="Times New Roman" w:hAnsi="Times New Roman" w:eastAsia="Times New Roman" w:cs="Times New Roman"/>
          <w:sz w:val="24"/>
        </w:rPr>
        <w:t>Governmental</w:t>
      </w:r>
      <w:r>
        <w:rPr>
          <w:rFonts w:ascii="Times New Roman" w:hAnsi="Times New Roman" w:eastAsia="Times New Roman" w:cs="Times New Roman"/>
          <w:sz w:val="24"/>
        </w:rPr>
        <w:t xml:space="preserve"> </w:t>
      </w:r>
      <w:r>
        <w:rPr>
          <w:rFonts w:ascii="Times New Roman" w:hAnsi="Times New Roman" w:eastAsia="Times New Roman" w:cs="Times New Roman"/>
          <w:sz w:val="24"/>
        </w:rPr>
        <w:t>Programs</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Civil</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Military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Service </w:t>
      </w: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 Retirement Plans</w:t>
      </w: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Taxes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 xml:space="preserve">) All Preceding Subjects (regardless of whether any of the preceding subjects are </w:t>
      </w:r>
      <w:r>
        <w:rPr>
          <w:rFonts w:ascii="Times New Roman" w:hAnsi="Times New Roman" w:eastAsia="Times New Roman" w:cs="Times New Roman"/>
          <w:sz w:val="24"/>
        </w:rPr>
        <w:t>initialed)</w:t>
      </w:r>
    </w:p>
    <w:p>
      <w:pPr/>
    </w:p>
    <w:p>
      <w:pPr>
        <w:jc w:val="center"/>
      </w:pPr>
      <w:r>
        <w:rPr>
          <w:rFonts w:ascii="Times New Roman" w:hAnsi="Times New Roman" w:eastAsia="Times New Roman" w:cs="Times New Roman"/>
          <w:b/>
          <w:sz w:val="24"/>
        </w:rPr>
        <w:t xml:space="preserve">GRANT OF SPECIFIC AUTHORITY </w:t>
      </w:r>
      <w:r>
        <w:rPr>
          <w:rFonts w:ascii="Times New Roman" w:hAnsi="Times New Roman" w:eastAsia="Times New Roman" w:cs="Times New Roman"/>
          <w:b/>
          <w:sz w:val="24"/>
        </w:rPr>
        <w:t>(OPTIONAL)</w:t>
      </w:r>
    </w:p>
    <w:p>
      <w:pPr/>
    </w:p>
    <w:p>
      <w:pP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MAY</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do</w:t>
      </w:r>
      <w:r>
        <w:rPr>
          <w:rFonts w:ascii="Times New Roman" w:hAnsi="Times New Roman" w:eastAsia="Times New Roman" w:cs="Times New Roman"/>
          <w:sz w:val="24"/>
        </w:rPr>
        <w:t xml:space="preserve"> </w:t>
      </w:r>
      <w:r>
        <w:rPr>
          <w:rFonts w:ascii="Times New Roman" w:hAnsi="Times New Roman" w:eastAsia="Times New Roman" w:cs="Times New Roman"/>
          <w:sz w:val="24"/>
        </w:rPr>
        <w:t>any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following</w:t>
      </w:r>
      <w:r>
        <w:rPr>
          <w:rFonts w:ascii="Times New Roman" w:hAnsi="Times New Roman" w:eastAsia="Times New Roman" w:cs="Times New Roman"/>
          <w:sz w:val="24"/>
        </w:rPr>
        <w:t xml:space="preserve"> </w:t>
      </w:r>
      <w:r>
        <w:rPr>
          <w:rFonts w:ascii="Times New Roman" w:hAnsi="Times New Roman" w:eastAsia="Times New Roman" w:cs="Times New Roman"/>
          <w:sz w:val="24"/>
        </w:rPr>
        <w:t>specific</w:t>
      </w:r>
      <w:r>
        <w:rPr>
          <w:rFonts w:ascii="Times New Roman" w:hAnsi="Times New Roman" w:eastAsia="Times New Roman" w:cs="Times New Roman"/>
          <w:sz w:val="24"/>
        </w:rPr>
        <w:t xml:space="preserve"> </w:t>
      </w:r>
      <w:r>
        <w:rPr>
          <w:rFonts w:ascii="Times New Roman" w:hAnsi="Times New Roman" w:eastAsia="Times New Roman" w:cs="Times New Roman"/>
          <w:sz w:val="24"/>
        </w:rPr>
        <w:t>acts</w:t>
      </w:r>
      <w:r>
        <w:rPr>
          <w:rFonts w:ascii="Times New Roman" w:hAnsi="Times New Roman" w:eastAsia="Times New Roman" w:cs="Times New Roman"/>
          <w:sz w:val="24"/>
        </w:rPr>
        <w:t xml:space="preserve"> </w:t>
      </w:r>
      <w:r>
        <w:rPr>
          <w:rFonts w:ascii="Times New Roman" w:hAnsi="Times New Roman" w:eastAsia="Times New Roman" w:cs="Times New Roman"/>
          <w:sz w:val="24"/>
        </w:rPr>
        <w:t>for</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UNLESS</w:t>
      </w:r>
      <w:r>
        <w:rPr>
          <w:rFonts w:ascii="Times New Roman" w:hAnsi="Times New Roman" w:eastAsia="Times New Roman" w:cs="Times New Roman"/>
          <w:sz w:val="24"/>
        </w:rPr>
        <w:t xml:space="preserve"> </w:t>
      </w:r>
      <w:r>
        <w:rPr>
          <w:rFonts w:ascii="Times New Roman" w:hAnsi="Times New Roman" w:eastAsia="Times New Roman" w:cs="Times New Roman"/>
          <w:sz w:val="24"/>
        </w:rPr>
        <w:t>I</w:t>
      </w:r>
      <w:r>
        <w:rPr>
          <w:rFonts w:ascii="Times New Roman" w:hAnsi="Times New Roman" w:eastAsia="Times New Roman" w:cs="Times New Roman"/>
          <w:sz w:val="24"/>
        </w:rPr>
        <w:t xml:space="preserve"> </w:t>
      </w:r>
      <w:r>
        <w:rPr>
          <w:rFonts w:ascii="Times New Roman" w:hAnsi="Times New Roman" w:eastAsia="Times New Roman" w:cs="Times New Roman"/>
          <w:sz w:val="24"/>
        </w:rPr>
        <w:t>have</w:t>
      </w:r>
      <w:r>
        <w:rPr>
          <w:rFonts w:ascii="Times New Roman" w:hAnsi="Times New Roman" w:eastAsia="Times New Roman" w:cs="Times New Roman"/>
          <w:sz w:val="24"/>
        </w:rPr>
        <w:t xml:space="preserve"> </w:t>
      </w:r>
      <w:r>
        <w:rPr>
          <w:rFonts w:ascii="Times New Roman" w:hAnsi="Times New Roman" w:eastAsia="Times New Roman" w:cs="Times New Roman"/>
          <w:sz w:val="24"/>
        </w:rPr>
        <w:t>INITIALED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specific authority listed below:</w:t>
      </w:r>
    </w:p>
    <w:p>
      <w:pPr/>
    </w:p>
    <w:p>
      <w:pPr/>
      <w:r>
        <w:rPr>
          <w:rFonts w:ascii="Times New Roman" w:hAnsi="Times New Roman" w:eastAsia="Times New Roman" w:cs="Times New Roman"/>
          <w:b/>
          <w:sz w:val="24"/>
        </w:rPr>
        <w:t xml:space="preserve">CAUTION! </w:t>
      </w:r>
      <w:r>
        <w:rPr>
          <w:rFonts w:ascii="Times New Roman" w:hAnsi="Times New Roman" w:eastAsia="Times New Roman" w:cs="Times New Roman"/>
          <w:sz w:val="24"/>
        </w:rPr>
        <w:t>Granting any of the following will give your agent the authority to take actions that could significantly reduce your property or change how your property is distributed at your death. Furthermore, depending</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t>
      </w:r>
      <w:r>
        <w:rPr>
          <w:rFonts w:ascii="Times New Roman" w:hAnsi="Times New Roman" w:eastAsia="Times New Roman" w:cs="Times New Roman"/>
          <w:sz w:val="24"/>
        </w:rPr>
        <w:t>in</w:t>
      </w:r>
      <w:r>
        <w:rPr>
          <w:rFonts w:ascii="Times New Roman" w:hAnsi="Times New Roman" w:eastAsia="Times New Roman" w:cs="Times New Roman"/>
          <w:sz w:val="24"/>
        </w:rPr>
        <w:t xml:space="preserve"> </w:t>
      </w:r>
      <w:r>
        <w:rPr>
          <w:rFonts w:ascii="Times New Roman" w:hAnsi="Times New Roman" w:eastAsia="Times New Roman" w:cs="Times New Roman"/>
          <w:sz w:val="24"/>
        </w:rPr>
        <w:t>one</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more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accounts</w:t>
      </w:r>
      <w:r>
        <w:rPr>
          <w:rFonts w:ascii="Times New Roman" w:hAnsi="Times New Roman" w:eastAsia="Times New Roman" w:cs="Times New Roman"/>
          <w:sz w:val="24"/>
        </w:rPr>
        <w:t xml:space="preserve"> </w:t>
      </w:r>
      <w:r>
        <w:rPr>
          <w:rFonts w:ascii="Times New Roman" w:hAnsi="Times New Roman" w:eastAsia="Times New Roman" w:cs="Times New Roman"/>
          <w:sz w:val="24"/>
        </w:rPr>
        <w:t>mentioned</w:t>
      </w:r>
      <w:r>
        <w:rPr>
          <w:rFonts w:ascii="Times New Roman" w:hAnsi="Times New Roman" w:eastAsia="Times New Roman" w:cs="Times New Roman"/>
          <w:sz w:val="24"/>
        </w:rPr>
        <w:t xml:space="preserve"> </w:t>
      </w:r>
      <w:r>
        <w:rPr>
          <w:rFonts w:ascii="Times New Roman" w:hAnsi="Times New Roman" w:eastAsia="Times New Roman" w:cs="Times New Roman"/>
          <w:sz w:val="24"/>
        </w:rPr>
        <w:t>in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last</w:t>
      </w:r>
      <w:r>
        <w:rPr>
          <w:rFonts w:ascii="Times New Roman" w:hAnsi="Times New Roman" w:eastAsia="Times New Roman" w:cs="Times New Roman"/>
          <w:sz w:val="24"/>
        </w:rPr>
        <w:t xml:space="preserve"> </w:t>
      </w:r>
      <w:r>
        <w:rPr>
          <w:rFonts w:ascii="Times New Roman" w:hAnsi="Times New Roman" w:eastAsia="Times New Roman" w:cs="Times New Roman"/>
          <w:sz w:val="24"/>
        </w:rPr>
        <w:t>item</w:t>
      </w:r>
      <w:r>
        <w:rPr>
          <w:rFonts w:ascii="Times New Roman" w:hAnsi="Times New Roman" w:eastAsia="Times New Roman" w:cs="Times New Roman"/>
          <w:sz w:val="24"/>
        </w:rPr>
        <w:t xml:space="preserve"> </w:t>
      </w:r>
      <w:r>
        <w:rPr>
          <w:rFonts w:ascii="Times New Roman" w:hAnsi="Times New Roman" w:eastAsia="Times New Roman" w:cs="Times New Roman"/>
          <w:sz w:val="24"/>
        </w:rPr>
        <w:t>listed</w:t>
      </w:r>
      <w:r>
        <w:rPr>
          <w:rFonts w:ascii="Times New Roman" w:hAnsi="Times New Roman" w:eastAsia="Times New Roman" w:cs="Times New Roman"/>
          <w:sz w:val="24"/>
        </w:rPr>
        <w:t xml:space="preserve"> </w:t>
      </w:r>
      <w:r>
        <w:rPr>
          <w:rFonts w:ascii="Times New Roman" w:hAnsi="Times New Roman" w:eastAsia="Times New Roman" w:cs="Times New Roman"/>
          <w:sz w:val="24"/>
        </w:rPr>
        <w:t>below</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refers to 31 CFR 1010.350), granting that particular power may subject your agent to burdensome federal reporting obligations that are subject to stiff penalties. INITIAL ONLY the specific authority you WANT to give your agent. If you have questions about the wisdom of granting any specific authority to your agent, you should seek legal advice before signing this form</w:t>
      </w:r>
      <w:r>
        <w:rPr>
          <w:rFonts w:ascii="Times New Roman" w:hAnsi="Times New Roman" w:eastAsia="Times New Roman" w:cs="Times New Roman"/>
          <w:b/>
          <w:sz w:val="24"/>
        </w:rPr>
        <w:t>. If you are inclined to grant specific authority but doubt the wisdom of granting that authority to a particular person you have designated as your agent or successor agent, you should ask yourself whether you have designated the right person(s).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 xml:space="preserve">) Create, amend, revoke, or terminate an inter vivos </w:t>
      </w:r>
      <w:r>
        <w:rPr>
          <w:rFonts w:ascii="Times New Roman" w:hAnsi="Times New Roman" w:eastAsia="Times New Roman" w:cs="Times New Roman"/>
          <w:sz w:val="24"/>
        </w:rPr>
        <w:t>trust</w:t>
      </w: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Make</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gift</w:t>
      </w:r>
      <w:r>
        <w:rPr>
          <w:rFonts w:ascii="Times New Roman" w:hAnsi="Times New Roman" w:eastAsia="Times New Roman" w:cs="Times New Roman"/>
          <w:sz w:val="24"/>
        </w:rPr>
        <w:t xml:space="preserve"> </w:t>
      </w:r>
      <w:r>
        <w:rPr>
          <w:rFonts w:ascii="Times New Roman" w:hAnsi="Times New Roman" w:eastAsia="Times New Roman" w:cs="Times New Roman"/>
          <w:sz w:val="24"/>
        </w:rPr>
        <w:t>as</w:t>
      </w:r>
      <w:r>
        <w:rPr>
          <w:rFonts w:ascii="Times New Roman" w:hAnsi="Times New Roman" w:eastAsia="Times New Roman" w:cs="Times New Roman"/>
          <w:sz w:val="24"/>
        </w:rPr>
        <w:t xml:space="preserve"> </w:t>
      </w:r>
      <w:r>
        <w:rPr>
          <w:rFonts w:ascii="Times New Roman" w:hAnsi="Times New Roman" w:eastAsia="Times New Roman" w:cs="Times New Roman"/>
          <w:sz w:val="24"/>
        </w:rPr>
        <w:t>limited</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section</w:t>
      </w:r>
      <w:r>
        <w:rPr>
          <w:rFonts w:ascii="Times New Roman" w:hAnsi="Times New Roman" w:eastAsia="Times New Roman" w:cs="Times New Roman"/>
          <w:sz w:val="24"/>
        </w:rPr>
        <w:t xml:space="preserve"> </w:t>
      </w:r>
      <w:r>
        <w:rPr>
          <w:rFonts w:ascii="Times New Roman" w:hAnsi="Times New Roman" w:eastAsia="Times New Roman" w:cs="Times New Roman"/>
          <w:sz w:val="24"/>
        </w:rPr>
        <w:t>217</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uniform</w:t>
      </w:r>
      <w:r>
        <w:rPr>
          <w:rFonts w:ascii="Times New Roman" w:hAnsi="Times New Roman" w:eastAsia="Times New Roman" w:cs="Times New Roman"/>
          <w:sz w:val="24"/>
        </w:rPr>
        <w:t xml:space="preserve"> </w:t>
      </w:r>
      <w:r>
        <w:rPr>
          <w:rFonts w:ascii="Times New Roman" w:hAnsi="Times New Roman" w:eastAsia="Times New Roman" w:cs="Times New Roman"/>
          <w:sz w:val="24"/>
        </w:rPr>
        <w:t>power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act,</w:t>
      </w:r>
      <w:r>
        <w:rPr>
          <w:rFonts w:ascii="Times New Roman" w:hAnsi="Times New Roman" w:eastAsia="Times New Roman" w:cs="Times New Roman"/>
          <w:sz w:val="24"/>
        </w:rPr>
        <w:t xml:space="preserve"> </w:t>
      </w:r>
      <w:r>
        <w:rPr>
          <w:rFonts w:ascii="Times New Roman" w:hAnsi="Times New Roman" w:eastAsia="Times New Roman" w:cs="Times New Roman"/>
          <w:sz w:val="24"/>
        </w:rPr>
        <w:t>MCL</w:t>
      </w:r>
      <w:r>
        <w:rPr>
          <w:rFonts w:ascii="Times New Roman" w:hAnsi="Times New Roman" w:eastAsia="Times New Roman" w:cs="Times New Roman"/>
          <w:sz w:val="24"/>
        </w:rPr>
        <w:t xml:space="preserve"> </w:t>
      </w:r>
      <w:r>
        <w:rPr>
          <w:rFonts w:ascii="Times New Roman" w:hAnsi="Times New Roman" w:eastAsia="Times New Roman" w:cs="Times New Roman"/>
          <w:sz w:val="24"/>
        </w:rPr>
        <w:t>556.317,</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any special instructions in this power of attorney</w:t>
      </w: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Create</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change</w:t>
      </w:r>
      <w:r>
        <w:rPr>
          <w:rFonts w:ascii="Times New Roman" w:hAnsi="Times New Roman" w:eastAsia="Times New Roman" w:cs="Times New Roman"/>
          <w:sz w:val="24"/>
        </w:rPr>
        <w:t xml:space="preserve"> </w:t>
      </w:r>
      <w:r>
        <w:rPr>
          <w:rFonts w:ascii="Times New Roman" w:hAnsi="Times New Roman" w:eastAsia="Times New Roman" w:cs="Times New Roman"/>
          <w:sz w:val="24"/>
        </w:rPr>
        <w:t>rights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survivorship</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for</w:t>
      </w:r>
      <w:r>
        <w:rPr>
          <w:rFonts w:ascii="Times New Roman" w:hAnsi="Times New Roman" w:eastAsia="Times New Roman" w:cs="Times New Roman"/>
          <w:sz w:val="24"/>
        </w:rPr>
        <w:t xml:space="preserve"> </w:t>
      </w:r>
      <w:r>
        <w:rPr>
          <w:rFonts w:ascii="Times New Roman" w:hAnsi="Times New Roman" w:eastAsia="Times New Roman" w:cs="Times New Roman"/>
          <w:sz w:val="24"/>
        </w:rPr>
        <w:t>example,</w:t>
      </w:r>
      <w:r>
        <w:rPr>
          <w:rFonts w:ascii="Times New Roman" w:hAnsi="Times New Roman" w:eastAsia="Times New Roman" w:cs="Times New Roman"/>
          <w:sz w:val="24"/>
        </w:rPr>
        <w:t xml:space="preserve"> </w:t>
      </w:r>
      <w:r>
        <w:rPr>
          <w:rFonts w:ascii="Times New Roman" w:hAnsi="Times New Roman" w:eastAsia="Times New Roman" w:cs="Times New Roman"/>
          <w:sz w:val="24"/>
        </w:rPr>
        <w:t>creating</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joint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account </w:t>
      </w: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 Create or change a beneficiary designation</w:t>
      </w: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 xml:space="preserve">) Authorize another person to exercise the authority granted under this power of </w:t>
      </w:r>
      <w:r>
        <w:rPr>
          <w:rFonts w:ascii="Times New Roman" w:hAnsi="Times New Roman" w:eastAsia="Times New Roman" w:cs="Times New Roman"/>
          <w:sz w:val="24"/>
        </w:rPr>
        <w:t>attorney</w:t>
      </w: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Waive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principal's</w:t>
      </w:r>
      <w:r>
        <w:rPr>
          <w:rFonts w:ascii="Times New Roman" w:hAnsi="Times New Roman" w:eastAsia="Times New Roman" w:cs="Times New Roman"/>
          <w:sz w:val="24"/>
        </w:rPr>
        <w:t xml:space="preserve"> </w:t>
      </w:r>
      <w:r>
        <w:rPr>
          <w:rFonts w:ascii="Times New Roman" w:hAnsi="Times New Roman" w:eastAsia="Times New Roman" w:cs="Times New Roman"/>
          <w:sz w:val="24"/>
        </w:rPr>
        <w:t>right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joint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survivor</w:t>
      </w:r>
      <w:r>
        <w:rPr>
          <w:rFonts w:ascii="Times New Roman" w:hAnsi="Times New Roman" w:eastAsia="Times New Roman" w:cs="Times New Roman"/>
          <w:sz w:val="24"/>
        </w:rPr>
        <w:t xml:space="preserve"> </w:t>
      </w:r>
      <w:r>
        <w:rPr>
          <w:rFonts w:ascii="Times New Roman" w:hAnsi="Times New Roman" w:eastAsia="Times New Roman" w:cs="Times New Roman"/>
          <w:sz w:val="24"/>
        </w:rPr>
        <w:t>annuity,</w:t>
      </w:r>
      <w:r>
        <w:rPr>
          <w:rFonts w:ascii="Times New Roman" w:hAnsi="Times New Roman" w:eastAsia="Times New Roman" w:cs="Times New Roman"/>
          <w:sz w:val="24"/>
        </w:rPr>
        <w:t xml:space="preserve"> </w:t>
      </w:r>
      <w:r>
        <w:rPr>
          <w:rFonts w:ascii="Times New Roman" w:hAnsi="Times New Roman" w:eastAsia="Times New Roman" w:cs="Times New Roman"/>
          <w:sz w:val="24"/>
        </w:rPr>
        <w:t>including</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survivor benefit under a retirement plan</w:t>
      </w: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Exercise</w:t>
      </w:r>
      <w:r>
        <w:rPr>
          <w:rFonts w:ascii="Times New Roman" w:hAnsi="Times New Roman" w:eastAsia="Times New Roman" w:cs="Times New Roman"/>
          <w:sz w:val="24"/>
        </w:rPr>
        <w:t xml:space="preserve"> </w:t>
      </w:r>
      <w:r>
        <w:rPr>
          <w:rFonts w:ascii="Times New Roman" w:hAnsi="Times New Roman" w:eastAsia="Times New Roman" w:cs="Times New Roman"/>
          <w:sz w:val="24"/>
        </w:rPr>
        <w:t>fiduciary</w:t>
      </w:r>
      <w:r>
        <w:rPr>
          <w:rFonts w:ascii="Times New Roman" w:hAnsi="Times New Roman" w:eastAsia="Times New Roman" w:cs="Times New Roman"/>
          <w:sz w:val="24"/>
        </w:rPr>
        <w:t xml:space="preserve"> </w:t>
      </w:r>
      <w:r>
        <w:rPr>
          <w:rFonts w:ascii="Times New Roman" w:hAnsi="Times New Roman" w:eastAsia="Times New Roman" w:cs="Times New Roman"/>
          <w:sz w:val="24"/>
        </w:rPr>
        <w:t>powers</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principal</w:t>
      </w:r>
      <w:r>
        <w:rPr>
          <w:rFonts w:ascii="Times New Roman" w:hAnsi="Times New Roman" w:eastAsia="Times New Roman" w:cs="Times New Roman"/>
          <w:sz w:val="24"/>
        </w:rPr>
        <w:t xml:space="preserve"> </w:t>
      </w:r>
      <w:r>
        <w:rPr>
          <w:rFonts w:ascii="Times New Roman" w:hAnsi="Times New Roman" w:eastAsia="Times New Roman" w:cs="Times New Roman"/>
          <w:sz w:val="24"/>
        </w:rPr>
        <w:t>has</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authority</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delegate </w:t>
      </w:r>
    </w:p>
    <w:p>
      <w:pPr/>
      <w:r>
        <w:rPr>
          <w:rFonts w:ascii="Times New Roman" w:hAnsi="Times New Roman" w:eastAsia="Times New Roman" w:cs="Times New Roman"/>
          <w:sz w:val="24"/>
        </w:rPr>
        <w:t>(</w:t>
      </w:r>
      <w:r>
        <w:rPr>
          <w:rFonts w:ascii="Times New Roman" w:hAnsi="Times New Roman" w:eastAsia="Times New Roman" w:cs="Times New Roman"/>
          <w:sz w:val="24"/>
        </w:rPr>
        <w:tab/>
      </w:r>
      <w:r>
        <w:rPr>
          <w:rFonts w:ascii="Times New Roman" w:hAnsi="Times New Roman" w:eastAsia="Times New Roman" w:cs="Times New Roman"/>
          <w:sz w:val="24"/>
        </w:rPr>
        <w:t>) Access the content of electronic communications</w:t>
      </w:r>
    </w:p>
    <w:p>
      <w:pPr/>
    </w:p>
    <w:p>
      <w:pPr>
        <w:jc w:val="center"/>
      </w:pPr>
      <w:r>
        <w:rPr>
          <w:rFonts w:ascii="Times New Roman" w:hAnsi="Times New Roman" w:eastAsia="Times New Roman" w:cs="Times New Roman"/>
          <w:b/>
          <w:sz w:val="24"/>
        </w:rPr>
        <w:t xml:space="preserve">LIMITATION ON AGENT'S </w:t>
      </w:r>
      <w:r>
        <w:rPr>
          <w:rFonts w:ascii="Times New Roman" w:hAnsi="Times New Roman" w:eastAsia="Times New Roman" w:cs="Times New Roman"/>
          <w:b/>
          <w:sz w:val="24"/>
        </w:rPr>
        <w:t>AUTHORITY</w:t>
      </w:r>
    </w:p>
    <w:p>
      <w:pPr/>
    </w:p>
    <w:p>
      <w:pPr/>
      <w:r>
        <w:rPr>
          <w:rFonts w:ascii="Times New Roman" w:hAnsi="Times New Roman" w:eastAsia="Times New Roman" w:cs="Times New Roman"/>
          <w:sz w:val="24"/>
        </w:rPr>
        <w:t>Even if I have authorized my agent to make a gift (by initialing the relevant line above), an agent who is not my</w:t>
      </w:r>
      <w:r>
        <w:rPr>
          <w:rFonts w:ascii="Times New Roman" w:hAnsi="Times New Roman" w:eastAsia="Times New Roman" w:cs="Times New Roman"/>
          <w:sz w:val="24"/>
        </w:rPr>
        <w:t xml:space="preserve"> </w:t>
      </w:r>
      <w:r>
        <w:rPr>
          <w:rFonts w:ascii="Times New Roman" w:hAnsi="Times New Roman" w:eastAsia="Times New Roman" w:cs="Times New Roman"/>
          <w:sz w:val="24"/>
        </w:rPr>
        <w:t>ancestor,</w:t>
      </w:r>
      <w:r>
        <w:rPr>
          <w:rFonts w:ascii="Times New Roman" w:hAnsi="Times New Roman" w:eastAsia="Times New Roman" w:cs="Times New Roman"/>
          <w:sz w:val="24"/>
        </w:rPr>
        <w:t xml:space="preserve"> </w:t>
      </w:r>
      <w:r>
        <w:rPr>
          <w:rFonts w:ascii="Times New Roman" w:hAnsi="Times New Roman" w:eastAsia="Times New Roman" w:cs="Times New Roman"/>
          <w:sz w:val="24"/>
        </w:rPr>
        <w:t>spouse,</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descendant</w:t>
      </w:r>
      <w:r>
        <w:rPr>
          <w:rFonts w:ascii="Times New Roman" w:hAnsi="Times New Roman" w:eastAsia="Times New Roman" w:cs="Times New Roman"/>
          <w:sz w:val="24"/>
        </w:rPr>
        <w:t xml:space="preserve"> </w:t>
      </w:r>
      <w:r>
        <w:rPr>
          <w:rFonts w:ascii="Times New Roman" w:hAnsi="Times New Roman" w:eastAsia="Times New Roman" w:cs="Times New Roman"/>
          <w:sz w:val="24"/>
        </w:rPr>
        <w:t>MAY</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use</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whom</w:t>
      </w:r>
      <w:r>
        <w:rPr>
          <w:rFonts w:ascii="Times New Roman" w:hAnsi="Times New Roman" w:eastAsia="Times New Roman" w:cs="Times New Roman"/>
          <w:sz w:val="24"/>
        </w:rPr>
        <w:t xml:space="preserve"> </w:t>
      </w:r>
      <w:r>
        <w:rPr>
          <w:rFonts w:ascii="Times New Roman" w:hAnsi="Times New Roman" w:eastAsia="Times New Roman" w:cs="Times New Roman"/>
          <w:sz w:val="24"/>
        </w:rPr>
        <w:t>the agent owes an obligation of support unless I have included that authority in the Special Instructions.</w:t>
      </w:r>
    </w:p>
    <w:p>
      <w:pPr/>
    </w:p>
    <w:p>
      <w:pPr>
        <w:jc w:val="center"/>
      </w:pPr>
      <w:r>
        <w:rPr>
          <w:rFonts w:ascii="Times New Roman" w:hAnsi="Times New Roman" w:eastAsia="Times New Roman" w:cs="Times New Roman"/>
          <w:b/>
          <w:sz w:val="24"/>
        </w:rPr>
        <w:t xml:space="preserve">SPECIAL INSTRUCTIONS </w:t>
      </w:r>
      <w:r>
        <w:rPr>
          <w:rFonts w:ascii="Times New Roman" w:hAnsi="Times New Roman" w:eastAsia="Times New Roman" w:cs="Times New Roman"/>
          <w:b/>
          <w:sz w:val="24"/>
        </w:rPr>
        <w:t>(OPTIONAL)</w:t>
      </w:r>
    </w:p>
    <w:p>
      <w:pPr/>
    </w:p>
    <w:p>
      <w:pPr/>
      <w:r>
        <w:rPr>
          <w:rFonts w:ascii="Times New Roman" w:hAnsi="Times New Roman" w:eastAsia="Times New Roman" w:cs="Times New Roman"/>
          <w:sz w:val="24"/>
        </w:rPr>
        <w:t xml:space="preserve">You may give special instructions on the following </w:t>
      </w:r>
      <w:r>
        <w:rPr>
          <w:rFonts w:ascii="Times New Roman" w:hAnsi="Times New Roman" w:eastAsia="Times New Roman" w:cs="Times New Roman"/>
          <w:sz w:val="24"/>
        </w:rPr>
        <w:t>lines.</w:t>
      </w:r>
    </w:p>
    <w:p>
      <w:pPr/>
    </w:p>
    <w:p>
      <w:pPr/>
      <w:r>
        <w:rPr>
          <w:rFonts w:ascii="Times New Roman" w:hAnsi="Times New Roman" w:eastAsia="Times New Roman" w:cs="Times New Roman"/>
          <w:b/>
          <w:sz w:val="24"/>
        </w:rPr>
        <w:t xml:space="preserve">CAUTION! </w:t>
      </w:r>
      <w:r>
        <w:rPr>
          <w:rFonts w:ascii="Times New Roman" w:hAnsi="Times New Roman" w:eastAsia="Times New Roman" w:cs="Times New Roman"/>
          <w:sz w:val="24"/>
        </w:rPr>
        <w:t xml:space="preserve">Special instructions are liable to cause ambiguities that may impair the effectiveness of this power of attorney. You are taking a solemn step if you decide to make </w:t>
      </w:r>
      <w:r>
        <w:rPr>
          <w:rFonts w:ascii="Times New Roman" w:hAnsi="Times New Roman" w:eastAsia="Times New Roman" w:cs="Times New Roman"/>
          <w:sz w:val="24"/>
        </w:rPr>
        <w:t>any</w:t>
      </w:r>
      <w:r>
        <w:rPr>
          <w:rFonts w:ascii="Times New Roman" w:hAnsi="Times New Roman" w:eastAsia="Times New Roman" w:cs="Times New Roman"/>
          <w:sz w:val="24"/>
        </w:rPr>
        <w:t xml:space="preserve"> </w:t>
      </w:r>
      <w:r>
        <w:rPr>
          <w:rFonts w:ascii="Times New Roman" w:hAnsi="Times New Roman" w:eastAsia="Times New Roman" w:cs="Times New Roman"/>
          <w:sz w:val="24"/>
        </w:rPr>
        <w:t>use of this form without seeking legal</w:t>
      </w:r>
      <w:r>
        <w:rPr>
          <w:rFonts w:ascii="Times New Roman" w:hAnsi="Times New Roman" w:eastAsia="Times New Roman" w:cs="Times New Roman"/>
          <w:sz w:val="24"/>
        </w:rPr>
        <w:t xml:space="preserve"> </w:t>
      </w:r>
      <w:r>
        <w:rPr>
          <w:rFonts w:ascii="Times New Roman" w:hAnsi="Times New Roman" w:eastAsia="Times New Roman" w:cs="Times New Roman"/>
          <w:sz w:val="24"/>
        </w:rPr>
        <w:t>advice;</w:t>
      </w:r>
      <w:r>
        <w:rPr>
          <w:rFonts w:ascii="Times New Roman" w:hAnsi="Times New Roman" w:eastAsia="Times New Roman" w:cs="Times New Roman"/>
          <w:sz w:val="24"/>
        </w:rPr>
        <w:t xml:space="preserve"> </w:t>
      </w:r>
      <w:r>
        <w:rPr>
          <w:rFonts w:ascii="Times New Roman" w:hAnsi="Times New Roman" w:eastAsia="Times New Roman" w:cs="Times New Roman"/>
          <w:b/>
          <w:sz w:val="24"/>
        </w:rPr>
        <w:t>you</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should</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be</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especially</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wary</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of</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providing</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special</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instructions</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without</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the</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benefit</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of</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 xml:space="preserve">legal </w:t>
      </w:r>
      <w:r>
        <w:rPr>
          <w:rFonts w:ascii="Times New Roman" w:hAnsi="Times New Roman" w:eastAsia="Times New Roman" w:cs="Times New Roman"/>
          <w:b/>
          <w:sz w:val="24"/>
        </w:rPr>
        <w:t>counsel.</w:t>
      </w:r>
    </w:p>
    <w:p>
      <w:pPr/>
    </w:p>
    <w:p>
      <w:pPr/>
      <w:r>
        <w:rPr>
          <w:rFonts w:ascii="Times New Roman" w:hAnsi="Times New Roman" w:eastAsia="Times New Roman" w:cs="Times New Roman"/>
          <w:b/>
          <w:sz w:val="24"/>
        </w:rPr>
        <w:t>__________________________________________________________________________________</w:t>
      </w:r>
    </w:p>
    <w:p>
      <w:pPr/>
      <w:r>
        <w:rPr>
          <w:rFonts w:ascii="Times New Roman" w:hAnsi="Times New Roman" w:eastAsia="Times New Roman" w:cs="Times New Roman"/>
          <w:b/>
          <w:sz w:val="24"/>
        </w:rPr>
        <w:t>__________________________________________________________________________________</w:t>
      </w:r>
    </w:p>
    <w:p>
      <w:pPr/>
      <w:r>
        <w:rPr>
          <w:rFonts w:ascii="Times New Roman" w:hAnsi="Times New Roman" w:eastAsia="Times New Roman" w:cs="Times New Roman"/>
          <w:b/>
          <w:sz w:val="24"/>
        </w:rPr>
        <w:t>__________________________________________________________________________________</w:t>
      </w:r>
    </w:p>
    <w:p>
      <w:pPr/>
      <w:r>
        <w:rPr>
          <w:rFonts w:ascii="Times New Roman" w:hAnsi="Times New Roman" w:eastAsia="Times New Roman" w:cs="Times New Roman"/>
          <w:b/>
          <w:sz w:val="24"/>
        </w:rPr>
        <w:t>__________________________________________________________________________________</w:t>
      </w:r>
    </w:p>
    <w:p>
      <w:pPr/>
      <w:r>
        <w:rPr>
          <w:rFonts w:ascii="Times New Roman" w:hAnsi="Times New Roman" w:eastAsia="Times New Roman" w:cs="Times New Roman"/>
          <w:b/>
          <w:sz w:val="24"/>
        </w:rPr>
        <w:t>__________________________________________________________________________________</w:t>
      </w:r>
    </w:p>
    <w:p>
      <w:pPr/>
    </w:p>
    <w:p>
      <w:pPr>
        <w:jc w:val="center"/>
      </w:pPr>
      <w:r>
        <w:rPr>
          <w:rFonts w:ascii="Times New Roman" w:hAnsi="Times New Roman" w:eastAsia="Times New Roman" w:cs="Times New Roman"/>
          <w:b/>
          <w:sz w:val="24"/>
        </w:rPr>
        <w:t xml:space="preserve">EFFECTIVE </w:t>
      </w:r>
      <w:r>
        <w:rPr>
          <w:rFonts w:ascii="Times New Roman" w:hAnsi="Times New Roman" w:eastAsia="Times New Roman" w:cs="Times New Roman"/>
          <w:b/>
          <w:sz w:val="24"/>
        </w:rPr>
        <w:t>DATE</w:t>
      </w:r>
    </w:p>
    <w:p>
      <w:pPr/>
    </w:p>
    <w:p>
      <w:pPr/>
      <w:r>
        <w:rPr>
          <w:rFonts w:ascii="Times New Roman" w:hAnsi="Times New Roman" w:eastAsia="Times New Roman" w:cs="Times New Roman"/>
          <w:sz w:val="24"/>
        </w:rPr>
        <w:t xml:space="preserve">This power of attorney is effective immediately unless I have stated otherwise in the Special </w:t>
      </w:r>
      <w:r>
        <w:rPr>
          <w:rFonts w:ascii="Times New Roman" w:hAnsi="Times New Roman" w:eastAsia="Times New Roman" w:cs="Times New Roman"/>
          <w:sz w:val="24"/>
        </w:rPr>
        <w:t>Instructions.</w:t>
      </w:r>
    </w:p>
    <w:p>
      <w:pPr/>
    </w:p>
    <w:p>
      <w:pPr>
        <w:jc w:val="center"/>
      </w:pPr>
      <w:r>
        <w:rPr>
          <w:rFonts w:ascii="Times New Roman" w:hAnsi="Times New Roman" w:eastAsia="Times New Roman" w:cs="Times New Roman"/>
          <w:b/>
          <w:sz w:val="24"/>
        </w:rPr>
        <w:t>EFFECT ON PREVIOUS POWERS OF ATTORNEY</w:t>
      </w:r>
    </w:p>
    <w:p>
      <w:pPr/>
    </w:p>
    <w:p>
      <w:pPr/>
      <w:r>
        <w:rPr>
          <w:rFonts w:ascii="Times New Roman" w:hAnsi="Times New Roman" w:eastAsia="Times New Roman" w:cs="Times New Roman"/>
          <w:sz w:val="24"/>
        </w:rPr>
        <w:t>Unless</w:t>
      </w:r>
      <w:r>
        <w:rPr>
          <w:rFonts w:ascii="Times New Roman" w:hAnsi="Times New Roman" w:eastAsia="Times New Roman" w:cs="Times New Roman"/>
          <w:sz w:val="24"/>
        </w:rPr>
        <w:t xml:space="preserve"> </w:t>
      </w:r>
      <w:r>
        <w:rPr>
          <w:rFonts w:ascii="Times New Roman" w:hAnsi="Times New Roman" w:eastAsia="Times New Roman" w:cs="Times New Roman"/>
          <w:sz w:val="24"/>
        </w:rPr>
        <w:t>I</w:t>
      </w:r>
      <w:r>
        <w:rPr>
          <w:rFonts w:ascii="Times New Roman" w:hAnsi="Times New Roman" w:eastAsia="Times New Roman" w:cs="Times New Roman"/>
          <w:sz w:val="24"/>
        </w:rPr>
        <w:t xml:space="preserve"> </w:t>
      </w:r>
      <w:r>
        <w:rPr>
          <w:rFonts w:ascii="Times New Roman" w:hAnsi="Times New Roman" w:eastAsia="Times New Roman" w:cs="Times New Roman"/>
          <w:sz w:val="24"/>
        </w:rPr>
        <w:t>have</w:t>
      </w:r>
      <w:r>
        <w:rPr>
          <w:rFonts w:ascii="Times New Roman" w:hAnsi="Times New Roman" w:eastAsia="Times New Roman" w:cs="Times New Roman"/>
          <w:sz w:val="24"/>
        </w:rPr>
        <w:t xml:space="preserve"> </w:t>
      </w:r>
      <w:r>
        <w:rPr>
          <w:rFonts w:ascii="Times New Roman" w:hAnsi="Times New Roman" w:eastAsia="Times New Roman" w:cs="Times New Roman"/>
          <w:sz w:val="24"/>
        </w:rPr>
        <w:t>said</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otherwise</w:t>
      </w:r>
      <w:r>
        <w:rPr>
          <w:rFonts w:ascii="Times New Roman" w:hAnsi="Times New Roman" w:eastAsia="Times New Roman" w:cs="Times New Roman"/>
          <w:sz w:val="24"/>
        </w:rPr>
        <w:t xml:space="preserve"> </w:t>
      </w:r>
      <w:r>
        <w:rPr>
          <w:rFonts w:ascii="Times New Roman" w:hAnsi="Times New Roman" w:eastAsia="Times New Roman" w:cs="Times New Roman"/>
          <w:sz w:val="24"/>
        </w:rPr>
        <w:t>in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Special</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execution</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power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does</w:t>
      </w:r>
      <w:r>
        <w:rPr>
          <w:rFonts w:ascii="Times New Roman" w:hAnsi="Times New Roman" w:eastAsia="Times New Roman" w:cs="Times New Roman"/>
          <w:sz w:val="24"/>
        </w:rPr>
        <w:t xml:space="preserve"> </w:t>
      </w:r>
      <w:r>
        <w:rPr>
          <w:rFonts w:ascii="Times New Roman" w:hAnsi="Times New Roman" w:eastAsia="Times New Roman" w:cs="Times New Roman"/>
          <w:sz w:val="24"/>
        </w:rPr>
        <w:t>not revoke any prior power of attorney.</w:t>
      </w:r>
    </w:p>
    <w:p>
      <w:pPr/>
    </w:p>
    <w:p>
      <w:pPr>
        <w:jc w:val="center"/>
      </w:pPr>
      <w:r>
        <w:rPr>
          <w:rFonts w:ascii="Times New Roman" w:hAnsi="Times New Roman" w:eastAsia="Times New Roman" w:cs="Times New Roman"/>
          <w:b/>
          <w:sz w:val="24"/>
        </w:rPr>
        <w:t xml:space="preserve">NOMINATION OF CONSERVATOR OR GUARDIAN </w:t>
      </w:r>
      <w:r>
        <w:rPr>
          <w:rFonts w:ascii="Times New Roman" w:hAnsi="Times New Roman" w:eastAsia="Times New Roman" w:cs="Times New Roman"/>
          <w:b/>
          <w:sz w:val="24"/>
        </w:rPr>
        <w:t>(OPTIONAL)</w:t>
      </w:r>
    </w:p>
    <w:p>
      <w:pPr/>
    </w:p>
    <w:p>
      <w:pPr/>
      <w:r>
        <w:rPr>
          <w:rFonts w:ascii="Times New Roman" w:hAnsi="Times New Roman" w:eastAsia="Times New Roman" w:cs="Times New Roman"/>
          <w:sz w:val="24"/>
        </w:rPr>
        <w:t>If</w:t>
      </w:r>
      <w:r>
        <w:rPr>
          <w:rFonts w:ascii="Times New Roman" w:hAnsi="Times New Roman" w:eastAsia="Times New Roman" w:cs="Times New Roman"/>
          <w:sz w:val="24"/>
        </w:rPr>
        <w:t xml:space="preserve"> </w:t>
      </w:r>
      <w:r>
        <w:rPr>
          <w:rFonts w:ascii="Times New Roman" w:hAnsi="Times New Roman" w:eastAsia="Times New Roman" w:cs="Times New Roman"/>
          <w:sz w:val="24"/>
        </w:rPr>
        <w:t>it</w:t>
      </w:r>
      <w:r>
        <w:rPr>
          <w:rFonts w:ascii="Times New Roman" w:hAnsi="Times New Roman" w:eastAsia="Times New Roman" w:cs="Times New Roman"/>
          <w:sz w:val="24"/>
        </w:rPr>
        <w:t xml:space="preserve"> </w:t>
      </w:r>
      <w:r>
        <w:rPr>
          <w:rFonts w:ascii="Times New Roman" w:hAnsi="Times New Roman" w:eastAsia="Times New Roman" w:cs="Times New Roman"/>
          <w:sz w:val="24"/>
        </w:rPr>
        <w:t>becomes</w:t>
      </w:r>
      <w:r>
        <w:rPr>
          <w:rFonts w:ascii="Times New Roman" w:hAnsi="Times New Roman" w:eastAsia="Times New Roman" w:cs="Times New Roman"/>
          <w:sz w:val="24"/>
        </w:rPr>
        <w:t xml:space="preserve"> </w:t>
      </w:r>
      <w:r>
        <w:rPr>
          <w:rFonts w:ascii="Times New Roman" w:hAnsi="Times New Roman" w:eastAsia="Times New Roman" w:cs="Times New Roman"/>
          <w:sz w:val="24"/>
        </w:rPr>
        <w:t>necessary</w:t>
      </w:r>
      <w:r>
        <w:rPr>
          <w:rFonts w:ascii="Times New Roman" w:hAnsi="Times New Roman" w:eastAsia="Times New Roman" w:cs="Times New Roman"/>
          <w:sz w:val="24"/>
        </w:rPr>
        <w:t xml:space="preserve"> </w:t>
      </w:r>
      <w:r>
        <w:rPr>
          <w:rFonts w:ascii="Times New Roman" w:hAnsi="Times New Roman" w:eastAsia="Times New Roman" w:cs="Times New Roman"/>
          <w:sz w:val="24"/>
        </w:rPr>
        <w:t>for</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court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appoint</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conservator</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guardian</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guardian</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my person, I nominate the following person(s) for appointment:</w:t>
      </w:r>
    </w:p>
    <w:p>
      <w:pPr/>
    </w:p>
    <w:p>
      <w:pPr>
        <w:spacing w:line="360" w:lineRule="auto"/>
      </w:pPr>
      <w:r>
        <w:rPr>
          <w:rFonts w:ascii="Times New Roman" w:hAnsi="Times New Roman" w:eastAsia="Times New Roman" w:cs="Times New Roman"/>
          <w:sz w:val="24"/>
        </w:rPr>
        <w:t>Name of Nominee for Conservator or Guardian of My Estate: ________________________________</w:t>
      </w:r>
    </w:p>
    <w:p>
      <w:pPr>
        <w:spacing w:line="360" w:lineRule="auto"/>
      </w:pPr>
      <w:r>
        <w:rPr>
          <w:rFonts w:ascii="Times New Roman" w:hAnsi="Times New Roman" w:eastAsia="Times New Roman" w:cs="Times New Roman"/>
          <w:sz w:val="24"/>
        </w:rPr>
        <w:t>Nominee's Address: _________________________________________________________________</w:t>
      </w:r>
    </w:p>
    <w:p>
      <w:pPr>
        <w:spacing w:line="360" w:lineRule="auto"/>
      </w:pPr>
      <w:r>
        <w:rPr>
          <w:rFonts w:ascii="Times New Roman" w:hAnsi="Times New Roman" w:eastAsia="Times New Roman" w:cs="Times New Roman"/>
          <w:sz w:val="24"/>
        </w:rPr>
        <w:t>Nominee's Telephone Number: ________________________________________________________</w:t>
      </w:r>
    </w:p>
    <w:p>
      <w:pPr>
        <w:spacing w:line="360" w:lineRule="auto"/>
      </w:pPr>
      <w:r>
        <w:rPr>
          <w:rFonts w:ascii="Times New Roman" w:hAnsi="Times New Roman" w:eastAsia="Times New Roman" w:cs="Times New Roman"/>
          <w:sz w:val="24"/>
        </w:rPr>
        <w:t>Name of Nominee for Guardian of My Person: ____________________________________________</w:t>
      </w:r>
    </w:p>
    <w:p>
      <w:pPr>
        <w:spacing w:line="360" w:lineRule="auto"/>
      </w:pPr>
      <w:r>
        <w:rPr>
          <w:rFonts w:ascii="Times New Roman" w:hAnsi="Times New Roman" w:eastAsia="Times New Roman" w:cs="Times New Roman"/>
          <w:sz w:val="24"/>
        </w:rPr>
        <w:t>Nominee's Address: _________________________________________________________________</w:t>
      </w:r>
    </w:p>
    <w:p>
      <w:pPr>
        <w:spacing w:line="360" w:lineRule="auto"/>
      </w:pPr>
      <w:r>
        <w:rPr>
          <w:rFonts w:ascii="Times New Roman" w:hAnsi="Times New Roman" w:eastAsia="Times New Roman" w:cs="Times New Roman"/>
          <w:sz w:val="24"/>
        </w:rPr>
        <w:t xml:space="preserve">Nominee's Telephone </w:t>
      </w:r>
      <w:r>
        <w:rPr>
          <w:rFonts w:ascii="Times New Roman" w:hAnsi="Times New Roman" w:eastAsia="Times New Roman" w:cs="Times New Roman"/>
          <w:sz w:val="24"/>
        </w:rPr>
        <w:t>Number:</w:t>
      </w:r>
      <w:r>
        <w:rPr>
          <w:rFonts w:ascii="Times New Roman" w:hAnsi="Times New Roman" w:eastAsia="Times New Roman" w:cs="Times New Roman"/>
          <w:sz w:val="24"/>
        </w:rPr>
        <w:t xml:space="preserve"> ________________________________________________________</w:t>
      </w:r>
    </w:p>
    <w:p>
      <w:pPr/>
    </w:p>
    <w:p>
      <w:pPr>
        <w:jc w:val="center"/>
      </w:pPr>
      <w:r>
        <w:rPr>
          <w:rFonts w:ascii="Times New Roman" w:hAnsi="Times New Roman" w:eastAsia="Times New Roman" w:cs="Times New Roman"/>
          <w:b/>
          <w:sz w:val="24"/>
        </w:rPr>
        <w:t xml:space="preserve">RELIANCE ON THIS POWER OF </w:t>
      </w:r>
      <w:r>
        <w:rPr>
          <w:rFonts w:ascii="Times New Roman" w:hAnsi="Times New Roman" w:eastAsia="Times New Roman" w:cs="Times New Roman"/>
          <w:b/>
          <w:sz w:val="24"/>
        </w:rPr>
        <w:t>ATTORNEY</w:t>
      </w:r>
    </w:p>
    <w:p>
      <w:pPr/>
    </w:p>
    <w:p>
      <w:pPr/>
      <w:r>
        <w:rPr>
          <w:rFonts w:ascii="Times New Roman" w:hAnsi="Times New Roman" w:eastAsia="Times New Roman" w:cs="Times New Roman"/>
          <w:sz w:val="24"/>
        </w:rPr>
        <w:t>Any</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w:t>
      </w:r>
      <w:r>
        <w:rPr>
          <w:rFonts w:ascii="Times New Roman" w:hAnsi="Times New Roman" w:eastAsia="Times New Roman" w:cs="Times New Roman"/>
          <w:sz w:val="24"/>
        </w:rPr>
        <w:t xml:space="preserve"> </w:t>
      </w:r>
      <w:r>
        <w:rPr>
          <w:rFonts w:ascii="Times New Roman" w:hAnsi="Times New Roman" w:eastAsia="Times New Roman" w:cs="Times New Roman"/>
          <w:sz w:val="24"/>
        </w:rPr>
        <w:t>including</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may</w:t>
      </w:r>
      <w:r>
        <w:rPr>
          <w:rFonts w:ascii="Times New Roman" w:hAnsi="Times New Roman" w:eastAsia="Times New Roman" w:cs="Times New Roman"/>
          <w:sz w:val="24"/>
        </w:rPr>
        <w:t xml:space="preserve"> </w:t>
      </w:r>
      <w:r>
        <w:rPr>
          <w:rFonts w:ascii="Times New Roman" w:hAnsi="Times New Roman" w:eastAsia="Times New Roman" w:cs="Times New Roman"/>
          <w:sz w:val="24"/>
        </w:rPr>
        <w:t>rely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this</w:t>
      </w:r>
      <w:r>
        <w:rPr>
          <w:rFonts w:ascii="Times New Roman" w:hAnsi="Times New Roman" w:eastAsia="Times New Roman" w:cs="Times New Roman"/>
          <w:sz w:val="24"/>
        </w:rPr>
        <w:t xml:space="preserve"> </w:t>
      </w:r>
      <w:r>
        <w:rPr>
          <w:rFonts w:ascii="Times New Roman" w:hAnsi="Times New Roman" w:eastAsia="Times New Roman" w:cs="Times New Roman"/>
          <w:sz w:val="24"/>
        </w:rPr>
        <w:t>power</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attorney</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copy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it</w:t>
      </w:r>
      <w:r>
        <w:rPr>
          <w:rFonts w:ascii="Times New Roman" w:hAnsi="Times New Roman" w:eastAsia="Times New Roman" w:cs="Times New Roman"/>
          <w:sz w:val="24"/>
        </w:rPr>
        <w:t xml:space="preserve"> </w:t>
      </w:r>
      <w:r>
        <w:rPr>
          <w:rFonts w:ascii="Times New Roman" w:hAnsi="Times New Roman" w:eastAsia="Times New Roman" w:cs="Times New Roman"/>
          <w:sz w:val="24"/>
        </w:rPr>
        <w:t>unless that person knows that the power has terminated or is invalid.</w:t>
      </w:r>
    </w:p>
    <w:p>
      <w:pPr/>
    </w:p>
    <w:p>
      <w:pPr/>
    </w:p>
    <w:p>
      <w:pPr>
        <w:spacing w:before="0" w:after="0"/>
        <w:jc w:val="center"/>
      </w:pPr>
      <w:r>
        <w:rPr>
          <w:rFonts w:ascii="Times New Roman" w:hAnsi="Times New Roman" w:eastAsia="Times New Roman" w:cs="Times New Roman"/>
          <w:b/>
          <w:sz w:val="24"/>
        </w:rPr>
        <w:t>SIGNATURE OF</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PRINCIPAL,</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SIGNATURES</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OF</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WITNESSES, AND ACKNOWLEDGMENT</w:t>
      </w:r>
    </w:p>
    <w:p>
      <w:pPr/>
    </w:p>
    <w:p>
      <w:pPr/>
      <w:r>
        <w:rPr>
          <w:rFonts w:ascii="Times New Roman" w:hAnsi="Times New Roman" w:eastAsia="Times New Roman" w:cs="Times New Roman"/>
          <w:b/>
          <w:sz w:val="24"/>
        </w:rPr>
        <w:t xml:space="preserve">CAUTION! </w:t>
      </w:r>
      <w:r>
        <w:rPr>
          <w:rFonts w:ascii="Times New Roman" w:hAnsi="Times New Roman" w:eastAsia="Times New Roman" w:cs="Times New Roman"/>
          <w:sz w:val="24"/>
        </w:rPr>
        <w:t xml:space="preserve">Unless you provide otherwise in the Special Instructions, this form will create a "durable" power of attorney if you sign it either before a notary public (or other individual authorized to take acknowledgments) or in the presence of two witnesses neither of whom is designated as your agent or successor agent, both of whom sign below (and one of whom may be the notary public or other individual authorized by law to take acknowledgments who also signs below in his or her official capacity). The power's being "durable" means that unless the power is revoked or the agent's authority is otherwise terminated beforehand, your agent's authority will continue during any period in which you are alive but incapacitated. </w:t>
      </w:r>
      <w:r>
        <w:rPr>
          <w:rFonts w:ascii="Times New Roman" w:hAnsi="Times New Roman" w:eastAsia="Times New Roman" w:cs="Times New Roman"/>
          <w:b/>
          <w:sz w:val="24"/>
        </w:rPr>
        <w:t>If you</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questions</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about</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the</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wisdom</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of</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making</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this</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power</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durable,</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you</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should</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seek</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legal</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advice</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before signing this form.</w:t>
      </w:r>
    </w:p>
    <w:p>
      <w:pPr/>
    </w:p>
    <w:p>
      <w:pPr/>
      <w:r>
        <w:rPr>
          <w:rFonts w:ascii="Times New Roman" w:hAnsi="Times New Roman" w:eastAsia="Times New Roman" w:cs="Times New Roman"/>
          <w:b/>
          <w:sz w:val="24"/>
        </w:rPr>
        <w:t xml:space="preserve">CAUTION! </w:t>
      </w:r>
      <w:r>
        <w:rPr>
          <w:rFonts w:ascii="Times New Roman" w:hAnsi="Times New Roman" w:eastAsia="Times New Roman" w:cs="Times New Roman"/>
          <w:sz w:val="24"/>
        </w:rPr>
        <w:t>You</w:t>
      </w:r>
      <w:r>
        <w:rPr>
          <w:rFonts w:ascii="Times New Roman" w:hAnsi="Times New Roman" w:eastAsia="Times New Roman" w:cs="Times New Roman"/>
          <w:sz w:val="24"/>
        </w:rPr>
        <w:t xml:space="preserve"> </w:t>
      </w:r>
      <w:r>
        <w:rPr>
          <w:rFonts w:ascii="Times New Roman" w:hAnsi="Times New Roman" w:eastAsia="Times New Roman" w:cs="Times New Roman"/>
          <w:sz w:val="24"/>
        </w:rPr>
        <w:t>have</w:t>
      </w:r>
      <w:r>
        <w:rPr>
          <w:rFonts w:ascii="Times New Roman" w:hAnsi="Times New Roman" w:eastAsia="Times New Roman" w:cs="Times New Roman"/>
          <w:sz w:val="24"/>
        </w:rPr>
        <w:t xml:space="preserve"> </w:t>
      </w:r>
      <w:r>
        <w:rPr>
          <w:rFonts w:ascii="Times New Roman" w:hAnsi="Times New Roman" w:eastAsia="Times New Roman" w:cs="Times New Roman"/>
          <w:sz w:val="24"/>
        </w:rPr>
        <w:t>an</w:t>
      </w:r>
      <w:r>
        <w:rPr>
          <w:rFonts w:ascii="Times New Roman" w:hAnsi="Times New Roman" w:eastAsia="Times New Roman" w:cs="Times New Roman"/>
          <w:sz w:val="24"/>
        </w:rPr>
        <w:t xml:space="preserve"> </w:t>
      </w:r>
      <w:r>
        <w:rPr>
          <w:rFonts w:ascii="Times New Roman" w:hAnsi="Times New Roman" w:eastAsia="Times New Roman" w:cs="Times New Roman"/>
          <w:sz w:val="24"/>
        </w:rPr>
        <w:t>important</w:t>
      </w:r>
      <w:r>
        <w:rPr>
          <w:rFonts w:ascii="Times New Roman" w:hAnsi="Times New Roman" w:eastAsia="Times New Roman" w:cs="Times New Roman"/>
          <w:sz w:val="24"/>
        </w:rPr>
        <w:t xml:space="preserve"> </w:t>
      </w:r>
      <w:r>
        <w:rPr>
          <w:rFonts w:ascii="Times New Roman" w:hAnsi="Times New Roman" w:eastAsia="Times New Roman" w:cs="Times New Roman"/>
          <w:sz w:val="24"/>
        </w:rPr>
        <w:t>motivation</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acknowledge</w:t>
      </w:r>
      <w:r>
        <w:rPr>
          <w:rFonts w:ascii="Times New Roman" w:hAnsi="Times New Roman" w:eastAsia="Times New Roman" w:cs="Times New Roman"/>
          <w:sz w:val="24"/>
        </w:rPr>
        <w:t xml:space="preserve"> </w:t>
      </w:r>
      <w:r>
        <w:rPr>
          <w:rFonts w:ascii="Times New Roman" w:hAnsi="Times New Roman" w:eastAsia="Times New Roman" w:cs="Times New Roman"/>
          <w:sz w:val="24"/>
        </w:rPr>
        <w:t>your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public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individual authorized to take acknowledgments) regardless of the question of durability (described above): doing so will make it harder, under section 120 of the uniform power of attorney act, MCL 556.220, for someone to whom the power is presented to decline to accept the power and your agent's authority to act on your behalf.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Your </w:t>
      </w:r>
      <w:r>
        <w:rPr>
          <w:rFonts w:ascii="Times New Roman" w:hAnsi="Times New Roman" w:eastAsia="Times New Roman" w:cs="Times New Roman"/>
          <w:sz w:val="24"/>
        </w:rPr>
        <w:t>Signature</w:t>
      </w:r>
      <w:r>
        <w:rPr>
          <w:rFonts w:ascii="Times New Roman" w:hAnsi="Times New Roman" w:eastAsia="Times New Roman" w:cs="Times New Roman"/>
          <w:sz w:val="24"/>
        </w:rPr>
        <w:tab/>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Your Name </w:t>
      </w:r>
      <w:r>
        <w:rPr>
          <w:rFonts w:ascii="Times New Roman" w:hAnsi="Times New Roman" w:eastAsia="Times New Roman" w:cs="Times New Roman"/>
          <w:sz w:val="24"/>
        </w:rPr>
        <w:t>Printed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Your </w:t>
      </w: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Your Telephone </w:t>
      </w:r>
      <w:r>
        <w:rPr>
          <w:rFonts w:ascii="Times New Roman" w:hAnsi="Times New Roman" w:eastAsia="Times New Roman" w:cs="Times New Roman"/>
          <w:sz w:val="24"/>
        </w:rPr>
        <w:t>Number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Witness No. 1's </w:t>
      </w:r>
      <w:r>
        <w:rPr>
          <w:rFonts w:ascii="Times New Roman" w:hAnsi="Times New Roman" w:eastAsia="Times New Roman" w:cs="Times New Roman"/>
          <w:sz w:val="24"/>
        </w:rPr>
        <w:t>Signature</w:t>
      </w:r>
      <w:r>
        <w:rPr>
          <w:rFonts w:ascii="Times New Roman" w:hAnsi="Times New Roman" w:eastAsia="Times New Roman" w:cs="Times New Roman"/>
          <w:sz w:val="24"/>
        </w:rPr>
        <w:tab/>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Witness No. 1's Name </w:t>
      </w:r>
      <w:r>
        <w:rPr>
          <w:rFonts w:ascii="Times New Roman" w:hAnsi="Times New Roman" w:eastAsia="Times New Roman" w:cs="Times New Roman"/>
          <w:sz w:val="24"/>
        </w:rPr>
        <w:t>Printed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Witness No. 1's </w:t>
      </w:r>
      <w:r>
        <w:rPr>
          <w:rFonts w:ascii="Times New Roman" w:hAnsi="Times New Roman" w:eastAsia="Times New Roman" w:cs="Times New Roman"/>
          <w:sz w:val="24"/>
        </w:rPr>
        <w:t>Address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Witness No. 2's </w:t>
      </w:r>
      <w:r>
        <w:rPr>
          <w:rFonts w:ascii="Times New Roman" w:hAnsi="Times New Roman" w:eastAsia="Times New Roman" w:cs="Times New Roman"/>
          <w:sz w:val="24"/>
        </w:rPr>
        <w:t>Signature</w:t>
      </w:r>
      <w:r>
        <w:rPr>
          <w:rFonts w:ascii="Times New Roman" w:hAnsi="Times New Roman" w:eastAsia="Times New Roman" w:cs="Times New Roman"/>
          <w:sz w:val="24"/>
        </w:rPr>
        <w:tab/>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Witness No. 2's Name </w:t>
      </w:r>
      <w:r>
        <w:rPr>
          <w:rFonts w:ascii="Times New Roman" w:hAnsi="Times New Roman" w:eastAsia="Times New Roman" w:cs="Times New Roman"/>
          <w:sz w:val="24"/>
        </w:rPr>
        <w:t>Printed</w:t>
      </w:r>
    </w:p>
    <w:p>
      <w:pP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Witness No. 2's </w:t>
      </w:r>
      <w:r>
        <w:rPr>
          <w:rFonts w:ascii="Times New Roman" w:hAnsi="Times New Roman" w:eastAsia="Times New Roman" w:cs="Times New Roman"/>
          <w:sz w:val="24"/>
        </w:rPr>
        <w:t>Address</w:t>
      </w:r>
    </w:p>
    <w:p>
      <w:pPr/>
      <w:r>
        <w:rPr>
          <w:rFonts w:ascii="Times New Roman" w:hAnsi="Times New Roman" w:eastAsia="Times New Roman" w:cs="Times New Roman"/>
          <w:sz w:val="24"/>
        </w:rPr>
        <w:t>State of _______________________</w:t>
      </w:r>
    </w:p>
    <w:p>
      <w:pPr/>
    </w:p>
    <w:p>
      <w:pPr/>
      <w:r>
        <w:rPr>
          <w:rFonts w:ascii="Times New Roman" w:hAnsi="Times New Roman" w:eastAsia="Times New Roman" w:cs="Times New Roman"/>
          <w:sz w:val="24"/>
        </w:rPr>
        <w:t>County of _____________________</w:t>
      </w:r>
    </w:p>
    <w:p>
      <w:pPr/>
    </w:p>
    <w:p>
      <w:pPr/>
    </w:p>
    <w:p>
      <w:pPr/>
      <w:r>
        <w:rPr>
          <w:rFonts w:ascii="Times New Roman" w:hAnsi="Times New Roman" w:eastAsia="Times New Roman" w:cs="Times New Roman"/>
          <w:sz w:val="24"/>
        </w:rPr>
        <w:t>This document was acknowledged before me on this _______ day of __________________________, 20_________, by _______________________________________ .</w:t>
      </w:r>
    </w:p>
    <w:p>
      <w:pPr/>
    </w:p>
    <w:p>
      <w:pPr/>
    </w:p>
    <w:p>
      <w:pPr/>
      <w:r>
        <w:rPr>
          <w:rFonts w:ascii="Times New Roman" w:hAnsi="Times New Roman" w:eastAsia="Times New Roman" w:cs="Times New Roman"/>
          <w:sz w:val="24"/>
        </w:rPr>
        <w:t xml:space="preserve">(Seal, if any) </w:t>
      </w:r>
    </w:p>
    <w:p>
      <w:pPr/>
    </w:p>
    <w:p>
      <w:pPr/>
    </w:p>
    <w:p>
      <w:pPr/>
      <w:r>
        <w:rPr>
          <w:rFonts w:ascii="Times New Roman" w:hAnsi="Times New Roman" w:eastAsia="Times New Roman" w:cs="Times New Roman"/>
          <w:sz w:val="24"/>
        </w:rPr>
        <w:t>______________________________________________________</w:t>
      </w:r>
    </w:p>
    <w:p>
      <w:pPr/>
      <w:r>
        <w:rPr>
          <w:rFonts w:ascii="Times New Roman" w:hAnsi="Times New Roman" w:eastAsia="Times New Roman" w:cs="Times New Roman"/>
          <w:sz w:val="24"/>
        </w:rPr>
        <w:t xml:space="preserve">Signature of Notary </w:t>
      </w:r>
    </w:p>
    <w:p>
      <w:pPr/>
    </w:p>
    <w:p>
      <w:pPr/>
      <w:r>
        <w:rPr>
          <w:rFonts w:ascii="Times New Roman" w:hAnsi="Times New Roman" w:eastAsia="Times New Roman" w:cs="Times New Roman"/>
          <w:sz w:val="24"/>
        </w:rPr>
        <w:t>My commission expires: __________________________________</w:t>
      </w:r>
    </w:p>
    <w:p>
      <w:pPr/>
    </w:p>
    <w:p>
      <w:pPr/>
      <w:r>
        <w:rPr>
          <w:rFonts w:ascii="Times New Roman" w:hAnsi="Times New Roman" w:eastAsia="Times New Roman" w:cs="Times New Roman"/>
          <w:sz w:val="24"/>
        </w:rPr>
        <w:t>This document prepared by: ___________________________________________________________</w:t>
      </w:r>
    </w:p>
    <w:p>
      <w:pPr>
        <w:spacing w:before="0" w:after="0"/>
        <w:jc w:val="center"/>
      </w:pPr>
      <w:r>
        <w:rPr>
          <w:rFonts w:ascii="Times New Roman" w:hAnsi="Times New Roman" w:eastAsia="Times New Roman" w:cs="Times New Roman"/>
          <w:b/>
          <w:sz w:val="24"/>
        </w:rPr>
        <w:t xml:space="preserve">IMPORTANT INFORMATION FOR </w:t>
      </w:r>
      <w:r>
        <w:rPr>
          <w:rFonts w:ascii="Times New Roman" w:hAnsi="Times New Roman" w:eastAsia="Times New Roman" w:cs="Times New Roman"/>
          <w:b/>
          <w:sz w:val="24"/>
        </w:rPr>
        <w:t>AGENT</w:t>
      </w:r>
    </w:p>
    <w:p>
      <w:pPr/>
    </w:p>
    <w:p>
      <w:pPr>
        <w:jc w:val="center"/>
      </w:pPr>
      <w:r>
        <w:rPr>
          <w:rFonts w:ascii="Times New Roman" w:hAnsi="Times New Roman" w:eastAsia="Times New Roman" w:cs="Times New Roman"/>
          <w:sz w:val="24"/>
        </w:rPr>
        <w:t>Agent's Duties</w:t>
      </w:r>
    </w:p>
    <w:p>
      <w:pPr/>
    </w:p>
    <w:p>
      <w:pPr/>
      <w:r>
        <w:rPr>
          <w:rFonts w:ascii="Times New Roman" w:hAnsi="Times New Roman" w:eastAsia="Times New Roman" w:cs="Times New Roman"/>
          <w:sz w:val="24"/>
        </w:rPr>
        <w:t xml:space="preserve">When you accept authority granted under this power of attorney, a special legal relationship is created between you and the principal. This relationship imposes upon you legal duties that continue until you resign or the power or your authority under it is terminated by a termination event described in the uniform power of attorney act, MCL 556.201 to 556.505. You must: </w:t>
      </w:r>
    </w:p>
    <w:p>
      <w:pPr/>
    </w:p>
    <w:p>
      <w:pPr>
        <w:spacing w:line="276" w:lineRule="auto"/>
      </w:pPr>
      <w:r>
        <w:rPr>
          <w:rFonts w:ascii="Times New Roman" w:hAnsi="Times New Roman" w:eastAsia="Times New Roman" w:cs="Times New Roman"/>
          <w:sz w:val="24"/>
        </w:rPr>
        <w:t xml:space="preserve">(1) Do what you know the principal reasonably expects you to do with the principal's property or, if you do not know the principal's expectations, act in the principal's best interest; </w:t>
      </w:r>
    </w:p>
    <w:p>
      <w:pPr>
        <w:spacing w:line="276" w:lineRule="auto"/>
      </w:pPr>
      <w:r>
        <w:rPr>
          <w:rFonts w:ascii="Times New Roman" w:hAnsi="Times New Roman" w:eastAsia="Times New Roman" w:cs="Times New Roman"/>
          <w:sz w:val="24"/>
        </w:rPr>
        <w:t xml:space="preserve">(2) Act in good faith; </w:t>
      </w:r>
    </w:p>
    <w:p>
      <w:pPr>
        <w:spacing w:line="276" w:lineRule="auto"/>
      </w:pPr>
      <w:r>
        <w:rPr>
          <w:rFonts w:ascii="Times New Roman" w:hAnsi="Times New Roman" w:eastAsia="Times New Roman" w:cs="Times New Roman"/>
          <w:sz w:val="24"/>
        </w:rPr>
        <w:t xml:space="preserve">(3) Do nothing beyond the authority granted in this power of attorney; </w:t>
      </w:r>
    </w:p>
    <w:p>
      <w:pPr>
        <w:spacing w:line="276" w:lineRule="auto"/>
      </w:pPr>
      <w:r>
        <w:rPr>
          <w:rFonts w:ascii="Times New Roman" w:hAnsi="Times New Roman" w:eastAsia="Times New Roman" w:cs="Times New Roman"/>
          <w:sz w:val="24"/>
        </w:rPr>
        <w:t xml:space="preserve">(4) Keep a record of receipts, disbursements, and transactions made on behalf of the principal; </w:t>
      </w:r>
    </w:p>
    <w:p>
      <w:pPr>
        <w:spacing w:line="276" w:lineRule="auto"/>
      </w:pPr>
      <w:r>
        <w:rPr>
          <w:rFonts w:ascii="Times New Roman" w:hAnsi="Times New Roman" w:eastAsia="Times New Roman" w:cs="Times New Roman"/>
          <w:sz w:val="24"/>
        </w:rPr>
        <w:t xml:space="preserve">(5) Disclose your identity as an agent whenever you act for the principal by, for example, writing or printing the name of the principal and signing your own name as “agent” in the following manner: (Principal's Name) by (Your Signature) as Agent; </w:t>
      </w:r>
    </w:p>
    <w:p>
      <w:pPr>
        <w:spacing w:line="276" w:lineRule="auto"/>
      </w:pPr>
      <w:r>
        <w:rPr>
          <w:rFonts w:ascii="Times New Roman" w:hAnsi="Times New Roman" w:eastAsia="Times New Roman" w:cs="Times New Roman"/>
          <w:sz w:val="24"/>
        </w:rPr>
        <w:t xml:space="preserve">(6) And if the power is “durable” in the sense described below, you must, before acting as agent under the power, sign an acknowledgment of your duties as agent that contains all the declarations contained in the optional template “Agent's Acknowledgment” provided in section 302 of the uniform power of attorney act, MCL 556.402, in substantially the form of that optional template. </w:t>
      </w:r>
    </w:p>
    <w:p>
      <w:pPr/>
    </w:p>
    <w:p>
      <w:pPr/>
      <w:r>
        <w:rPr>
          <w:rFonts w:ascii="Times New Roman" w:hAnsi="Times New Roman" w:eastAsia="Times New Roman" w:cs="Times New Roman"/>
          <w:sz w:val="24"/>
        </w:rPr>
        <w:t xml:space="preserve">Unless the Special Instructions in this power of attorney state otherwise, you must also: </w:t>
      </w:r>
    </w:p>
    <w:p>
      <w:pPr/>
    </w:p>
    <w:p>
      <w:pPr>
        <w:spacing w:line="276" w:lineRule="auto"/>
      </w:pPr>
      <w:r>
        <w:rPr>
          <w:rFonts w:ascii="Times New Roman" w:hAnsi="Times New Roman" w:eastAsia="Times New Roman" w:cs="Times New Roman"/>
          <w:sz w:val="24"/>
        </w:rPr>
        <w:t xml:space="preserve">(1) Act loyally for the principal's benefit; </w:t>
      </w:r>
    </w:p>
    <w:p>
      <w:pPr>
        <w:spacing w:line="276" w:lineRule="auto"/>
      </w:pPr>
      <w:r>
        <w:rPr>
          <w:rFonts w:ascii="Times New Roman" w:hAnsi="Times New Roman" w:eastAsia="Times New Roman" w:cs="Times New Roman"/>
          <w:sz w:val="24"/>
        </w:rPr>
        <w:t xml:space="preserve">(2) Avoid conflicts that would impair your ability to act in the principal's best interest; </w:t>
      </w:r>
    </w:p>
    <w:p>
      <w:pPr>
        <w:spacing w:line="276" w:lineRule="auto"/>
      </w:pPr>
      <w:r>
        <w:rPr>
          <w:rFonts w:ascii="Times New Roman" w:hAnsi="Times New Roman" w:eastAsia="Times New Roman" w:cs="Times New Roman"/>
          <w:sz w:val="24"/>
        </w:rPr>
        <w:t xml:space="preserve">(3) Act with care, competence, and diligence; </w:t>
      </w:r>
    </w:p>
    <w:p>
      <w:pPr>
        <w:spacing w:line="276" w:lineRule="auto"/>
      </w:pPr>
      <w:r>
        <w:rPr>
          <w:rFonts w:ascii="Times New Roman" w:hAnsi="Times New Roman" w:eastAsia="Times New Roman" w:cs="Times New Roman"/>
          <w:sz w:val="24"/>
        </w:rPr>
        <w:t xml:space="preserve">(4) Cooperate with any person that has authority to make health care decisions for the principal to do what you know the principal reasonably expects concerning health care or, if you do not know the principal's expectations, to act in the principal's best interest; and </w:t>
      </w:r>
    </w:p>
    <w:p>
      <w:pPr>
        <w:spacing w:line="276" w:lineRule="auto"/>
      </w:pPr>
      <w:r>
        <w:rPr>
          <w:rFonts w:ascii="Times New Roman" w:hAnsi="Times New Roman" w:eastAsia="Times New Roman" w:cs="Times New Roman"/>
          <w:sz w:val="24"/>
        </w:rPr>
        <w:t xml:space="preserve">(5) Attempt, to the extent of the powers you have been granted as agent, to preserve the principal's estate plan if you know the plan and preserving the plan is consistent with the principal's best interest. </w:t>
      </w:r>
    </w:p>
    <w:p>
      <w:pPr/>
    </w:p>
    <w:p>
      <w:pPr>
        <w:jc w:val="center"/>
      </w:pPr>
      <w:r>
        <w:rPr>
          <w:rFonts w:ascii="Times New Roman" w:hAnsi="Times New Roman" w:eastAsia="Times New Roman" w:cs="Times New Roman"/>
          <w:sz w:val="24"/>
        </w:rPr>
        <w:t>Termination of Agent's Authority</w:t>
      </w:r>
    </w:p>
    <w:p>
      <w:pPr/>
    </w:p>
    <w:p>
      <w:pPr/>
      <w:r>
        <w:rPr>
          <w:rFonts w:ascii="Times New Roman" w:hAnsi="Times New Roman" w:eastAsia="Times New Roman" w:cs="Times New Roman"/>
          <w:sz w:val="24"/>
        </w:rPr>
        <w:t xml:space="preserve">You must stop acting on behalf of the principal if you learn of any event that terminates this power of attorney or your authority under it. Events that terminate a power of attorney or your authority to act under such a power include: </w:t>
      </w:r>
    </w:p>
    <w:p>
      <w:pPr>
        <w:spacing w:line="276" w:lineRule="auto"/>
      </w:pPr>
    </w:p>
    <w:p>
      <w:pPr>
        <w:spacing w:line="276" w:lineRule="auto"/>
      </w:pPr>
      <w:r>
        <w:rPr>
          <w:rFonts w:ascii="Times New Roman" w:hAnsi="Times New Roman" w:eastAsia="Times New Roman" w:cs="Times New Roman"/>
          <w:sz w:val="24"/>
        </w:rPr>
        <w:t xml:space="preserve">(1) Death of the principal; </w:t>
      </w:r>
    </w:p>
    <w:p>
      <w:pPr>
        <w:spacing w:line="276" w:lineRule="auto"/>
      </w:pPr>
      <w:r>
        <w:rPr>
          <w:rFonts w:ascii="Times New Roman" w:hAnsi="Times New Roman" w:eastAsia="Times New Roman" w:cs="Times New Roman"/>
          <w:sz w:val="24"/>
        </w:rPr>
        <w:t xml:space="preserve">(2) The principal's revocation of the power of attorney or your authority; </w:t>
      </w:r>
    </w:p>
    <w:p>
      <w:pPr>
        <w:spacing w:line="276" w:lineRule="auto"/>
      </w:pPr>
      <w:r>
        <w:rPr>
          <w:rFonts w:ascii="Times New Roman" w:hAnsi="Times New Roman" w:eastAsia="Times New Roman" w:cs="Times New Roman"/>
          <w:sz w:val="24"/>
        </w:rPr>
        <w:t xml:space="preserve">(3) The occurrence of a termination event stated in the power; </w:t>
      </w:r>
    </w:p>
    <w:p>
      <w:pPr>
        <w:spacing w:line="276" w:lineRule="auto"/>
      </w:pPr>
      <w:r>
        <w:rPr>
          <w:rFonts w:ascii="Times New Roman" w:hAnsi="Times New Roman" w:eastAsia="Times New Roman" w:cs="Times New Roman"/>
          <w:sz w:val="24"/>
        </w:rPr>
        <w:t xml:space="preserve">(4) If the power is intended only for a specified, limited purpose, the specified purpose of the power is fully accomplished; or </w:t>
      </w:r>
    </w:p>
    <w:p>
      <w:pPr>
        <w:spacing w:line="276" w:lineRule="auto"/>
      </w:pPr>
      <w:r>
        <w:rPr>
          <w:rFonts w:ascii="Times New Roman" w:hAnsi="Times New Roman" w:eastAsia="Times New Roman" w:cs="Times New Roman"/>
          <w:sz w:val="24"/>
        </w:rPr>
        <w:t xml:space="preserve">(5) If you are married to the principal, a legal action is filed with a court to end your marriage, or for your legal separation, unless the Special Instructions in this power of attorney state that such an action will not terminate your authority. </w:t>
      </w:r>
    </w:p>
    <w:p>
      <w:pPr/>
    </w:p>
    <w:p>
      <w:pPr>
        <w:jc w:val="center"/>
      </w:pPr>
      <w:r>
        <w:rPr>
          <w:rFonts w:ascii="Times New Roman" w:hAnsi="Times New Roman" w:eastAsia="Times New Roman" w:cs="Times New Roman"/>
          <w:sz w:val="24"/>
        </w:rPr>
        <w:t>Statutory Duty to Acknowledge Agent's Duties under “Durable” Power</w:t>
      </w:r>
    </w:p>
    <w:p>
      <w:pPr/>
    </w:p>
    <w:p>
      <w:pPr/>
      <w:r>
        <w:rPr>
          <w:rFonts w:ascii="Times New Roman" w:hAnsi="Times New Roman" w:eastAsia="Times New Roman" w:cs="Times New Roman"/>
          <w:sz w:val="24"/>
        </w:rPr>
        <w:t xml:space="preserve">Unless the Special Instructions in this power of attorney state otherwise, this form will create a “durable” power of attorney (meaning that unless the power is revoked or your authority is otherwise terminated beforehand, your authority as agent will continue during any period in which the principal is alive but incapacitated) if the principal signs it either before a notary public (or other individual authorized to take acknowledgments) or in the presence of two witnesses neither of whom is designated as the principal's agent or successor agent and both of whom also sign the form. If this power of attorney is durable, then before you act as agent under the power, you must execute an acknowledgment of your duties as agent that contains all the declarations contained in the optional template “Agent's Acknowledgment” provided in section 302 of the uniform power of attorney act, MCL 556.402, in substantially the form of that optional template. </w:t>
      </w:r>
    </w:p>
    <w:p>
      <w:pPr/>
    </w:p>
    <w:p>
      <w:pPr>
        <w:jc w:val="center"/>
      </w:pPr>
      <w:r>
        <w:rPr>
          <w:rFonts w:ascii="Times New Roman" w:hAnsi="Times New Roman" w:eastAsia="Times New Roman" w:cs="Times New Roman"/>
          <w:sz w:val="24"/>
        </w:rPr>
        <w:t>Liability of Agent</w:t>
      </w:r>
    </w:p>
    <w:p>
      <w:pPr/>
    </w:p>
    <w:p>
      <w:pPr/>
      <w:r>
        <w:rPr>
          <w:rFonts w:ascii="Times New Roman" w:hAnsi="Times New Roman" w:eastAsia="Times New Roman" w:cs="Times New Roman"/>
          <w:sz w:val="24"/>
        </w:rPr>
        <w:t xml:space="preserve">The meaning of the authority granted to you is defined in the uniform power of attorney act, MCL 556.201 to 556.505. If you violate that act or the terms of this power, you may be liable for any damages caused by your violation. </w:t>
      </w:r>
    </w:p>
    <w:p>
      <w:pPr/>
    </w:p>
    <w:p>
      <w:pPr/>
      <w:r>
        <w:rPr>
          <w:rFonts w:ascii="Times New Roman" w:hAnsi="Times New Roman" w:eastAsia="Times New Roman" w:cs="Times New Roman"/>
          <w:b/>
          <w:sz w:val="24"/>
        </w:rPr>
        <w:t>If there is anything about this document or your duties under it that you do not understand, you should seek legal advice.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