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MICHIGAN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Michigan,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7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30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 (HEIGHTENED VIOLATION)</w:t>
      </w:r>
      <w:r>
        <w:rPr>
          <w:rFonts w:ascii="Times New Roman" w:hAnsi="Times New Roman" w:eastAsia="Times New Roman" w:cs="Times New Roman"/>
          <w:sz w:val="24"/>
        </w:rPr>
        <w:t xml:space="preserve">. Within 7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in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ILLEGAL OR DRUG ACTIVITY</w:t>
      </w:r>
      <w:r>
        <w:rPr>
          <w:rFonts w:ascii="Times New Roman" w:hAnsi="Times New Roman" w:eastAsia="Times New Roman" w:cs="Times New Roman"/>
          <w:sz w:val="24"/>
        </w:rPr>
        <w:t xml:space="preserve">. Within 1 days, you are hereby required to quit and deliver possession of the Premises due to the following illegal acts: </w:t>
      </w:r>
      <w:r>
        <w:rPr>
          <w:rFonts w:ascii="Times New Roman" w:hAnsi="Times New Roman" w:eastAsia="Times New Roman" w:cs="Times New Roman"/>
          <w:sz w:val="24"/>
        </w:rPr>
        <w:t>[DESCRIBE THE ILLEGAL OR DRUG ACTIVITY]</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