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MICHIGAN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Michigan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Michigan.</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